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279A57E9" w:rsidR="0092490D" w:rsidRDefault="00667B67">
            <w:pPr>
              <w:keepNext/>
              <w:jc w:val="center"/>
            </w:pPr>
            <w:r>
              <w:rPr>
                <w:noProof/>
              </w:rPr>
              <w:drawing>
                <wp:inline distT="0" distB="0" distL="0" distR="0" wp14:anchorId="68FC5CB6" wp14:editId="06BD4F5D">
                  <wp:extent cx="450850" cy="5607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850" cy="560705"/>
                          </a:xfrm>
                          <a:prstGeom prst="rect">
                            <a:avLst/>
                          </a:prstGeom>
                          <a:noFill/>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304120E" w:rsidR="0092490D" w:rsidRDefault="00667B67">
            <w:pPr>
              <w:keepNext/>
            </w:pPr>
            <w:r>
              <w:rPr>
                <w:b/>
                <w:sz w:val="22"/>
              </w:rPr>
              <w:t>MARAMURES</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rPr>
                <w:b/>
                <w:color w:val="0D5F78"/>
              </w:rPr>
              <w:t>Autoritatea administrației publice</w:t>
            </w:r>
          </w:p>
          <w:p w14:paraId="13B8D8A2" w14:textId="0E60D85D" w:rsidR="0092490D" w:rsidRDefault="00667B67" w:rsidP="00784287">
            <w:pPr>
              <w:keepNext/>
              <w:jc w:val="center"/>
            </w:pPr>
            <w:r>
              <w:rPr>
                <w:b/>
                <w:sz w:val="24"/>
                <w:szCs w:val="24"/>
              </w:rPr>
              <w:t>ORASUL TAUTII MAGHERAUS</w:t>
            </w: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w:t>
            </w:r>
            <w:proofErr w:type="gramStart"/>
            <w:r w:rsidRPr="00990104">
              <w:rPr>
                <w:b/>
                <w:color w:val="0D5F78"/>
                <w:lang w:val="fr-FR"/>
              </w:rPr>
              <w:t xml:space="preserve">de </w:t>
            </w:r>
            <w:proofErr w:type="spellStart"/>
            <w:r w:rsidRPr="00990104">
              <w:rPr>
                <w:b/>
                <w:color w:val="0D5F78"/>
                <w:lang w:val="fr-FR"/>
              </w:rPr>
              <w:t>identificare</w:t>
            </w:r>
            <w:proofErr w:type="spellEnd"/>
            <w:proofErr w:type="gram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691B2060" w:rsidR="0092490D" w:rsidRPr="00990104" w:rsidRDefault="00667B67">
            <w:pPr>
              <w:keepNext/>
              <w:rPr>
                <w:lang w:val="fr-FR"/>
              </w:rPr>
            </w:pPr>
            <w:r>
              <w:rPr>
                <w:b/>
                <w:bCs/>
                <w:sz w:val="20"/>
                <w:szCs w:val="20"/>
                <w:lang w:val="fr-FR"/>
              </w:rPr>
              <w:t>3627170</w:t>
            </w:r>
          </w:p>
        </w:tc>
        <w:tc>
          <w:tcPr>
            <w:tcW w:w="5621" w:type="dxa"/>
            <w:gridSpan w:val="2"/>
            <w:shd w:val="clear" w:color="auto" w:fill="F0F0F0"/>
          </w:tcPr>
          <w:p w14:paraId="5D892155" w14:textId="77777777" w:rsidR="00667B67" w:rsidRPr="00BA7E18" w:rsidRDefault="00784287" w:rsidP="00667B67">
            <w:pPr>
              <w:keepNext/>
              <w:rPr>
                <w:rFonts w:cs="Times New Roman"/>
                <w:sz w:val="16"/>
                <w:szCs w:val="16"/>
              </w:rPr>
            </w:pPr>
            <w:r>
              <w:t xml:space="preserve"> </w:t>
            </w:r>
            <w:proofErr w:type="spellStart"/>
            <w:r w:rsidR="00667B67" w:rsidRPr="00BA7E18">
              <w:rPr>
                <w:rFonts w:cs="Times New Roman"/>
                <w:b/>
                <w:color w:val="0D5F78"/>
                <w:sz w:val="16"/>
                <w:szCs w:val="16"/>
              </w:rPr>
              <w:t>Adresa</w:t>
            </w:r>
            <w:proofErr w:type="spellEnd"/>
            <w:r w:rsidR="00667B67" w:rsidRPr="00BA7E18">
              <w:rPr>
                <w:rFonts w:cs="Times New Roman"/>
                <w:b/>
                <w:color w:val="0D5F78"/>
                <w:sz w:val="16"/>
                <w:szCs w:val="16"/>
              </w:rPr>
              <w:t xml:space="preserve"> </w:t>
            </w:r>
            <w:proofErr w:type="spellStart"/>
            <w:r w:rsidR="00667B67" w:rsidRPr="00BA7E18">
              <w:rPr>
                <w:rFonts w:cs="Times New Roman"/>
                <w:b/>
                <w:color w:val="0D5F78"/>
                <w:sz w:val="16"/>
                <w:szCs w:val="16"/>
              </w:rPr>
              <w:t>oficială</w:t>
            </w:r>
            <w:proofErr w:type="spellEnd"/>
          </w:p>
          <w:p w14:paraId="70D0A1BA" w14:textId="77777777" w:rsidR="00667B67" w:rsidRPr="00BA7E18" w:rsidRDefault="00667B67" w:rsidP="00667B67">
            <w:pPr>
              <w:tabs>
                <w:tab w:val="center" w:pos="4513"/>
                <w:tab w:val="right" w:pos="9026"/>
              </w:tabs>
              <w:rPr>
                <w:rFonts w:cs="Times New Roman"/>
                <w:sz w:val="16"/>
                <w:szCs w:val="16"/>
              </w:rPr>
            </w:pPr>
            <w:r w:rsidRPr="00BA7E18">
              <w:rPr>
                <w:rFonts w:cs="Times New Roman"/>
                <w:sz w:val="16"/>
                <w:szCs w:val="16"/>
              </w:rPr>
              <w:t xml:space="preserve">Str. </w:t>
            </w:r>
            <w:proofErr w:type="gramStart"/>
            <w:r w:rsidRPr="00BA7E18">
              <w:rPr>
                <w:rFonts w:cs="Times New Roman"/>
                <w:sz w:val="16"/>
                <w:szCs w:val="16"/>
              </w:rPr>
              <w:t>1 ,</w:t>
            </w:r>
            <w:proofErr w:type="gramEnd"/>
            <w:r w:rsidRPr="00BA7E18">
              <w:rPr>
                <w:rFonts w:cs="Times New Roman"/>
                <w:sz w:val="16"/>
                <w:szCs w:val="16"/>
              </w:rPr>
              <w:t xml:space="preserve"> nr. 194 , tel.: 0262/293048 , </w:t>
            </w:r>
          </w:p>
          <w:p w14:paraId="67F49F8C" w14:textId="0ED95356" w:rsidR="0092490D" w:rsidRDefault="00667B67" w:rsidP="00667B67">
            <w:pPr>
              <w:keepNext/>
            </w:pPr>
            <w:r w:rsidRPr="00BA7E18">
              <w:rPr>
                <w:rFonts w:cs="Times New Roman"/>
                <w:sz w:val="16"/>
                <w:szCs w:val="16"/>
              </w:rPr>
              <w:t xml:space="preserve">e-mail: primaria@tautiimagheraus.ro </w:t>
            </w:r>
            <w:r w:rsidRPr="00BA7E18">
              <w:rPr>
                <w:rFonts w:cs="Times New Roman"/>
                <w:color w:val="4472C4"/>
                <w:sz w:val="16"/>
                <w:szCs w:val="16"/>
              </w:rPr>
              <w:t xml:space="preserve">,  </w:t>
            </w:r>
            <w:r w:rsidRPr="00BA7E18">
              <w:rPr>
                <w:rFonts w:cs="Times New Roman"/>
                <w:sz w:val="16"/>
                <w:szCs w:val="16"/>
              </w:rPr>
              <w:t>www.tautiimagheraus.ro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se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3C8D889" w14:textId="2D7B1177" w:rsidR="0092490D" w:rsidRPr="00990104" w:rsidRDefault="008D3852">
            <w:pPr>
              <w:keepNext/>
              <w:rPr>
                <w:lang w:val="fr-FR"/>
              </w:rPr>
            </w:pPr>
            <w:proofErr w:type="spellStart"/>
            <w:r w:rsidRPr="00990104">
              <w:rPr>
                <w:b/>
                <w:color w:val="0D5F78"/>
                <w:lang w:val="fr-FR"/>
              </w:rPr>
              <w:t>Instituția</w:t>
            </w:r>
            <w:proofErr w:type="spellEnd"/>
            <w:r w:rsidR="00784287">
              <w:rPr>
                <w:b/>
                <w:color w:val="0D5F78"/>
                <w:lang w:val="fr-FR"/>
              </w:rPr>
              <w:t xml:space="preserve"> </w:t>
            </w:r>
            <w:proofErr w:type="spellStart"/>
            <w:r w:rsidRPr="00990104">
              <w:rPr>
                <w:i/>
                <w:color w:val="7A7A7A"/>
                <w:lang w:val="fr-FR"/>
              </w:rPr>
              <w:t>primăria</w:t>
            </w:r>
            <w:proofErr w:type="spell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0C0B0E35" w:rsidR="0092490D" w:rsidRPr="00990104" w:rsidRDefault="00784287">
            <w:pPr>
              <w:keepNext/>
              <w:rPr>
                <w:lang w:val="fr-FR"/>
              </w:rPr>
            </w:pPr>
            <w:proofErr w:type="spellStart"/>
            <w:r w:rsidRPr="00B044FB">
              <w:rPr>
                <w:b/>
                <w:bCs/>
                <w:sz w:val="20"/>
                <w:szCs w:val="20"/>
                <w:lang w:val="fr-FR"/>
              </w:rPr>
              <w:t>Prim</w:t>
            </w:r>
            <w:r>
              <w:rPr>
                <w:b/>
                <w:bCs/>
                <w:sz w:val="20"/>
                <w:szCs w:val="20"/>
                <w:lang w:val="fr-FR"/>
              </w:rPr>
              <w:t>ăria</w:t>
            </w:r>
            <w:proofErr w:type="spellEnd"/>
            <w:r w:rsidR="00667B67">
              <w:rPr>
                <w:b/>
                <w:bCs/>
                <w:sz w:val="20"/>
                <w:szCs w:val="20"/>
                <w:lang w:val="fr-FR"/>
              </w:rPr>
              <w:t xml:space="preserve"> </w:t>
            </w:r>
            <w:proofErr w:type="spellStart"/>
            <w:r w:rsidR="00667B67">
              <w:rPr>
                <w:b/>
                <w:bCs/>
                <w:sz w:val="20"/>
                <w:szCs w:val="20"/>
                <w:lang w:val="fr-FR"/>
              </w:rPr>
              <w:t>Orasul</w:t>
            </w:r>
            <w:r w:rsidR="002E7D54">
              <w:rPr>
                <w:b/>
                <w:bCs/>
                <w:sz w:val="20"/>
                <w:szCs w:val="20"/>
                <w:lang w:val="fr-FR"/>
              </w:rPr>
              <w:t>ui</w:t>
            </w:r>
            <w:bookmarkStart w:id="0" w:name="_GoBack"/>
            <w:bookmarkEnd w:id="0"/>
            <w:proofErr w:type="spellEnd"/>
            <w:r w:rsidR="00667B67">
              <w:rPr>
                <w:b/>
                <w:bCs/>
                <w:sz w:val="20"/>
                <w:szCs w:val="20"/>
                <w:lang w:val="fr-FR"/>
              </w:rPr>
              <w:t xml:space="preserve"> </w:t>
            </w:r>
            <w:proofErr w:type="spellStart"/>
            <w:r w:rsidR="00667B67">
              <w:rPr>
                <w:b/>
                <w:bCs/>
                <w:sz w:val="20"/>
                <w:szCs w:val="20"/>
                <w:lang w:val="fr-FR"/>
              </w:rPr>
              <w:t>Tautii</w:t>
            </w:r>
            <w:proofErr w:type="spellEnd"/>
            <w:r w:rsidR="00667B67">
              <w:rPr>
                <w:b/>
                <w:bCs/>
                <w:sz w:val="20"/>
                <w:szCs w:val="20"/>
                <w:lang w:val="fr-FR"/>
              </w:rPr>
              <w:t xml:space="preserve"> </w:t>
            </w:r>
            <w:proofErr w:type="spellStart"/>
            <w:r w:rsidR="00667B67">
              <w:rPr>
                <w:b/>
                <w:bCs/>
                <w:sz w:val="20"/>
                <w:szCs w:val="20"/>
                <w:lang w:val="fr-FR"/>
              </w:rPr>
              <w:t>Magheraus</w:t>
            </w:r>
            <w:proofErr w:type="spellEnd"/>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2D364996" w:rsidR="0092490D" w:rsidRDefault="00667B67">
            <w:pPr>
              <w:keepNext/>
            </w:pPr>
            <w:proofErr w:type="spellStart"/>
            <w:r>
              <w:rPr>
                <w:b/>
                <w:sz w:val="20"/>
                <w:szCs w:val="20"/>
              </w:rPr>
              <w:t>Maramures</w:t>
            </w:r>
            <w:proofErr w:type="spellEnd"/>
          </w:p>
        </w:tc>
        <w:tc>
          <w:tcPr>
            <w:tcW w:w="3212" w:type="dxa"/>
            <w:gridSpan w:val="2"/>
          </w:tcPr>
          <w:p w14:paraId="47A386BE" w14:textId="77777777" w:rsidR="0092490D" w:rsidRDefault="008D3852">
            <w:pPr>
              <w:keepNext/>
            </w:pPr>
            <w:r>
              <w:rPr>
                <w:b/>
                <w:color w:val="0D5F78"/>
              </w:rPr>
              <w:t>Municipiu / oraș / comună</w:t>
            </w:r>
          </w:p>
          <w:p w14:paraId="677503DC" w14:textId="7544F401" w:rsidR="0092490D" w:rsidRPr="00784287" w:rsidRDefault="00667B67" w:rsidP="00784287">
            <w:pPr>
              <w:tabs>
                <w:tab w:val="center" w:pos="4513"/>
                <w:tab w:val="right" w:pos="9026"/>
              </w:tabs>
              <w:jc w:val="center"/>
              <w:rPr>
                <w:b/>
                <w:sz w:val="20"/>
                <w:szCs w:val="20"/>
              </w:rPr>
            </w:pPr>
            <w:proofErr w:type="spellStart"/>
            <w:r>
              <w:rPr>
                <w:b/>
                <w:sz w:val="20"/>
                <w:szCs w:val="20"/>
              </w:rPr>
              <w:t>Orasul</w:t>
            </w:r>
            <w:proofErr w:type="spellEnd"/>
            <w:r>
              <w:rPr>
                <w:b/>
                <w:sz w:val="20"/>
                <w:szCs w:val="20"/>
              </w:rPr>
              <w:t xml:space="preserve"> </w:t>
            </w:r>
            <w:proofErr w:type="spellStart"/>
            <w:r>
              <w:rPr>
                <w:b/>
                <w:sz w:val="20"/>
                <w:szCs w:val="20"/>
              </w:rPr>
              <w:t>Tautii</w:t>
            </w:r>
            <w:proofErr w:type="spellEnd"/>
            <w:r>
              <w:rPr>
                <w:b/>
                <w:sz w:val="20"/>
                <w:szCs w:val="20"/>
              </w:rPr>
              <w:t xml:space="preserve"> </w:t>
            </w:r>
            <w:proofErr w:type="spellStart"/>
            <w:r>
              <w:rPr>
                <w:b/>
                <w:sz w:val="20"/>
                <w:szCs w:val="20"/>
              </w:rPr>
              <w:t>Magheraus</w:t>
            </w:r>
            <w:proofErr w:type="spellEnd"/>
          </w:p>
        </w:tc>
        <w:tc>
          <w:tcPr>
            <w:tcW w:w="3212" w:type="dxa"/>
            <w:gridSpan w:val="2"/>
          </w:tcPr>
          <w:p w14:paraId="0F21EACA" w14:textId="3CED69C6" w:rsidR="0092490D" w:rsidRDefault="008D3852">
            <w:pPr>
              <w:keepNext/>
            </w:pPr>
            <w:r>
              <w:rPr>
                <w:b/>
                <w:color w:val="0D5F78"/>
              </w:rPr>
              <w:t>Sat / sector</w:t>
            </w:r>
            <w:r w:rsidR="00667B67">
              <w:rPr>
                <w:b/>
                <w:color w:val="0D5F78"/>
              </w:rPr>
              <w:t>/</w:t>
            </w:r>
            <w:proofErr w:type="spellStart"/>
            <w:r w:rsidR="00667B67">
              <w:rPr>
                <w:b/>
                <w:color w:val="0D5F78"/>
              </w:rPr>
              <w:t>Localitate</w:t>
            </w:r>
            <w:proofErr w:type="spellEnd"/>
          </w:p>
          <w:p w14:paraId="2338EF06" w14:textId="7428982A" w:rsidR="0092490D" w:rsidRPr="00784287" w:rsidRDefault="0092490D" w:rsidP="00784287">
            <w:pPr>
              <w:tabs>
                <w:tab w:val="center" w:pos="4513"/>
                <w:tab w:val="right" w:pos="9026"/>
              </w:tabs>
              <w:jc w:val="center"/>
              <w:rPr>
                <w:b/>
                <w:sz w:val="20"/>
                <w:szCs w:val="20"/>
              </w:rPr>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r w:rsidRPr="00990104">
              <w:rPr>
                <w:i/>
                <w:color w:val="7A7A7A"/>
                <w:lang w:val="fr-FR"/>
              </w:rPr>
              <w:t>dacă</w:t>
            </w:r>
            <w:proofErr w:type="spell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p w14:paraId="773F347D" w14:textId="77777777" w:rsidR="00784287" w:rsidRDefault="00784287">
      <w:pPr>
        <w:spacing w:line="168" w:lineRule="auto"/>
      </w:pPr>
    </w:p>
    <w:p w14:paraId="1B064082" w14:textId="77777777" w:rsidR="00784287" w:rsidRPr="00F83523" w:rsidRDefault="00784287" w:rsidP="00784287">
      <w:pPr>
        <w:spacing w:after="60"/>
        <w:jc w:val="center"/>
        <w:rPr>
          <w:rFonts w:ascii="Arial" w:hAnsi="Arial" w:cs="Arial"/>
          <w:b/>
          <w:sz w:val="16"/>
          <w:szCs w:val="16"/>
        </w:rPr>
      </w:pPr>
      <w:r w:rsidRPr="00F83523">
        <w:rPr>
          <w:rFonts w:ascii="Arial" w:hAnsi="Arial" w:cs="Arial"/>
          <w:b/>
          <w:sz w:val="16"/>
          <w:szCs w:val="16"/>
        </w:rPr>
        <w:t>NOTĂ DE INFORMARE</w:t>
      </w:r>
    </w:p>
    <w:p w14:paraId="59E5724A" w14:textId="530B245F" w:rsidR="00784287" w:rsidRPr="00F83523" w:rsidRDefault="00784287" w:rsidP="00784287">
      <w:pPr>
        <w:spacing w:after="60"/>
        <w:jc w:val="center"/>
        <w:rPr>
          <w:rFonts w:ascii="Arial" w:hAnsi="Arial" w:cs="Arial"/>
          <w:b/>
          <w:sz w:val="16"/>
          <w:szCs w:val="16"/>
        </w:rPr>
      </w:pPr>
      <w:proofErr w:type="spellStart"/>
      <w:r w:rsidRPr="00F83523">
        <w:rPr>
          <w:rFonts w:ascii="Arial" w:hAnsi="Arial" w:cs="Arial"/>
          <w:b/>
          <w:sz w:val="16"/>
          <w:szCs w:val="16"/>
        </w:rPr>
        <w:t>În</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cazul</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depunerii</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documentațiilor</w:t>
      </w:r>
      <w:proofErr w:type="spellEnd"/>
      <w:r w:rsidRPr="00F83523">
        <w:rPr>
          <w:rFonts w:ascii="Arial" w:hAnsi="Arial" w:cs="Arial"/>
          <w:b/>
          <w:sz w:val="16"/>
          <w:szCs w:val="16"/>
        </w:rPr>
        <w:t>/</w:t>
      </w:r>
      <w:proofErr w:type="spellStart"/>
      <w:r w:rsidRPr="00F83523">
        <w:rPr>
          <w:rFonts w:ascii="Arial" w:hAnsi="Arial" w:cs="Arial"/>
          <w:b/>
          <w:sz w:val="16"/>
          <w:szCs w:val="16"/>
        </w:rPr>
        <w:t>cererilor</w:t>
      </w:r>
      <w:proofErr w:type="spellEnd"/>
      <w:r w:rsidRPr="00F83523">
        <w:rPr>
          <w:rFonts w:ascii="Arial" w:hAnsi="Arial" w:cs="Arial"/>
          <w:b/>
          <w:sz w:val="16"/>
          <w:szCs w:val="16"/>
        </w:rPr>
        <w:t xml:space="preserve"> care se </w:t>
      </w:r>
      <w:proofErr w:type="spellStart"/>
      <w:r w:rsidRPr="00F83523">
        <w:rPr>
          <w:rFonts w:ascii="Arial" w:hAnsi="Arial" w:cs="Arial"/>
          <w:b/>
          <w:sz w:val="16"/>
          <w:szCs w:val="16"/>
        </w:rPr>
        <w:t>vor</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soluționa</w:t>
      </w:r>
      <w:proofErr w:type="spellEnd"/>
      <w:r w:rsidRPr="00F83523">
        <w:rPr>
          <w:rFonts w:ascii="Arial" w:hAnsi="Arial" w:cs="Arial"/>
          <w:b/>
          <w:sz w:val="16"/>
          <w:szCs w:val="16"/>
        </w:rPr>
        <w:t xml:space="preserve"> </w:t>
      </w:r>
      <w:proofErr w:type="spellStart"/>
      <w:proofErr w:type="gramStart"/>
      <w:r w:rsidRPr="00F83523">
        <w:rPr>
          <w:rFonts w:ascii="Arial" w:hAnsi="Arial" w:cs="Arial"/>
          <w:b/>
          <w:sz w:val="16"/>
          <w:szCs w:val="16"/>
        </w:rPr>
        <w:t>prin</w:t>
      </w:r>
      <w:proofErr w:type="spellEnd"/>
      <w:r w:rsidRPr="00F83523">
        <w:rPr>
          <w:rFonts w:ascii="Arial" w:hAnsi="Arial" w:cs="Arial"/>
          <w:b/>
          <w:sz w:val="16"/>
          <w:szCs w:val="16"/>
        </w:rPr>
        <w:t xml:space="preserve"> </w:t>
      </w:r>
      <w:r>
        <w:rPr>
          <w:rFonts w:ascii="Arial" w:hAnsi="Arial" w:cs="Arial"/>
          <w:b/>
          <w:sz w:val="16"/>
          <w:szCs w:val="16"/>
        </w:rPr>
        <w:t xml:space="preserve"> </w:t>
      </w:r>
      <w:proofErr w:type="spellStart"/>
      <w:r w:rsidRPr="00F83523">
        <w:rPr>
          <w:rFonts w:ascii="Arial" w:hAnsi="Arial" w:cs="Arial"/>
          <w:b/>
          <w:sz w:val="16"/>
          <w:szCs w:val="16"/>
        </w:rPr>
        <w:t>Compartimentului</w:t>
      </w:r>
      <w:proofErr w:type="spellEnd"/>
      <w:proofErr w:type="gramEnd"/>
      <w:r w:rsidRPr="00F83523">
        <w:rPr>
          <w:rFonts w:ascii="Arial" w:hAnsi="Arial" w:cs="Arial"/>
          <w:b/>
          <w:sz w:val="16"/>
          <w:szCs w:val="16"/>
        </w:rPr>
        <w:t xml:space="preserve"> Urbanism </w:t>
      </w:r>
      <w:proofErr w:type="spellStart"/>
      <w:r w:rsidRPr="00F83523">
        <w:rPr>
          <w:rFonts w:ascii="Arial" w:hAnsi="Arial" w:cs="Arial"/>
          <w:b/>
          <w:sz w:val="16"/>
          <w:szCs w:val="16"/>
        </w:rPr>
        <w:t>și</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Amenajarea</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Teritoriului</w:t>
      </w:r>
      <w:proofErr w:type="spellEnd"/>
      <w:r w:rsidRPr="00F83523">
        <w:rPr>
          <w:rFonts w:ascii="Arial" w:hAnsi="Arial" w:cs="Arial"/>
          <w:b/>
          <w:sz w:val="16"/>
          <w:szCs w:val="16"/>
        </w:rPr>
        <w:t xml:space="preserve"> din </w:t>
      </w:r>
      <w:proofErr w:type="spellStart"/>
      <w:r w:rsidRPr="00F83523">
        <w:rPr>
          <w:rFonts w:ascii="Arial" w:hAnsi="Arial" w:cs="Arial"/>
          <w:b/>
          <w:sz w:val="16"/>
          <w:szCs w:val="16"/>
        </w:rPr>
        <w:t>c</w:t>
      </w:r>
      <w:r w:rsidR="00667B67">
        <w:rPr>
          <w:rFonts w:ascii="Arial" w:hAnsi="Arial" w:cs="Arial"/>
          <w:b/>
          <w:sz w:val="16"/>
          <w:szCs w:val="16"/>
        </w:rPr>
        <w:t>adrul</w:t>
      </w:r>
      <w:proofErr w:type="spellEnd"/>
      <w:r w:rsidR="00667B67">
        <w:rPr>
          <w:rFonts w:ascii="Arial" w:hAnsi="Arial" w:cs="Arial"/>
          <w:b/>
          <w:sz w:val="16"/>
          <w:szCs w:val="16"/>
        </w:rPr>
        <w:t xml:space="preserve"> </w:t>
      </w:r>
      <w:proofErr w:type="spellStart"/>
      <w:r w:rsidR="00667B67">
        <w:rPr>
          <w:rFonts w:ascii="Arial" w:hAnsi="Arial" w:cs="Arial"/>
          <w:b/>
          <w:sz w:val="16"/>
          <w:szCs w:val="16"/>
        </w:rPr>
        <w:t>Primăriei</w:t>
      </w:r>
      <w:proofErr w:type="spellEnd"/>
      <w:r w:rsidR="00667B67">
        <w:rPr>
          <w:rFonts w:ascii="Arial" w:hAnsi="Arial" w:cs="Arial"/>
          <w:b/>
          <w:sz w:val="16"/>
          <w:szCs w:val="16"/>
        </w:rPr>
        <w:t xml:space="preserve"> </w:t>
      </w:r>
      <w:proofErr w:type="spellStart"/>
      <w:r w:rsidR="00667B67">
        <w:rPr>
          <w:rFonts w:ascii="Arial" w:hAnsi="Arial" w:cs="Arial"/>
          <w:b/>
          <w:sz w:val="16"/>
          <w:szCs w:val="16"/>
        </w:rPr>
        <w:t>Orasului</w:t>
      </w:r>
      <w:proofErr w:type="spellEnd"/>
      <w:r w:rsidR="00667B67">
        <w:rPr>
          <w:rFonts w:ascii="Arial" w:hAnsi="Arial" w:cs="Arial"/>
          <w:b/>
          <w:sz w:val="16"/>
          <w:szCs w:val="16"/>
        </w:rPr>
        <w:t xml:space="preserve"> </w:t>
      </w:r>
      <w:proofErr w:type="spellStart"/>
      <w:r w:rsidR="00667B67">
        <w:rPr>
          <w:rFonts w:ascii="Arial" w:hAnsi="Arial" w:cs="Arial"/>
          <w:b/>
          <w:sz w:val="16"/>
          <w:szCs w:val="16"/>
        </w:rPr>
        <w:t>Tautii</w:t>
      </w:r>
      <w:proofErr w:type="spellEnd"/>
      <w:r w:rsidR="00667B67">
        <w:rPr>
          <w:rFonts w:ascii="Arial" w:hAnsi="Arial" w:cs="Arial"/>
          <w:b/>
          <w:sz w:val="16"/>
          <w:szCs w:val="16"/>
        </w:rPr>
        <w:t xml:space="preserve"> </w:t>
      </w:r>
      <w:proofErr w:type="spellStart"/>
      <w:r w:rsidR="00667B67">
        <w:rPr>
          <w:rFonts w:ascii="Arial" w:hAnsi="Arial" w:cs="Arial"/>
          <w:b/>
          <w:sz w:val="16"/>
          <w:szCs w:val="16"/>
        </w:rPr>
        <w:t>Magheraus</w:t>
      </w:r>
      <w:proofErr w:type="spellEnd"/>
    </w:p>
    <w:p w14:paraId="525E5EE1" w14:textId="60CAA5C7" w:rsidR="00784287" w:rsidRDefault="00784287" w:rsidP="00784287">
      <w:pPr>
        <w:spacing w:after="60"/>
        <w:jc w:val="both"/>
        <w:rPr>
          <w:rFonts w:cs="Times New Roman"/>
          <w:bCs/>
          <w:sz w:val="18"/>
          <w:szCs w:val="18"/>
        </w:rPr>
      </w:pPr>
      <w:proofErr w:type="spellStart"/>
      <w:r w:rsidRPr="00F83523">
        <w:rPr>
          <w:rFonts w:cs="Times New Roman"/>
          <w:bCs/>
          <w:sz w:val="18"/>
          <w:szCs w:val="18"/>
        </w:rPr>
        <w:t>Primăria</w:t>
      </w:r>
      <w:proofErr w:type="spellEnd"/>
      <w:r w:rsidR="00667B67">
        <w:rPr>
          <w:rFonts w:cs="Times New Roman"/>
          <w:bCs/>
          <w:sz w:val="18"/>
          <w:szCs w:val="18"/>
        </w:rPr>
        <w:t xml:space="preserve"> </w:t>
      </w:r>
      <w:proofErr w:type="spellStart"/>
      <w:r w:rsidR="00667B67">
        <w:rPr>
          <w:rFonts w:cs="Times New Roman"/>
          <w:bCs/>
          <w:sz w:val="18"/>
          <w:szCs w:val="18"/>
        </w:rPr>
        <w:t>Orasului</w:t>
      </w:r>
      <w:proofErr w:type="spellEnd"/>
      <w:r w:rsidR="00667B67">
        <w:rPr>
          <w:rFonts w:cs="Times New Roman"/>
          <w:bCs/>
          <w:sz w:val="18"/>
          <w:szCs w:val="18"/>
        </w:rPr>
        <w:t xml:space="preserve"> </w:t>
      </w:r>
      <w:proofErr w:type="spellStart"/>
      <w:r w:rsidR="00667B67">
        <w:rPr>
          <w:rFonts w:cs="Times New Roman"/>
          <w:bCs/>
          <w:sz w:val="18"/>
          <w:szCs w:val="18"/>
        </w:rPr>
        <w:t>Tautii</w:t>
      </w:r>
      <w:proofErr w:type="spellEnd"/>
      <w:r w:rsidR="00667B67">
        <w:rPr>
          <w:rFonts w:cs="Times New Roman"/>
          <w:bCs/>
          <w:sz w:val="18"/>
          <w:szCs w:val="18"/>
        </w:rPr>
        <w:t xml:space="preserve"> </w:t>
      </w:r>
      <w:proofErr w:type="spellStart"/>
      <w:proofErr w:type="gramStart"/>
      <w:r w:rsidR="00667B67">
        <w:rPr>
          <w:rFonts w:cs="Times New Roman"/>
          <w:bCs/>
          <w:sz w:val="18"/>
          <w:szCs w:val="18"/>
        </w:rPr>
        <w:t>Magheraus</w:t>
      </w:r>
      <w:proofErr w:type="spellEnd"/>
      <w:r w:rsidR="00667B67">
        <w:rPr>
          <w:rFonts w:cs="Times New Roman"/>
          <w:bCs/>
          <w:sz w:val="18"/>
          <w:szCs w:val="18"/>
        </w:rPr>
        <w:t xml:space="preserve"> ,</w:t>
      </w:r>
      <w:proofErr w:type="gramEnd"/>
      <w:r w:rsidR="00667B67">
        <w:rPr>
          <w:rFonts w:cs="Times New Roman"/>
          <w:bCs/>
          <w:sz w:val="18"/>
          <w:szCs w:val="18"/>
        </w:rPr>
        <w:t xml:space="preserve"> </w:t>
      </w:r>
      <w:proofErr w:type="spellStart"/>
      <w:r w:rsidR="00667B67">
        <w:rPr>
          <w:rFonts w:cs="Times New Roman"/>
          <w:bCs/>
          <w:sz w:val="18"/>
          <w:szCs w:val="18"/>
        </w:rPr>
        <w:t>județul</w:t>
      </w:r>
      <w:proofErr w:type="spellEnd"/>
      <w:r w:rsidR="00667B67">
        <w:rPr>
          <w:rFonts w:cs="Times New Roman"/>
          <w:bCs/>
          <w:sz w:val="18"/>
          <w:szCs w:val="18"/>
        </w:rPr>
        <w:t xml:space="preserve"> </w:t>
      </w:r>
      <w:proofErr w:type="spellStart"/>
      <w:r w:rsidR="00667B67">
        <w:rPr>
          <w:rFonts w:cs="Times New Roman"/>
          <w:bCs/>
          <w:sz w:val="18"/>
          <w:szCs w:val="18"/>
        </w:rPr>
        <w:t>Maramures</w:t>
      </w:r>
      <w:proofErr w:type="spellEnd"/>
      <w:r w:rsidR="00667B67">
        <w:rPr>
          <w:rFonts w:cs="Times New Roman"/>
          <w:bCs/>
          <w:sz w:val="18"/>
          <w:szCs w:val="18"/>
        </w:rPr>
        <w:t xml:space="preserve"> </w:t>
      </w:r>
      <w:r w:rsidRPr="00F83523">
        <w:rPr>
          <w:rFonts w:cs="Times New Roman"/>
          <w:bCs/>
          <w:sz w:val="18"/>
          <w:szCs w:val="18"/>
        </w:rPr>
        <w:t xml:space="preserve">, </w:t>
      </w:r>
      <w:proofErr w:type="spellStart"/>
      <w:r w:rsidRPr="00F83523">
        <w:rPr>
          <w:rFonts w:cs="Times New Roman"/>
          <w:bCs/>
          <w:sz w:val="18"/>
          <w:szCs w:val="18"/>
        </w:rPr>
        <w:t>prelucrează</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dumneavoastră</w:t>
      </w:r>
      <w:proofErr w:type="spellEnd"/>
      <w:r w:rsidRPr="00F83523">
        <w:rPr>
          <w:rFonts w:cs="Times New Roman"/>
          <w:bCs/>
          <w:sz w:val="18"/>
          <w:szCs w:val="18"/>
        </w:rPr>
        <w:t xml:space="preserve"> cu </w:t>
      </w:r>
      <w:proofErr w:type="spellStart"/>
      <w:r w:rsidRPr="00F83523">
        <w:rPr>
          <w:rFonts w:cs="Times New Roman"/>
          <w:bCs/>
          <w:sz w:val="18"/>
          <w:szCs w:val="18"/>
        </w:rPr>
        <w:t>caracter</w:t>
      </w:r>
      <w:proofErr w:type="spellEnd"/>
      <w:r w:rsidRPr="00F83523">
        <w:rPr>
          <w:rFonts w:cs="Times New Roman"/>
          <w:bCs/>
          <w:sz w:val="18"/>
          <w:szCs w:val="18"/>
        </w:rPr>
        <w:t xml:space="preserve"> </w:t>
      </w:r>
      <w:proofErr w:type="spellStart"/>
      <w:r w:rsidRPr="00F83523">
        <w:rPr>
          <w:rFonts w:cs="Times New Roman"/>
          <w:bCs/>
          <w:sz w:val="18"/>
          <w:szCs w:val="18"/>
        </w:rPr>
        <w:t>personalprin</w:t>
      </w:r>
      <w:proofErr w:type="spellEnd"/>
      <w:r w:rsidRPr="00F83523">
        <w:rPr>
          <w:rFonts w:cs="Times New Roman"/>
          <w:bCs/>
          <w:sz w:val="18"/>
          <w:szCs w:val="18"/>
        </w:rPr>
        <w:t xml:space="preserve"> </w:t>
      </w:r>
      <w:proofErr w:type="spellStart"/>
      <w:r w:rsidRPr="00F83523">
        <w:rPr>
          <w:rFonts w:cs="Times New Roman"/>
          <w:bCs/>
          <w:sz w:val="18"/>
          <w:szCs w:val="18"/>
        </w:rPr>
        <w:t>prezenta</w:t>
      </w:r>
      <w:proofErr w:type="spellEnd"/>
      <w:r w:rsidRPr="00F83523">
        <w:rPr>
          <w:rFonts w:cs="Times New Roman"/>
          <w:bCs/>
          <w:sz w:val="18"/>
          <w:szCs w:val="18"/>
        </w:rPr>
        <w:t xml:space="preserve"> </w:t>
      </w:r>
      <w:proofErr w:type="spellStart"/>
      <w:r w:rsidRPr="00F83523">
        <w:rPr>
          <w:rFonts w:cs="Times New Roman"/>
          <w:bCs/>
          <w:sz w:val="18"/>
          <w:szCs w:val="18"/>
        </w:rPr>
        <w:t>cerere</w:t>
      </w:r>
      <w:proofErr w:type="spellEnd"/>
      <w:r w:rsidRPr="00F83523">
        <w:rPr>
          <w:rFonts w:cs="Times New Roman"/>
          <w:bCs/>
          <w:sz w:val="18"/>
          <w:szCs w:val="18"/>
        </w:rPr>
        <w:t xml:space="preserve"> </w:t>
      </w:r>
      <w:proofErr w:type="spellStart"/>
      <w:r w:rsidRPr="00F83523">
        <w:rPr>
          <w:rFonts w:cs="Times New Roman"/>
          <w:bCs/>
          <w:sz w:val="18"/>
          <w:szCs w:val="18"/>
        </w:rPr>
        <w:t>prin</w:t>
      </w:r>
      <w:proofErr w:type="spellEnd"/>
      <w:r w:rsidRPr="00F83523">
        <w:rPr>
          <w:rFonts w:cs="Times New Roman"/>
          <w:bCs/>
          <w:sz w:val="18"/>
          <w:szCs w:val="18"/>
        </w:rPr>
        <w:t xml:space="preserve"> </w:t>
      </w:r>
      <w:proofErr w:type="spellStart"/>
      <w:r w:rsidRPr="00F83523">
        <w:rPr>
          <w:rFonts w:cs="Times New Roman"/>
          <w:bCs/>
          <w:sz w:val="18"/>
          <w:szCs w:val="18"/>
        </w:rPr>
        <w:t>mijloace</w:t>
      </w:r>
      <w:proofErr w:type="spellEnd"/>
      <w:r w:rsidRPr="00F83523">
        <w:rPr>
          <w:rFonts w:cs="Times New Roman"/>
          <w:bCs/>
          <w:sz w:val="18"/>
          <w:szCs w:val="18"/>
        </w:rPr>
        <w:t xml:space="preserve"> </w:t>
      </w:r>
      <w:proofErr w:type="spellStart"/>
      <w:r w:rsidRPr="00F83523">
        <w:rPr>
          <w:rFonts w:cs="Times New Roman"/>
          <w:bCs/>
          <w:sz w:val="18"/>
          <w:szCs w:val="18"/>
        </w:rPr>
        <w:t>automatizate</w:t>
      </w:r>
      <w:proofErr w:type="spellEnd"/>
      <w:r w:rsidRPr="00F83523">
        <w:rPr>
          <w:rFonts w:cs="Times New Roman"/>
          <w:bCs/>
          <w:sz w:val="18"/>
          <w:szCs w:val="18"/>
        </w:rPr>
        <w:t>/</w:t>
      </w:r>
      <w:proofErr w:type="spellStart"/>
      <w:r w:rsidRPr="00F83523">
        <w:rPr>
          <w:rFonts w:cs="Times New Roman"/>
          <w:bCs/>
          <w:sz w:val="18"/>
          <w:szCs w:val="18"/>
        </w:rPr>
        <w:t>manuale</w:t>
      </w:r>
      <w:proofErr w:type="spellEnd"/>
      <w:r w:rsidRPr="00F83523">
        <w:rPr>
          <w:rFonts w:cs="Times New Roman"/>
          <w:bCs/>
          <w:sz w:val="18"/>
          <w:szCs w:val="18"/>
        </w:rPr>
        <w:t xml:space="preserve">, </w:t>
      </w:r>
      <w:proofErr w:type="spellStart"/>
      <w:r w:rsidRPr="00F83523">
        <w:rPr>
          <w:rFonts w:cs="Times New Roman"/>
          <w:bCs/>
          <w:sz w:val="18"/>
          <w:szCs w:val="18"/>
        </w:rPr>
        <w:t>destinate</w:t>
      </w:r>
      <w:proofErr w:type="spellEnd"/>
      <w:r w:rsidRPr="00F83523">
        <w:rPr>
          <w:rFonts w:cs="Times New Roman"/>
          <w:bCs/>
          <w:sz w:val="18"/>
          <w:szCs w:val="18"/>
        </w:rPr>
        <w:t xml:space="preserve"> </w:t>
      </w:r>
      <w:proofErr w:type="spellStart"/>
      <w:r w:rsidRPr="00F83523">
        <w:rPr>
          <w:rFonts w:cs="Times New Roman"/>
          <w:bCs/>
          <w:sz w:val="18"/>
          <w:szCs w:val="18"/>
        </w:rPr>
        <w:t>îndeplinirii</w:t>
      </w:r>
      <w:proofErr w:type="spellEnd"/>
      <w:r w:rsidRPr="00F83523">
        <w:rPr>
          <w:rFonts w:cs="Times New Roman"/>
          <w:bCs/>
          <w:sz w:val="18"/>
          <w:szCs w:val="18"/>
        </w:rPr>
        <w:t xml:space="preserve"> </w:t>
      </w:r>
      <w:proofErr w:type="spellStart"/>
      <w:r w:rsidRPr="00F83523">
        <w:rPr>
          <w:rFonts w:cs="Times New Roman"/>
          <w:bCs/>
          <w:sz w:val="18"/>
          <w:szCs w:val="18"/>
        </w:rPr>
        <w:t>obligațiilor</w:t>
      </w:r>
      <w:proofErr w:type="spellEnd"/>
      <w:r w:rsidRPr="00F83523">
        <w:rPr>
          <w:rFonts w:cs="Times New Roman"/>
          <w:bCs/>
          <w:sz w:val="18"/>
          <w:szCs w:val="18"/>
        </w:rPr>
        <w:t xml:space="preserve"> </w:t>
      </w:r>
      <w:proofErr w:type="spellStart"/>
      <w:r w:rsidRPr="00F83523">
        <w:rPr>
          <w:rFonts w:cs="Times New Roman"/>
          <w:bCs/>
          <w:sz w:val="18"/>
          <w:szCs w:val="18"/>
        </w:rPr>
        <w:t>legale</w:t>
      </w:r>
      <w:proofErr w:type="spellEnd"/>
      <w:r w:rsidRPr="00F83523">
        <w:rPr>
          <w:rFonts w:cs="Times New Roman"/>
          <w:bCs/>
          <w:sz w:val="18"/>
          <w:szCs w:val="18"/>
        </w:rPr>
        <w:t xml:space="preserve">. Este </w:t>
      </w:r>
      <w:proofErr w:type="spellStart"/>
      <w:r w:rsidRPr="00F83523">
        <w:rPr>
          <w:rFonts w:cs="Times New Roman"/>
          <w:bCs/>
          <w:sz w:val="18"/>
          <w:szCs w:val="18"/>
        </w:rPr>
        <w:t>necesar</w:t>
      </w:r>
      <w:proofErr w:type="spellEnd"/>
      <w:r w:rsidRPr="00F83523">
        <w:rPr>
          <w:rFonts w:cs="Times New Roman"/>
          <w:bCs/>
          <w:sz w:val="18"/>
          <w:szCs w:val="18"/>
        </w:rPr>
        <w:t xml:space="preserve"> </w:t>
      </w:r>
      <w:proofErr w:type="spellStart"/>
      <w:r w:rsidRPr="00F83523">
        <w:rPr>
          <w:rFonts w:cs="Times New Roman"/>
          <w:bCs/>
          <w:sz w:val="18"/>
          <w:szCs w:val="18"/>
        </w:rPr>
        <w:t>să</w:t>
      </w:r>
      <w:proofErr w:type="spellEnd"/>
      <w:r w:rsidRPr="00F83523">
        <w:rPr>
          <w:rFonts w:cs="Times New Roman"/>
          <w:bCs/>
          <w:sz w:val="18"/>
          <w:szCs w:val="18"/>
        </w:rPr>
        <w:t xml:space="preserve"> </w:t>
      </w:r>
      <w:proofErr w:type="spellStart"/>
      <w:r w:rsidRPr="00F83523">
        <w:rPr>
          <w:rFonts w:cs="Times New Roman"/>
          <w:bCs/>
          <w:sz w:val="18"/>
          <w:szCs w:val="18"/>
        </w:rPr>
        <w:t>ne</w:t>
      </w:r>
      <w:proofErr w:type="spellEnd"/>
      <w:r w:rsidRPr="00F83523">
        <w:rPr>
          <w:rFonts w:cs="Times New Roman"/>
          <w:bCs/>
          <w:sz w:val="18"/>
          <w:szCs w:val="18"/>
        </w:rPr>
        <w:t xml:space="preserve"> </w:t>
      </w:r>
      <w:proofErr w:type="spellStart"/>
      <w:r w:rsidRPr="00F83523">
        <w:rPr>
          <w:rFonts w:cs="Times New Roman"/>
          <w:bCs/>
          <w:sz w:val="18"/>
          <w:szCs w:val="18"/>
        </w:rPr>
        <w:t>furnizați</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deoarece</w:t>
      </w:r>
      <w:proofErr w:type="spellEnd"/>
      <w:r w:rsidRPr="00F83523">
        <w:rPr>
          <w:rFonts w:cs="Times New Roman"/>
          <w:bCs/>
          <w:sz w:val="18"/>
          <w:szCs w:val="18"/>
        </w:rPr>
        <w:t xml:space="preserve"> </w:t>
      </w:r>
      <w:proofErr w:type="spellStart"/>
      <w:r w:rsidRPr="00F83523">
        <w:rPr>
          <w:rFonts w:cs="Times New Roman"/>
          <w:bCs/>
          <w:sz w:val="18"/>
          <w:szCs w:val="18"/>
        </w:rPr>
        <w:t>refuzul</w:t>
      </w:r>
      <w:proofErr w:type="spellEnd"/>
      <w:r w:rsidRPr="00F83523">
        <w:rPr>
          <w:rFonts w:cs="Times New Roman"/>
          <w:bCs/>
          <w:sz w:val="18"/>
          <w:szCs w:val="18"/>
        </w:rPr>
        <w:t xml:space="preserve"> </w:t>
      </w:r>
      <w:proofErr w:type="spellStart"/>
      <w:r w:rsidRPr="00F83523">
        <w:rPr>
          <w:rFonts w:cs="Times New Roman"/>
          <w:bCs/>
          <w:sz w:val="18"/>
          <w:szCs w:val="18"/>
        </w:rPr>
        <w:t>dumneavoastră</w:t>
      </w:r>
      <w:proofErr w:type="spellEnd"/>
      <w:r w:rsidRPr="00F83523">
        <w:rPr>
          <w:rFonts w:cs="Times New Roman"/>
          <w:bCs/>
          <w:sz w:val="18"/>
          <w:szCs w:val="18"/>
        </w:rPr>
        <w:t xml:space="preserve"> </w:t>
      </w:r>
      <w:proofErr w:type="spellStart"/>
      <w:r w:rsidRPr="00F83523">
        <w:rPr>
          <w:rFonts w:cs="Times New Roman"/>
          <w:bCs/>
          <w:sz w:val="18"/>
          <w:szCs w:val="18"/>
        </w:rPr>
        <w:t>determină</w:t>
      </w:r>
      <w:proofErr w:type="spellEnd"/>
      <w:r w:rsidRPr="00F83523">
        <w:rPr>
          <w:rFonts w:cs="Times New Roman"/>
          <w:bCs/>
          <w:sz w:val="18"/>
          <w:szCs w:val="18"/>
        </w:rPr>
        <w:t xml:space="preserve"> </w:t>
      </w:r>
      <w:proofErr w:type="spellStart"/>
      <w:r w:rsidRPr="00F83523">
        <w:rPr>
          <w:rFonts w:cs="Times New Roman"/>
          <w:bCs/>
          <w:sz w:val="18"/>
          <w:szCs w:val="18"/>
        </w:rPr>
        <w:t>imposibilitatea</w:t>
      </w:r>
      <w:proofErr w:type="spellEnd"/>
      <w:r w:rsidRPr="00F83523">
        <w:rPr>
          <w:rFonts w:cs="Times New Roman"/>
          <w:bCs/>
          <w:sz w:val="18"/>
          <w:szCs w:val="18"/>
        </w:rPr>
        <w:t xml:space="preserve"> </w:t>
      </w:r>
      <w:proofErr w:type="spellStart"/>
      <w:r w:rsidRPr="00F83523">
        <w:rPr>
          <w:rFonts w:cs="Times New Roman"/>
          <w:bCs/>
          <w:sz w:val="18"/>
          <w:szCs w:val="18"/>
        </w:rPr>
        <w:t>soluționării</w:t>
      </w:r>
      <w:proofErr w:type="spellEnd"/>
      <w:r w:rsidRPr="00F83523">
        <w:rPr>
          <w:rFonts w:cs="Times New Roman"/>
          <w:bCs/>
          <w:sz w:val="18"/>
          <w:szCs w:val="18"/>
        </w:rPr>
        <w:t xml:space="preserve"> </w:t>
      </w:r>
      <w:proofErr w:type="spellStart"/>
      <w:r w:rsidRPr="00F83523">
        <w:rPr>
          <w:rFonts w:cs="Times New Roman"/>
          <w:bCs/>
          <w:sz w:val="18"/>
          <w:szCs w:val="18"/>
        </w:rPr>
        <w:t>cererii</w:t>
      </w:r>
      <w:proofErr w:type="spellEnd"/>
      <w:r w:rsidRPr="00F83523">
        <w:rPr>
          <w:rFonts w:cs="Times New Roman"/>
          <w:bCs/>
          <w:sz w:val="18"/>
          <w:szCs w:val="18"/>
        </w:rPr>
        <w:t xml:space="preserve">. </w:t>
      </w:r>
      <w:proofErr w:type="spellStart"/>
      <w:r w:rsidRPr="00F83523">
        <w:rPr>
          <w:rFonts w:cs="Times New Roman"/>
          <w:bCs/>
          <w:sz w:val="18"/>
          <w:szCs w:val="18"/>
        </w:rPr>
        <w:t>Informațiile</w:t>
      </w:r>
      <w:proofErr w:type="spellEnd"/>
      <w:r w:rsidRPr="00F83523">
        <w:rPr>
          <w:rFonts w:cs="Times New Roman"/>
          <w:bCs/>
          <w:sz w:val="18"/>
          <w:szCs w:val="18"/>
        </w:rPr>
        <w:t xml:space="preserve"> </w:t>
      </w:r>
      <w:proofErr w:type="spellStart"/>
      <w:r w:rsidRPr="00F83523">
        <w:rPr>
          <w:rFonts w:cs="Times New Roman"/>
          <w:bCs/>
          <w:sz w:val="18"/>
          <w:szCs w:val="18"/>
        </w:rPr>
        <w:t>înregistrate</w:t>
      </w:r>
      <w:proofErr w:type="spellEnd"/>
      <w:r w:rsidRPr="00F83523">
        <w:rPr>
          <w:rFonts w:cs="Times New Roman"/>
          <w:bCs/>
          <w:sz w:val="18"/>
          <w:szCs w:val="18"/>
        </w:rPr>
        <w:t xml:space="preserve"> </w:t>
      </w:r>
      <w:proofErr w:type="spellStart"/>
      <w:r w:rsidRPr="00F83523">
        <w:rPr>
          <w:rFonts w:cs="Times New Roman"/>
          <w:bCs/>
          <w:sz w:val="18"/>
          <w:szCs w:val="18"/>
        </w:rPr>
        <w:t>sunt</w:t>
      </w:r>
      <w:proofErr w:type="spellEnd"/>
      <w:r w:rsidRPr="00F83523">
        <w:rPr>
          <w:rFonts w:cs="Times New Roman"/>
          <w:bCs/>
          <w:sz w:val="18"/>
          <w:szCs w:val="18"/>
        </w:rPr>
        <w:t xml:space="preserve"> </w:t>
      </w:r>
      <w:proofErr w:type="spellStart"/>
      <w:r w:rsidRPr="00F83523">
        <w:rPr>
          <w:rFonts w:cs="Times New Roman"/>
          <w:bCs/>
          <w:sz w:val="18"/>
          <w:szCs w:val="18"/>
        </w:rPr>
        <w:t>destinate</w:t>
      </w:r>
      <w:proofErr w:type="spellEnd"/>
      <w:r w:rsidRPr="00F83523">
        <w:rPr>
          <w:rFonts w:cs="Times New Roman"/>
          <w:bCs/>
          <w:sz w:val="18"/>
          <w:szCs w:val="18"/>
        </w:rPr>
        <w:t xml:space="preserve"> </w:t>
      </w:r>
      <w:proofErr w:type="spellStart"/>
      <w:r w:rsidRPr="00F83523">
        <w:rPr>
          <w:rFonts w:cs="Times New Roman"/>
          <w:bCs/>
          <w:sz w:val="18"/>
          <w:szCs w:val="18"/>
        </w:rPr>
        <w:t>utilizării</w:t>
      </w:r>
      <w:proofErr w:type="spellEnd"/>
      <w:r w:rsidRPr="00F83523">
        <w:rPr>
          <w:rFonts w:cs="Times New Roman"/>
          <w:bCs/>
          <w:sz w:val="18"/>
          <w:szCs w:val="18"/>
        </w:rPr>
        <w:t xml:space="preserve"> de </w:t>
      </w:r>
      <w:proofErr w:type="spellStart"/>
      <w:r w:rsidRPr="00F83523">
        <w:rPr>
          <w:rFonts w:cs="Times New Roman"/>
          <w:bCs/>
          <w:sz w:val="18"/>
          <w:szCs w:val="18"/>
        </w:rPr>
        <w:t>către</w:t>
      </w:r>
      <w:proofErr w:type="spellEnd"/>
      <w:r w:rsidRPr="00F83523">
        <w:rPr>
          <w:rFonts w:cs="Times New Roman"/>
          <w:bCs/>
          <w:sz w:val="18"/>
          <w:szCs w:val="18"/>
        </w:rPr>
        <w:t xml:space="preserve"> operator </w:t>
      </w:r>
      <w:proofErr w:type="spellStart"/>
      <w:r w:rsidRPr="00F83523">
        <w:rPr>
          <w:rFonts w:cs="Times New Roman"/>
          <w:bCs/>
          <w:sz w:val="18"/>
          <w:szCs w:val="18"/>
        </w:rPr>
        <w:t>dar</w:t>
      </w:r>
      <w:proofErr w:type="spellEnd"/>
      <w:r w:rsidRPr="00F83523">
        <w:rPr>
          <w:rFonts w:cs="Times New Roman"/>
          <w:bCs/>
          <w:sz w:val="18"/>
          <w:szCs w:val="18"/>
        </w:rPr>
        <w:t xml:space="preserve"> pot fi </w:t>
      </w:r>
      <w:proofErr w:type="spellStart"/>
      <w:r w:rsidRPr="00F83523">
        <w:rPr>
          <w:rFonts w:cs="Times New Roman"/>
          <w:bCs/>
          <w:sz w:val="18"/>
          <w:szCs w:val="18"/>
        </w:rPr>
        <w:t>comunicate</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altor</w:t>
      </w:r>
      <w:proofErr w:type="spellEnd"/>
      <w:r w:rsidRPr="00F83523">
        <w:rPr>
          <w:rFonts w:cs="Times New Roman"/>
          <w:bCs/>
          <w:sz w:val="18"/>
          <w:szCs w:val="18"/>
        </w:rPr>
        <w:t xml:space="preserve"> </w:t>
      </w:r>
      <w:proofErr w:type="spellStart"/>
      <w:r w:rsidRPr="00F83523">
        <w:rPr>
          <w:rFonts w:cs="Times New Roman"/>
          <w:bCs/>
          <w:sz w:val="18"/>
          <w:szCs w:val="18"/>
        </w:rPr>
        <w:t>instituții</w:t>
      </w:r>
      <w:proofErr w:type="spellEnd"/>
      <w:r w:rsidRPr="00F83523">
        <w:rPr>
          <w:rFonts w:cs="Times New Roman"/>
          <w:bCs/>
          <w:sz w:val="18"/>
          <w:szCs w:val="18"/>
        </w:rPr>
        <w:t xml:space="preserve">, </w:t>
      </w:r>
      <w:proofErr w:type="spellStart"/>
      <w:r w:rsidRPr="00F83523">
        <w:rPr>
          <w:rFonts w:cs="Times New Roman"/>
          <w:bCs/>
          <w:sz w:val="18"/>
          <w:szCs w:val="18"/>
        </w:rPr>
        <w:t>societăți</w:t>
      </w:r>
      <w:proofErr w:type="spellEnd"/>
      <w:r w:rsidRPr="00F83523">
        <w:rPr>
          <w:rFonts w:cs="Times New Roman"/>
          <w:bCs/>
          <w:sz w:val="18"/>
          <w:szCs w:val="18"/>
        </w:rPr>
        <w:t xml:space="preserve"> </w:t>
      </w:r>
      <w:proofErr w:type="spellStart"/>
      <w:r w:rsidRPr="00F83523">
        <w:rPr>
          <w:rFonts w:cs="Times New Roman"/>
          <w:bCs/>
          <w:sz w:val="18"/>
          <w:szCs w:val="18"/>
        </w:rPr>
        <w:t>sau</w:t>
      </w:r>
      <w:proofErr w:type="spellEnd"/>
      <w:r w:rsidRPr="00F83523">
        <w:rPr>
          <w:rFonts w:cs="Times New Roman"/>
          <w:bCs/>
          <w:sz w:val="18"/>
          <w:szCs w:val="18"/>
        </w:rPr>
        <w:t xml:space="preserve"> </w:t>
      </w:r>
      <w:proofErr w:type="spellStart"/>
      <w:r w:rsidRPr="00F83523">
        <w:rPr>
          <w:rFonts w:cs="Times New Roman"/>
          <w:bCs/>
          <w:sz w:val="18"/>
          <w:szCs w:val="18"/>
        </w:rPr>
        <w:t>terți</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baza</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limitele</w:t>
      </w:r>
      <w:proofErr w:type="spellEnd"/>
      <w:r w:rsidRPr="00F83523">
        <w:rPr>
          <w:rFonts w:cs="Times New Roman"/>
          <w:bCs/>
          <w:sz w:val="18"/>
          <w:szCs w:val="18"/>
        </w:rPr>
        <w:t xml:space="preserve"> </w:t>
      </w:r>
      <w:proofErr w:type="spellStart"/>
      <w:r w:rsidRPr="00F83523">
        <w:rPr>
          <w:rFonts w:cs="Times New Roman"/>
          <w:bCs/>
          <w:sz w:val="18"/>
          <w:szCs w:val="18"/>
        </w:rPr>
        <w:t>prevederilor</w:t>
      </w:r>
      <w:proofErr w:type="spellEnd"/>
      <w:r w:rsidRPr="00F83523">
        <w:rPr>
          <w:rFonts w:cs="Times New Roman"/>
          <w:bCs/>
          <w:sz w:val="18"/>
          <w:szCs w:val="18"/>
        </w:rPr>
        <w:t xml:space="preserve"> </w:t>
      </w:r>
      <w:proofErr w:type="spellStart"/>
      <w:r w:rsidRPr="00F83523">
        <w:rPr>
          <w:rFonts w:cs="Times New Roman"/>
          <w:bCs/>
          <w:sz w:val="18"/>
          <w:szCs w:val="18"/>
        </w:rPr>
        <w:t>legale</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sunt</w:t>
      </w:r>
      <w:proofErr w:type="spellEnd"/>
      <w:r w:rsidRPr="00F83523">
        <w:rPr>
          <w:rFonts w:cs="Times New Roman"/>
          <w:bCs/>
          <w:sz w:val="18"/>
          <w:szCs w:val="18"/>
        </w:rPr>
        <w:t xml:space="preserve"> </w:t>
      </w:r>
      <w:proofErr w:type="spellStart"/>
      <w:r w:rsidRPr="00F83523">
        <w:rPr>
          <w:rFonts w:cs="Times New Roman"/>
          <w:bCs/>
          <w:sz w:val="18"/>
          <w:szCs w:val="18"/>
        </w:rPr>
        <w:t>păstrate</w:t>
      </w:r>
      <w:proofErr w:type="spellEnd"/>
      <w:r w:rsidRPr="00F83523">
        <w:rPr>
          <w:rFonts w:cs="Times New Roman"/>
          <w:bCs/>
          <w:sz w:val="18"/>
          <w:szCs w:val="18"/>
        </w:rPr>
        <w:t xml:space="preserve"> </w:t>
      </w:r>
      <w:proofErr w:type="spellStart"/>
      <w:r w:rsidRPr="00F83523">
        <w:rPr>
          <w:rFonts w:cs="Times New Roman"/>
          <w:bCs/>
          <w:sz w:val="18"/>
          <w:szCs w:val="18"/>
        </w:rPr>
        <w:t>doar</w:t>
      </w:r>
      <w:proofErr w:type="spellEnd"/>
      <w:r w:rsidRPr="00F83523">
        <w:rPr>
          <w:rFonts w:cs="Times New Roman"/>
          <w:bCs/>
          <w:sz w:val="18"/>
          <w:szCs w:val="18"/>
        </w:rPr>
        <w:t xml:space="preserve"> </w:t>
      </w:r>
      <w:proofErr w:type="spellStart"/>
      <w:r w:rsidRPr="00F83523">
        <w:rPr>
          <w:rFonts w:cs="Times New Roman"/>
          <w:bCs/>
          <w:sz w:val="18"/>
          <w:szCs w:val="18"/>
        </w:rPr>
        <w:t>pentru</w:t>
      </w:r>
      <w:proofErr w:type="spellEnd"/>
      <w:r w:rsidRPr="00F83523">
        <w:rPr>
          <w:rFonts w:cs="Times New Roman"/>
          <w:bCs/>
          <w:sz w:val="18"/>
          <w:szCs w:val="18"/>
        </w:rPr>
        <w:t xml:space="preserve"> </w:t>
      </w:r>
      <w:proofErr w:type="spellStart"/>
      <w:r w:rsidRPr="00F83523">
        <w:rPr>
          <w:rFonts w:cs="Times New Roman"/>
          <w:bCs/>
          <w:sz w:val="18"/>
          <w:szCs w:val="18"/>
        </w:rPr>
        <w:t>perioada</w:t>
      </w:r>
      <w:proofErr w:type="spellEnd"/>
      <w:r w:rsidRPr="00F83523">
        <w:rPr>
          <w:rFonts w:cs="Times New Roman"/>
          <w:bCs/>
          <w:sz w:val="18"/>
          <w:szCs w:val="18"/>
        </w:rPr>
        <w:t xml:space="preserve"> </w:t>
      </w:r>
      <w:proofErr w:type="spellStart"/>
      <w:r w:rsidRPr="00F83523">
        <w:rPr>
          <w:rFonts w:cs="Times New Roman"/>
          <w:bCs/>
          <w:sz w:val="18"/>
          <w:szCs w:val="18"/>
        </w:rPr>
        <w:t>necesară</w:t>
      </w:r>
      <w:proofErr w:type="spellEnd"/>
      <w:r w:rsidRPr="00F83523">
        <w:rPr>
          <w:rFonts w:cs="Times New Roman"/>
          <w:bCs/>
          <w:sz w:val="18"/>
          <w:szCs w:val="18"/>
        </w:rPr>
        <w:t xml:space="preserve"> </w:t>
      </w:r>
      <w:proofErr w:type="spellStart"/>
      <w:r w:rsidRPr="00F83523">
        <w:rPr>
          <w:rFonts w:cs="Times New Roman"/>
          <w:bCs/>
          <w:sz w:val="18"/>
          <w:szCs w:val="18"/>
        </w:rPr>
        <w:t>îndeplinirii</w:t>
      </w:r>
      <w:proofErr w:type="spellEnd"/>
      <w:r w:rsidRPr="00F83523">
        <w:rPr>
          <w:rFonts w:cs="Times New Roman"/>
          <w:bCs/>
          <w:sz w:val="18"/>
          <w:szCs w:val="18"/>
        </w:rPr>
        <w:t xml:space="preserve"> </w:t>
      </w:r>
      <w:proofErr w:type="spellStart"/>
      <w:r w:rsidRPr="00F83523">
        <w:rPr>
          <w:rFonts w:cs="Times New Roman"/>
          <w:bCs/>
          <w:sz w:val="18"/>
          <w:szCs w:val="18"/>
        </w:rPr>
        <w:t>scopurilor</w:t>
      </w:r>
      <w:proofErr w:type="spellEnd"/>
      <w:r w:rsidRPr="00F83523">
        <w:rPr>
          <w:rFonts w:cs="Times New Roman"/>
          <w:bCs/>
          <w:sz w:val="18"/>
          <w:szCs w:val="18"/>
        </w:rPr>
        <w:t xml:space="preserve"> </w:t>
      </w:r>
      <w:proofErr w:type="spellStart"/>
      <w:r w:rsidRPr="00F83523">
        <w:rPr>
          <w:rFonts w:cs="Times New Roman"/>
          <w:bCs/>
          <w:sz w:val="18"/>
          <w:szCs w:val="18"/>
        </w:rPr>
        <w:t>scopurilor</w:t>
      </w:r>
      <w:proofErr w:type="spellEnd"/>
      <w:r w:rsidRPr="00F83523">
        <w:rPr>
          <w:rFonts w:cs="Times New Roman"/>
          <w:bCs/>
          <w:sz w:val="18"/>
          <w:szCs w:val="18"/>
        </w:rPr>
        <w:t xml:space="preserve"> </w:t>
      </w:r>
      <w:proofErr w:type="spellStart"/>
      <w:r w:rsidRPr="00F83523">
        <w:rPr>
          <w:rFonts w:cs="Times New Roman"/>
          <w:bCs/>
          <w:sz w:val="18"/>
          <w:szCs w:val="18"/>
        </w:rPr>
        <w:t>pentru</w:t>
      </w:r>
      <w:proofErr w:type="spellEnd"/>
      <w:r w:rsidRPr="00F83523">
        <w:rPr>
          <w:rFonts w:cs="Times New Roman"/>
          <w:bCs/>
          <w:sz w:val="18"/>
          <w:szCs w:val="18"/>
        </w:rPr>
        <w:t xml:space="preserve"> </w:t>
      </w:r>
      <w:proofErr w:type="spellStart"/>
      <w:r w:rsidRPr="00F83523">
        <w:rPr>
          <w:rFonts w:cs="Times New Roman"/>
          <w:bCs/>
          <w:sz w:val="18"/>
          <w:szCs w:val="18"/>
        </w:rPr>
        <w:t>care</w:t>
      </w:r>
      <w:proofErr w:type="spellEnd"/>
      <w:r w:rsidRPr="00F83523">
        <w:rPr>
          <w:rFonts w:cs="Times New Roman"/>
          <w:bCs/>
          <w:sz w:val="18"/>
          <w:szCs w:val="18"/>
        </w:rPr>
        <w:t xml:space="preserve"> au </w:t>
      </w:r>
      <w:proofErr w:type="spellStart"/>
      <w:r w:rsidRPr="00F83523">
        <w:rPr>
          <w:rFonts w:cs="Times New Roman"/>
          <w:bCs/>
          <w:sz w:val="18"/>
          <w:szCs w:val="18"/>
        </w:rPr>
        <w:t>fost</w:t>
      </w:r>
      <w:proofErr w:type="spellEnd"/>
      <w:r w:rsidRPr="00F83523">
        <w:rPr>
          <w:rFonts w:cs="Times New Roman"/>
          <w:bCs/>
          <w:sz w:val="18"/>
          <w:szCs w:val="18"/>
        </w:rPr>
        <w:t xml:space="preserve"> </w:t>
      </w:r>
      <w:proofErr w:type="spellStart"/>
      <w:r w:rsidRPr="00F83523">
        <w:rPr>
          <w:rFonts w:cs="Times New Roman"/>
          <w:bCs/>
          <w:sz w:val="18"/>
          <w:szCs w:val="18"/>
        </w:rPr>
        <w:t>colectate</w:t>
      </w:r>
      <w:proofErr w:type="spellEnd"/>
      <w:r w:rsidRPr="00F83523">
        <w:rPr>
          <w:rFonts w:cs="Times New Roman"/>
          <w:bCs/>
          <w:sz w:val="18"/>
          <w:szCs w:val="18"/>
        </w:rPr>
        <w:t xml:space="preserve">, cu </w:t>
      </w:r>
      <w:proofErr w:type="spellStart"/>
      <w:r w:rsidRPr="00F83523">
        <w:rPr>
          <w:rFonts w:cs="Times New Roman"/>
          <w:bCs/>
          <w:sz w:val="18"/>
          <w:szCs w:val="18"/>
        </w:rPr>
        <w:t>respectarea</w:t>
      </w:r>
      <w:proofErr w:type="spellEnd"/>
      <w:r w:rsidRPr="00F83523">
        <w:rPr>
          <w:rFonts w:cs="Times New Roman"/>
          <w:bCs/>
          <w:sz w:val="18"/>
          <w:szCs w:val="18"/>
        </w:rPr>
        <w:t xml:space="preserve"> </w:t>
      </w:r>
      <w:proofErr w:type="spellStart"/>
      <w:r w:rsidRPr="00F83523">
        <w:rPr>
          <w:rFonts w:cs="Times New Roman"/>
          <w:bCs/>
          <w:sz w:val="18"/>
          <w:szCs w:val="18"/>
        </w:rPr>
        <w:t>legislației</w:t>
      </w:r>
      <w:proofErr w:type="spellEnd"/>
      <w:r w:rsidRPr="00F83523">
        <w:rPr>
          <w:rFonts w:cs="Times New Roman"/>
          <w:bCs/>
          <w:sz w:val="18"/>
          <w:szCs w:val="18"/>
        </w:rPr>
        <w:t xml:space="preserve"> </w:t>
      </w:r>
      <w:proofErr w:type="spellStart"/>
      <w:r w:rsidRPr="00F83523">
        <w:rPr>
          <w:rFonts w:cs="Times New Roman"/>
          <w:bCs/>
          <w:sz w:val="18"/>
          <w:szCs w:val="18"/>
        </w:rPr>
        <w:t>înn</w:t>
      </w:r>
      <w:proofErr w:type="spellEnd"/>
      <w:r w:rsidRPr="00F83523">
        <w:rPr>
          <w:rFonts w:cs="Times New Roman"/>
          <w:bCs/>
          <w:sz w:val="18"/>
          <w:szCs w:val="18"/>
        </w:rPr>
        <w:t xml:space="preserve"> </w:t>
      </w:r>
      <w:proofErr w:type="spellStart"/>
      <w:r w:rsidRPr="00F83523">
        <w:rPr>
          <w:rFonts w:cs="Times New Roman"/>
          <w:bCs/>
          <w:sz w:val="18"/>
          <w:szCs w:val="18"/>
        </w:rPr>
        <w:t>vigoare</w:t>
      </w:r>
      <w:proofErr w:type="spellEnd"/>
      <w:r w:rsidRPr="00F83523">
        <w:rPr>
          <w:rFonts w:cs="Times New Roman"/>
          <w:bCs/>
          <w:sz w:val="18"/>
          <w:szCs w:val="18"/>
        </w:rPr>
        <w:t xml:space="preserve">. Conform </w:t>
      </w:r>
      <w:proofErr w:type="spellStart"/>
      <w:r w:rsidRPr="00F83523">
        <w:rPr>
          <w:rFonts w:cs="Times New Roman"/>
          <w:bCs/>
          <w:sz w:val="18"/>
          <w:szCs w:val="18"/>
        </w:rPr>
        <w:t>Regulamentului</w:t>
      </w:r>
      <w:proofErr w:type="spellEnd"/>
      <w:r w:rsidRPr="00F83523">
        <w:rPr>
          <w:rFonts w:cs="Times New Roman"/>
          <w:bCs/>
          <w:sz w:val="18"/>
          <w:szCs w:val="18"/>
        </w:rPr>
        <w:t xml:space="preserve"> General </w:t>
      </w:r>
      <w:proofErr w:type="spellStart"/>
      <w:r w:rsidRPr="00F83523">
        <w:rPr>
          <w:rFonts w:cs="Times New Roman"/>
          <w:bCs/>
          <w:sz w:val="18"/>
          <w:szCs w:val="18"/>
        </w:rPr>
        <w:t>privind</w:t>
      </w:r>
      <w:proofErr w:type="spellEnd"/>
      <w:r w:rsidRPr="00F83523">
        <w:rPr>
          <w:rFonts w:cs="Times New Roman"/>
          <w:bCs/>
          <w:sz w:val="18"/>
          <w:szCs w:val="18"/>
        </w:rPr>
        <w:t xml:space="preserve"> </w:t>
      </w:r>
      <w:proofErr w:type="spellStart"/>
      <w:r w:rsidRPr="00F83523">
        <w:rPr>
          <w:rFonts w:cs="Times New Roman"/>
          <w:bCs/>
          <w:sz w:val="18"/>
          <w:szCs w:val="18"/>
        </w:rPr>
        <w:t>Protecția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(UE) 679/2016 </w:t>
      </w:r>
      <w:proofErr w:type="spellStart"/>
      <w:r w:rsidRPr="00F83523">
        <w:rPr>
          <w:rFonts w:cs="Times New Roman"/>
          <w:bCs/>
          <w:sz w:val="18"/>
          <w:szCs w:val="18"/>
        </w:rPr>
        <w:t>privind</w:t>
      </w:r>
      <w:proofErr w:type="spellEnd"/>
      <w:r w:rsidRPr="00F83523">
        <w:rPr>
          <w:rFonts w:cs="Times New Roman"/>
          <w:bCs/>
          <w:sz w:val="18"/>
          <w:szCs w:val="18"/>
        </w:rPr>
        <w:t xml:space="preserve"> </w:t>
      </w:r>
      <w:proofErr w:type="spellStart"/>
      <w:r w:rsidRPr="00F83523">
        <w:rPr>
          <w:rFonts w:cs="Times New Roman"/>
          <w:bCs/>
          <w:sz w:val="18"/>
          <w:szCs w:val="18"/>
        </w:rPr>
        <w:t>protecția</w:t>
      </w:r>
      <w:proofErr w:type="spellEnd"/>
      <w:r w:rsidRPr="00F83523">
        <w:rPr>
          <w:rFonts w:cs="Times New Roman"/>
          <w:bCs/>
          <w:sz w:val="18"/>
          <w:szCs w:val="18"/>
        </w:rPr>
        <w:t xml:space="preserve"> </w:t>
      </w:r>
      <w:proofErr w:type="spellStart"/>
      <w:r w:rsidRPr="00F83523">
        <w:rPr>
          <w:rFonts w:cs="Times New Roman"/>
          <w:bCs/>
          <w:sz w:val="18"/>
          <w:szCs w:val="18"/>
        </w:rPr>
        <w:t>persoanelor</w:t>
      </w:r>
      <w:proofErr w:type="spellEnd"/>
      <w:r w:rsidRPr="00F83523">
        <w:rPr>
          <w:rFonts w:cs="Times New Roman"/>
          <w:bCs/>
          <w:sz w:val="18"/>
          <w:szCs w:val="18"/>
        </w:rPr>
        <w:t xml:space="preserve"> </w:t>
      </w:r>
      <w:proofErr w:type="spellStart"/>
      <w:r w:rsidRPr="00F83523">
        <w:rPr>
          <w:rFonts w:cs="Times New Roman"/>
          <w:bCs/>
          <w:sz w:val="18"/>
          <w:szCs w:val="18"/>
        </w:rPr>
        <w:t>fizice</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ceea</w:t>
      </w:r>
      <w:proofErr w:type="spellEnd"/>
      <w:r w:rsidRPr="00F83523">
        <w:rPr>
          <w:rFonts w:cs="Times New Roman"/>
          <w:bCs/>
          <w:sz w:val="18"/>
          <w:szCs w:val="18"/>
        </w:rPr>
        <w:t xml:space="preserve"> </w:t>
      </w:r>
      <w:proofErr w:type="spellStart"/>
      <w:r w:rsidRPr="00F83523">
        <w:rPr>
          <w:rFonts w:cs="Times New Roman"/>
          <w:bCs/>
          <w:sz w:val="18"/>
          <w:szCs w:val="18"/>
        </w:rPr>
        <w:t>ce</w:t>
      </w:r>
      <w:proofErr w:type="spellEnd"/>
      <w:r w:rsidRPr="00F83523">
        <w:rPr>
          <w:rFonts w:cs="Times New Roman"/>
          <w:bCs/>
          <w:sz w:val="18"/>
          <w:szCs w:val="18"/>
        </w:rPr>
        <w:t xml:space="preserve"> </w:t>
      </w:r>
      <w:proofErr w:type="spellStart"/>
      <w:r w:rsidRPr="00F83523">
        <w:rPr>
          <w:rFonts w:cs="Times New Roman"/>
          <w:bCs/>
          <w:sz w:val="18"/>
          <w:szCs w:val="18"/>
        </w:rPr>
        <w:t>privește</w:t>
      </w:r>
      <w:proofErr w:type="spellEnd"/>
      <w:r w:rsidRPr="00F83523">
        <w:rPr>
          <w:rFonts w:cs="Times New Roman"/>
          <w:bCs/>
          <w:sz w:val="18"/>
          <w:szCs w:val="18"/>
        </w:rPr>
        <w:t xml:space="preserve"> </w:t>
      </w:r>
      <w:proofErr w:type="spellStart"/>
      <w:r w:rsidRPr="00F83523">
        <w:rPr>
          <w:rFonts w:cs="Times New Roman"/>
          <w:bCs/>
          <w:sz w:val="18"/>
          <w:szCs w:val="18"/>
        </w:rPr>
        <w:t>prelucrarea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cu </w:t>
      </w:r>
      <w:proofErr w:type="spellStart"/>
      <w:r w:rsidRPr="00F83523">
        <w:rPr>
          <w:rFonts w:cs="Times New Roman"/>
          <w:bCs/>
          <w:sz w:val="18"/>
          <w:szCs w:val="18"/>
        </w:rPr>
        <w:t>caracter</w:t>
      </w:r>
      <w:proofErr w:type="spellEnd"/>
      <w:r w:rsidRPr="00F83523">
        <w:rPr>
          <w:rFonts w:cs="Times New Roman"/>
          <w:bCs/>
          <w:sz w:val="18"/>
          <w:szCs w:val="18"/>
        </w:rPr>
        <w:t xml:space="preserve"> personal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privind</w:t>
      </w:r>
      <w:proofErr w:type="spellEnd"/>
      <w:r w:rsidRPr="00F83523">
        <w:rPr>
          <w:rFonts w:cs="Times New Roman"/>
          <w:bCs/>
          <w:sz w:val="18"/>
          <w:szCs w:val="18"/>
        </w:rPr>
        <w:t xml:space="preserve"> </w:t>
      </w:r>
      <w:proofErr w:type="spellStart"/>
      <w:r w:rsidRPr="00F83523">
        <w:rPr>
          <w:rFonts w:cs="Times New Roman"/>
          <w:bCs/>
          <w:sz w:val="18"/>
          <w:szCs w:val="18"/>
        </w:rPr>
        <w:t>libera</w:t>
      </w:r>
      <w:proofErr w:type="spellEnd"/>
      <w:r w:rsidRPr="00F83523">
        <w:rPr>
          <w:rFonts w:cs="Times New Roman"/>
          <w:bCs/>
          <w:sz w:val="18"/>
          <w:szCs w:val="18"/>
        </w:rPr>
        <w:t xml:space="preserve"> </w:t>
      </w:r>
      <w:proofErr w:type="spellStart"/>
      <w:r w:rsidRPr="00F83523">
        <w:rPr>
          <w:rFonts w:cs="Times New Roman"/>
          <w:bCs/>
          <w:sz w:val="18"/>
          <w:szCs w:val="18"/>
        </w:rPr>
        <w:t>circulație</w:t>
      </w:r>
      <w:proofErr w:type="spellEnd"/>
      <w:r w:rsidRPr="00F83523">
        <w:rPr>
          <w:rFonts w:cs="Times New Roman"/>
          <w:bCs/>
          <w:sz w:val="18"/>
          <w:szCs w:val="18"/>
        </w:rPr>
        <w:t xml:space="preserve"> a </w:t>
      </w:r>
      <w:proofErr w:type="spellStart"/>
      <w:r w:rsidRPr="00F83523">
        <w:rPr>
          <w:rFonts w:cs="Times New Roman"/>
          <w:bCs/>
          <w:sz w:val="18"/>
          <w:szCs w:val="18"/>
        </w:rPr>
        <w:t>acestor</w:t>
      </w:r>
      <w:proofErr w:type="spellEnd"/>
      <w:r w:rsidRPr="00F83523">
        <w:rPr>
          <w:rFonts w:cs="Times New Roman"/>
          <w:bCs/>
          <w:sz w:val="18"/>
          <w:szCs w:val="18"/>
        </w:rPr>
        <w:t xml:space="preserve"> date, </w:t>
      </w:r>
      <w:proofErr w:type="spellStart"/>
      <w:r w:rsidRPr="00F83523">
        <w:rPr>
          <w:rFonts w:cs="Times New Roman"/>
          <w:bCs/>
          <w:sz w:val="18"/>
          <w:szCs w:val="18"/>
        </w:rPr>
        <w:t>beneficiați</w:t>
      </w:r>
      <w:proofErr w:type="spellEnd"/>
      <w:r w:rsidRPr="00F83523">
        <w:rPr>
          <w:rFonts w:cs="Times New Roman"/>
          <w:bCs/>
          <w:sz w:val="18"/>
          <w:szCs w:val="18"/>
        </w:rPr>
        <w:t xml:space="preserve"> de </w:t>
      </w:r>
      <w:proofErr w:type="spellStart"/>
      <w:r w:rsidRPr="00F83523">
        <w:rPr>
          <w:rFonts w:cs="Times New Roman"/>
          <w:bCs/>
          <w:sz w:val="18"/>
          <w:szCs w:val="18"/>
        </w:rPr>
        <w:t>dreptul</w:t>
      </w:r>
      <w:proofErr w:type="spellEnd"/>
      <w:r w:rsidRPr="00F83523">
        <w:rPr>
          <w:rFonts w:cs="Times New Roman"/>
          <w:bCs/>
          <w:sz w:val="18"/>
          <w:szCs w:val="18"/>
        </w:rPr>
        <w:t xml:space="preserve"> de </w:t>
      </w:r>
      <w:proofErr w:type="spellStart"/>
      <w:r w:rsidRPr="00F83523">
        <w:rPr>
          <w:rFonts w:cs="Times New Roman"/>
          <w:bCs/>
          <w:sz w:val="18"/>
          <w:szCs w:val="18"/>
        </w:rPr>
        <w:t>acces</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la </w:t>
      </w:r>
      <w:proofErr w:type="spellStart"/>
      <w:r w:rsidRPr="00F83523">
        <w:rPr>
          <w:rFonts w:cs="Times New Roman"/>
          <w:bCs/>
          <w:sz w:val="18"/>
          <w:szCs w:val="18"/>
        </w:rPr>
        <w:t>rectificarea</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ștergerea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la </w:t>
      </w:r>
      <w:proofErr w:type="spellStart"/>
      <w:r w:rsidRPr="00F83523">
        <w:rPr>
          <w:rFonts w:cs="Times New Roman"/>
          <w:bCs/>
          <w:sz w:val="18"/>
          <w:szCs w:val="18"/>
        </w:rPr>
        <w:t>restricționarea</w:t>
      </w:r>
      <w:proofErr w:type="spellEnd"/>
      <w:r w:rsidRPr="00F83523">
        <w:rPr>
          <w:rFonts w:cs="Times New Roman"/>
          <w:bCs/>
          <w:sz w:val="18"/>
          <w:szCs w:val="18"/>
        </w:rPr>
        <w:t xml:space="preserve"> </w:t>
      </w:r>
      <w:proofErr w:type="spellStart"/>
      <w:r w:rsidRPr="00F83523">
        <w:rPr>
          <w:rFonts w:cs="Times New Roman"/>
          <w:bCs/>
          <w:sz w:val="18"/>
          <w:szCs w:val="18"/>
        </w:rPr>
        <w:t>prelucrării</w:t>
      </w:r>
      <w:proofErr w:type="spellEnd"/>
      <w:r w:rsidRPr="00F83523">
        <w:rPr>
          <w:rFonts w:cs="Times New Roman"/>
          <w:bCs/>
          <w:sz w:val="18"/>
          <w:szCs w:val="18"/>
        </w:rPr>
        <w:t xml:space="preserve">, la </w:t>
      </w:r>
      <w:proofErr w:type="spellStart"/>
      <w:r w:rsidRPr="00F83523">
        <w:rPr>
          <w:rFonts w:cs="Times New Roman"/>
          <w:bCs/>
          <w:sz w:val="18"/>
          <w:szCs w:val="18"/>
        </w:rPr>
        <w:t>portabilitatea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la </w:t>
      </w:r>
      <w:proofErr w:type="spellStart"/>
      <w:r w:rsidRPr="00F83523">
        <w:rPr>
          <w:rFonts w:cs="Times New Roman"/>
          <w:bCs/>
          <w:sz w:val="18"/>
          <w:szCs w:val="18"/>
        </w:rPr>
        <w:t>opoziție</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de a </w:t>
      </w:r>
      <w:proofErr w:type="spellStart"/>
      <w:r w:rsidRPr="00F83523">
        <w:rPr>
          <w:rFonts w:cs="Times New Roman"/>
          <w:bCs/>
          <w:sz w:val="18"/>
          <w:szCs w:val="18"/>
        </w:rPr>
        <w:t>nu</w:t>
      </w:r>
      <w:proofErr w:type="spellEnd"/>
      <w:r w:rsidRPr="00F83523">
        <w:rPr>
          <w:rFonts w:cs="Times New Roman"/>
          <w:bCs/>
          <w:sz w:val="18"/>
          <w:szCs w:val="18"/>
        </w:rPr>
        <w:t xml:space="preserve"> fi </w:t>
      </w:r>
      <w:proofErr w:type="spellStart"/>
      <w:r w:rsidRPr="00F83523">
        <w:rPr>
          <w:rFonts w:cs="Times New Roman"/>
          <w:bCs/>
          <w:sz w:val="18"/>
          <w:szCs w:val="18"/>
        </w:rPr>
        <w:t>supus</w:t>
      </w:r>
      <w:proofErr w:type="spellEnd"/>
      <w:r w:rsidRPr="00F83523">
        <w:rPr>
          <w:rFonts w:cs="Times New Roman"/>
          <w:bCs/>
          <w:sz w:val="18"/>
          <w:szCs w:val="18"/>
        </w:rPr>
        <w:t xml:space="preserve"> </w:t>
      </w:r>
      <w:proofErr w:type="spellStart"/>
      <w:r w:rsidRPr="00F83523">
        <w:rPr>
          <w:rFonts w:cs="Times New Roman"/>
          <w:bCs/>
          <w:sz w:val="18"/>
          <w:szCs w:val="18"/>
        </w:rPr>
        <w:t>unui</w:t>
      </w:r>
      <w:proofErr w:type="spellEnd"/>
      <w:r w:rsidRPr="00F83523">
        <w:rPr>
          <w:rFonts w:cs="Times New Roman"/>
          <w:bCs/>
          <w:sz w:val="18"/>
          <w:szCs w:val="18"/>
        </w:rPr>
        <w:t xml:space="preserve"> </w:t>
      </w:r>
      <w:proofErr w:type="spellStart"/>
      <w:r w:rsidRPr="00F83523">
        <w:rPr>
          <w:rFonts w:cs="Times New Roman"/>
          <w:bCs/>
          <w:sz w:val="18"/>
          <w:szCs w:val="18"/>
        </w:rPr>
        <w:t>proces</w:t>
      </w:r>
      <w:proofErr w:type="spellEnd"/>
      <w:r w:rsidRPr="00F83523">
        <w:rPr>
          <w:rFonts w:cs="Times New Roman"/>
          <w:bCs/>
          <w:sz w:val="18"/>
          <w:szCs w:val="18"/>
        </w:rPr>
        <w:t xml:space="preserve"> individual </w:t>
      </w:r>
      <w:proofErr w:type="spellStart"/>
      <w:r w:rsidRPr="00F83523">
        <w:rPr>
          <w:rFonts w:cs="Times New Roman"/>
          <w:bCs/>
          <w:sz w:val="18"/>
          <w:szCs w:val="18"/>
        </w:rPr>
        <w:t>automatizat</w:t>
      </w:r>
      <w:proofErr w:type="spellEnd"/>
      <w:r w:rsidRPr="00F83523">
        <w:rPr>
          <w:rFonts w:cs="Times New Roman"/>
          <w:bCs/>
          <w:sz w:val="18"/>
          <w:szCs w:val="18"/>
        </w:rPr>
        <w:t xml:space="preserve">. </w:t>
      </w:r>
      <w:proofErr w:type="spellStart"/>
      <w:r w:rsidRPr="00F83523">
        <w:rPr>
          <w:rFonts w:cs="Times New Roman"/>
          <w:bCs/>
          <w:sz w:val="18"/>
          <w:szCs w:val="18"/>
        </w:rPr>
        <w:t>Pentru</w:t>
      </w:r>
      <w:proofErr w:type="spellEnd"/>
      <w:r w:rsidRPr="00F83523">
        <w:rPr>
          <w:rFonts w:cs="Times New Roman"/>
          <w:bCs/>
          <w:sz w:val="18"/>
          <w:szCs w:val="18"/>
        </w:rPr>
        <w:t xml:space="preserve"> </w:t>
      </w:r>
      <w:proofErr w:type="spellStart"/>
      <w:r w:rsidRPr="00F83523">
        <w:rPr>
          <w:rFonts w:cs="Times New Roman"/>
          <w:bCs/>
          <w:sz w:val="18"/>
          <w:szCs w:val="18"/>
        </w:rPr>
        <w:t>execrcitarea</w:t>
      </w:r>
      <w:proofErr w:type="spellEnd"/>
      <w:r w:rsidRPr="00F83523">
        <w:rPr>
          <w:rFonts w:cs="Times New Roman"/>
          <w:bCs/>
          <w:sz w:val="18"/>
          <w:szCs w:val="18"/>
        </w:rPr>
        <w:t xml:space="preserve"> </w:t>
      </w:r>
      <w:proofErr w:type="spellStart"/>
      <w:r w:rsidRPr="00F83523">
        <w:rPr>
          <w:rFonts w:cs="Times New Roman"/>
          <w:bCs/>
          <w:sz w:val="18"/>
          <w:szCs w:val="18"/>
        </w:rPr>
        <w:t>acestor</w:t>
      </w:r>
      <w:proofErr w:type="spellEnd"/>
      <w:r w:rsidRPr="00F83523">
        <w:rPr>
          <w:rFonts w:cs="Times New Roman"/>
          <w:bCs/>
          <w:sz w:val="18"/>
          <w:szCs w:val="18"/>
        </w:rPr>
        <w:t xml:space="preserve"> </w:t>
      </w:r>
      <w:proofErr w:type="spellStart"/>
      <w:r w:rsidRPr="00F83523">
        <w:rPr>
          <w:rFonts w:cs="Times New Roman"/>
          <w:bCs/>
          <w:sz w:val="18"/>
          <w:szCs w:val="18"/>
        </w:rPr>
        <w:t>drepturi</w:t>
      </w:r>
      <w:proofErr w:type="spellEnd"/>
      <w:r w:rsidRPr="00F83523">
        <w:rPr>
          <w:rFonts w:cs="Times New Roman"/>
          <w:bCs/>
          <w:sz w:val="18"/>
          <w:szCs w:val="18"/>
        </w:rPr>
        <w:t xml:space="preserve"> </w:t>
      </w:r>
      <w:proofErr w:type="spellStart"/>
      <w:r w:rsidRPr="00F83523">
        <w:rPr>
          <w:rFonts w:cs="Times New Roman"/>
          <w:bCs/>
          <w:sz w:val="18"/>
          <w:szCs w:val="18"/>
        </w:rPr>
        <w:t>vă</w:t>
      </w:r>
      <w:proofErr w:type="spellEnd"/>
      <w:r w:rsidRPr="00F83523">
        <w:rPr>
          <w:rFonts w:cs="Times New Roman"/>
          <w:bCs/>
          <w:sz w:val="18"/>
          <w:szCs w:val="18"/>
        </w:rPr>
        <w:t xml:space="preserve"> </w:t>
      </w:r>
      <w:proofErr w:type="spellStart"/>
      <w:r w:rsidRPr="00F83523">
        <w:rPr>
          <w:rFonts w:cs="Times New Roman"/>
          <w:bCs/>
          <w:sz w:val="18"/>
          <w:szCs w:val="18"/>
        </w:rPr>
        <w:t>puteți</w:t>
      </w:r>
      <w:proofErr w:type="spellEnd"/>
      <w:r w:rsidRPr="00F83523">
        <w:rPr>
          <w:rFonts w:cs="Times New Roman"/>
          <w:bCs/>
          <w:sz w:val="18"/>
          <w:szCs w:val="18"/>
        </w:rPr>
        <w:t xml:space="preserve"> </w:t>
      </w:r>
      <w:proofErr w:type="spellStart"/>
      <w:r w:rsidRPr="00F83523">
        <w:rPr>
          <w:rFonts w:cs="Times New Roman"/>
          <w:bCs/>
          <w:sz w:val="18"/>
          <w:szCs w:val="18"/>
        </w:rPr>
        <w:t>adresa</w:t>
      </w:r>
      <w:proofErr w:type="spellEnd"/>
      <w:r w:rsidRPr="00F83523">
        <w:rPr>
          <w:rFonts w:cs="Times New Roman"/>
          <w:bCs/>
          <w:sz w:val="18"/>
          <w:szCs w:val="18"/>
        </w:rPr>
        <w:t xml:space="preserve"> cu o </w:t>
      </w:r>
      <w:proofErr w:type="spellStart"/>
      <w:r w:rsidRPr="00F83523">
        <w:rPr>
          <w:rFonts w:cs="Times New Roman"/>
          <w:bCs/>
          <w:sz w:val="18"/>
          <w:szCs w:val="18"/>
        </w:rPr>
        <w:t>cerere</w:t>
      </w:r>
      <w:proofErr w:type="spellEnd"/>
      <w:r w:rsidRPr="00F83523">
        <w:rPr>
          <w:rFonts w:cs="Times New Roman"/>
          <w:bCs/>
          <w:sz w:val="18"/>
          <w:szCs w:val="18"/>
        </w:rPr>
        <w:t xml:space="preserve"> </w:t>
      </w:r>
      <w:proofErr w:type="spellStart"/>
      <w:r w:rsidRPr="00F83523">
        <w:rPr>
          <w:rFonts w:cs="Times New Roman"/>
          <w:bCs/>
          <w:sz w:val="18"/>
          <w:szCs w:val="18"/>
        </w:rPr>
        <w:t>scrisă</w:t>
      </w:r>
      <w:proofErr w:type="spellEnd"/>
      <w:r w:rsidRPr="00F83523">
        <w:rPr>
          <w:rFonts w:cs="Times New Roman"/>
          <w:bCs/>
          <w:sz w:val="18"/>
          <w:szCs w:val="18"/>
        </w:rPr>
        <w:t xml:space="preserve">, </w:t>
      </w:r>
      <w:proofErr w:type="spellStart"/>
      <w:r w:rsidRPr="00F83523">
        <w:rPr>
          <w:rFonts w:cs="Times New Roman"/>
          <w:bCs/>
          <w:sz w:val="18"/>
          <w:szCs w:val="18"/>
        </w:rPr>
        <w:t>datată</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semnată</w:t>
      </w:r>
      <w:proofErr w:type="spellEnd"/>
      <w:r w:rsidRPr="00F83523">
        <w:rPr>
          <w:rFonts w:cs="Times New Roman"/>
          <w:bCs/>
          <w:sz w:val="18"/>
          <w:szCs w:val="18"/>
        </w:rPr>
        <w:t xml:space="preserve"> la </w:t>
      </w:r>
      <w:proofErr w:type="spellStart"/>
      <w:r w:rsidRPr="00F83523">
        <w:rPr>
          <w:rFonts w:cs="Times New Roman"/>
          <w:bCs/>
          <w:sz w:val="18"/>
          <w:szCs w:val="18"/>
        </w:rPr>
        <w:t>sediul</w:t>
      </w:r>
      <w:proofErr w:type="spellEnd"/>
      <w:r w:rsidRPr="00F83523">
        <w:rPr>
          <w:rFonts w:cs="Times New Roman"/>
          <w:bCs/>
          <w:sz w:val="18"/>
          <w:szCs w:val="18"/>
        </w:rPr>
        <w:t xml:space="preserve"> </w:t>
      </w:r>
      <w:proofErr w:type="spellStart"/>
      <w:r w:rsidRPr="00F83523">
        <w:rPr>
          <w:rFonts w:cs="Times New Roman"/>
          <w:bCs/>
          <w:sz w:val="18"/>
          <w:szCs w:val="18"/>
        </w:rPr>
        <w:t>primăriei</w:t>
      </w:r>
      <w:proofErr w:type="spellEnd"/>
      <w:r w:rsidRPr="00F83523">
        <w:rPr>
          <w:rFonts w:cs="Times New Roman"/>
          <w:bCs/>
          <w:sz w:val="18"/>
          <w:szCs w:val="18"/>
        </w:rPr>
        <w:t xml:space="preserve"> </w:t>
      </w:r>
      <w:proofErr w:type="spellStart"/>
      <w:r w:rsidRPr="00F83523">
        <w:rPr>
          <w:rFonts w:cs="Times New Roman"/>
          <w:bCs/>
          <w:sz w:val="18"/>
          <w:szCs w:val="18"/>
        </w:rPr>
        <w:t>sau</w:t>
      </w:r>
      <w:proofErr w:type="spellEnd"/>
      <w:r w:rsidRPr="00F83523">
        <w:rPr>
          <w:rFonts w:cs="Times New Roman"/>
          <w:bCs/>
          <w:sz w:val="18"/>
          <w:szCs w:val="18"/>
        </w:rPr>
        <w:t xml:space="preserve"> la </w:t>
      </w:r>
      <w:proofErr w:type="spellStart"/>
      <w:r w:rsidRPr="00F83523">
        <w:rPr>
          <w:rFonts w:cs="Times New Roman"/>
          <w:bCs/>
          <w:sz w:val="18"/>
          <w:szCs w:val="18"/>
        </w:rPr>
        <w:t>adresa</w:t>
      </w:r>
      <w:proofErr w:type="spellEnd"/>
      <w:r w:rsidRPr="00F83523">
        <w:rPr>
          <w:rFonts w:cs="Times New Roman"/>
          <w:bCs/>
          <w:sz w:val="18"/>
          <w:szCs w:val="18"/>
        </w:rPr>
        <w:t xml:space="preserve"> de e-</w:t>
      </w:r>
      <w:proofErr w:type="gramStart"/>
      <w:r w:rsidRPr="00F83523">
        <w:rPr>
          <w:rFonts w:cs="Times New Roman"/>
          <w:bCs/>
          <w:sz w:val="18"/>
          <w:szCs w:val="18"/>
        </w:rPr>
        <w:t>mail</w:t>
      </w:r>
      <w:r w:rsidR="00667B67">
        <w:t xml:space="preserve"> :</w:t>
      </w:r>
      <w:proofErr w:type="gramEnd"/>
      <w:r w:rsidR="00667B67">
        <w:t xml:space="preserve"> </w:t>
      </w:r>
      <w:hyperlink r:id="rId10" w:history="1">
        <w:r w:rsidR="00667B67" w:rsidRPr="0004348B">
          <w:rPr>
            <w:rStyle w:val="Hyperlink"/>
            <w:sz w:val="18"/>
            <w:szCs w:val="18"/>
          </w:rPr>
          <w:t>primaria@tautiimagheraus</w:t>
        </w:r>
        <w:r w:rsidR="00667B67" w:rsidRPr="0004348B">
          <w:rPr>
            <w:rStyle w:val="Hyperlink"/>
            <w:rFonts w:cs="Times New Roman"/>
            <w:bCs/>
            <w:sz w:val="18"/>
            <w:szCs w:val="18"/>
          </w:rPr>
          <w:t>.ro</w:t>
        </w:r>
      </w:hyperlink>
      <w:r w:rsidR="00667B67">
        <w:rPr>
          <w:sz w:val="18"/>
          <w:szCs w:val="18"/>
        </w:rPr>
        <w:t xml:space="preserve"> </w:t>
      </w:r>
      <w:r w:rsidRPr="00F83523">
        <w:rPr>
          <w:rFonts w:cs="Times New Roman"/>
          <w:bCs/>
          <w:sz w:val="18"/>
          <w:szCs w:val="18"/>
        </w:rPr>
        <w:t xml:space="preserve">. De </w:t>
      </w:r>
      <w:proofErr w:type="spellStart"/>
      <w:r w:rsidRPr="00F83523">
        <w:rPr>
          <w:rFonts w:cs="Times New Roman"/>
          <w:bCs/>
          <w:sz w:val="18"/>
          <w:szCs w:val="18"/>
        </w:rPr>
        <w:t>asemenea</w:t>
      </w:r>
      <w:proofErr w:type="spellEnd"/>
      <w:r w:rsidRPr="00F83523">
        <w:rPr>
          <w:rFonts w:cs="Times New Roman"/>
          <w:bCs/>
          <w:sz w:val="18"/>
          <w:szCs w:val="18"/>
        </w:rPr>
        <w:t xml:space="preserve">, </w:t>
      </w:r>
      <w:proofErr w:type="spellStart"/>
      <w:r w:rsidRPr="00F83523">
        <w:rPr>
          <w:rFonts w:cs="Times New Roman"/>
          <w:bCs/>
          <w:sz w:val="18"/>
          <w:szCs w:val="18"/>
        </w:rPr>
        <w:t>vă</w:t>
      </w:r>
      <w:proofErr w:type="spellEnd"/>
      <w:r w:rsidRPr="00F83523">
        <w:rPr>
          <w:rFonts w:cs="Times New Roman"/>
          <w:bCs/>
          <w:sz w:val="18"/>
          <w:szCs w:val="18"/>
        </w:rPr>
        <w:t xml:space="preserve"> </w:t>
      </w:r>
      <w:proofErr w:type="spellStart"/>
      <w:r w:rsidRPr="00F83523">
        <w:rPr>
          <w:rFonts w:cs="Times New Roman"/>
          <w:bCs/>
          <w:sz w:val="18"/>
          <w:szCs w:val="18"/>
        </w:rPr>
        <w:t>este</w:t>
      </w:r>
      <w:proofErr w:type="spellEnd"/>
      <w:r w:rsidRPr="00F83523">
        <w:rPr>
          <w:rFonts w:cs="Times New Roman"/>
          <w:bCs/>
          <w:sz w:val="18"/>
          <w:szCs w:val="18"/>
        </w:rPr>
        <w:t xml:space="preserve"> </w:t>
      </w:r>
      <w:proofErr w:type="spellStart"/>
      <w:r w:rsidRPr="00F83523">
        <w:rPr>
          <w:rFonts w:cs="Times New Roman"/>
          <w:bCs/>
          <w:sz w:val="18"/>
          <w:szCs w:val="18"/>
        </w:rPr>
        <w:t>recunoscut</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de a </w:t>
      </w:r>
      <w:proofErr w:type="spellStart"/>
      <w:r w:rsidRPr="00F83523">
        <w:rPr>
          <w:rFonts w:cs="Times New Roman"/>
          <w:bCs/>
          <w:sz w:val="18"/>
          <w:szCs w:val="18"/>
        </w:rPr>
        <w:t>vă</w:t>
      </w:r>
      <w:proofErr w:type="spellEnd"/>
      <w:r w:rsidRPr="00F83523">
        <w:rPr>
          <w:rFonts w:cs="Times New Roman"/>
          <w:bCs/>
          <w:sz w:val="18"/>
          <w:szCs w:val="18"/>
        </w:rPr>
        <w:t xml:space="preserve"> </w:t>
      </w:r>
      <w:proofErr w:type="spellStart"/>
      <w:r w:rsidRPr="00F83523">
        <w:rPr>
          <w:rFonts w:cs="Times New Roman"/>
          <w:bCs/>
          <w:sz w:val="18"/>
          <w:szCs w:val="18"/>
        </w:rPr>
        <w:t>adresa</w:t>
      </w:r>
      <w:proofErr w:type="spellEnd"/>
      <w:r w:rsidRPr="00F83523">
        <w:rPr>
          <w:rFonts w:cs="Times New Roman"/>
          <w:bCs/>
          <w:sz w:val="18"/>
          <w:szCs w:val="18"/>
        </w:rPr>
        <w:t xml:space="preserve"> ANSPDCP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justiției</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dumneavoastră</w:t>
      </w:r>
      <w:proofErr w:type="spellEnd"/>
      <w:r w:rsidRPr="00F83523">
        <w:rPr>
          <w:rFonts w:cs="Times New Roman"/>
          <w:bCs/>
          <w:sz w:val="18"/>
          <w:szCs w:val="18"/>
        </w:rPr>
        <w:t xml:space="preserve"> nu </w:t>
      </w:r>
      <w:proofErr w:type="spellStart"/>
      <w:r w:rsidRPr="00F83523">
        <w:rPr>
          <w:rFonts w:cs="Times New Roman"/>
          <w:bCs/>
          <w:sz w:val="18"/>
          <w:szCs w:val="18"/>
        </w:rPr>
        <w:t>sunt</w:t>
      </w:r>
      <w:proofErr w:type="spellEnd"/>
      <w:r w:rsidRPr="00F83523">
        <w:rPr>
          <w:rFonts w:cs="Times New Roman"/>
          <w:bCs/>
          <w:sz w:val="18"/>
          <w:szCs w:val="18"/>
        </w:rPr>
        <w:t xml:space="preserve"> </w:t>
      </w:r>
      <w:proofErr w:type="spellStart"/>
      <w:r w:rsidRPr="00F83523">
        <w:rPr>
          <w:rFonts w:cs="Times New Roman"/>
          <w:bCs/>
          <w:sz w:val="18"/>
          <w:szCs w:val="18"/>
        </w:rPr>
        <w:t>transferate</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străinătate</w:t>
      </w:r>
      <w:proofErr w:type="spellEnd"/>
      <w:r w:rsidRPr="00F83523">
        <w:rPr>
          <w:rFonts w:cs="Times New Roman"/>
          <w:bCs/>
          <w:sz w:val="18"/>
          <w:szCs w:val="18"/>
        </w:rPr>
        <w:t>.</w:t>
      </w:r>
    </w:p>
    <w:p w14:paraId="096AC5BE" w14:textId="77777777" w:rsidR="00784287" w:rsidRPr="00F83523" w:rsidRDefault="00784287" w:rsidP="00784287">
      <w:pPr>
        <w:spacing w:after="60"/>
        <w:jc w:val="both"/>
        <w:rPr>
          <w:rFonts w:cs="Times New Roman"/>
          <w:bCs/>
          <w:sz w:val="18"/>
          <w:szCs w:val="18"/>
        </w:rPr>
      </w:pPr>
    </w:p>
    <w:p w14:paraId="6030C1FE" w14:textId="77777777" w:rsidR="00784287" w:rsidRPr="004A0D27" w:rsidRDefault="00784287" w:rsidP="00784287">
      <w:pPr>
        <w:spacing w:after="60"/>
        <w:ind w:firstLine="720"/>
        <w:jc w:val="both"/>
        <w:rPr>
          <w:bCs/>
          <w:i/>
          <w:iCs/>
          <w:sz w:val="20"/>
          <w:szCs w:val="20"/>
        </w:rPr>
      </w:pPr>
      <w:r w:rsidRPr="00F83523">
        <w:rPr>
          <w:rFonts w:ascii="Arial" w:hAnsi="Arial" w:cs="Arial"/>
          <w:b/>
          <w:sz w:val="20"/>
          <w:szCs w:val="20"/>
        </w:rPr>
        <w:t xml:space="preserve"> </w:t>
      </w:r>
      <w:r w:rsidRPr="004A0D27">
        <w:rPr>
          <w:bCs/>
          <w:i/>
          <w:iCs/>
          <w:sz w:val="20"/>
          <w:szCs w:val="20"/>
        </w:rPr>
        <w:t>Subsemnata/Subsemnatul.....................................................................................................................</w:t>
      </w:r>
      <w:r w:rsidRPr="004A0D27">
        <w:rPr>
          <w:bCs/>
          <w:i/>
          <w:iCs/>
          <w:sz w:val="20"/>
          <w:szCs w:val="20"/>
          <w:vertAlign w:val="superscript"/>
        </w:rPr>
        <w:t>1</w:t>
      </w:r>
      <w:r w:rsidRPr="004A0D27">
        <w:rPr>
          <w:bCs/>
          <w:i/>
          <w:iCs/>
          <w:sz w:val="20"/>
          <w:szCs w:val="20"/>
        </w:rPr>
        <w:t xml:space="preserve"> </w:t>
      </w:r>
      <w:proofErr w:type="spellStart"/>
      <w:r w:rsidRPr="004A0D27">
        <w:rPr>
          <w:bCs/>
          <w:i/>
          <w:iCs/>
          <w:sz w:val="20"/>
          <w:szCs w:val="20"/>
        </w:rPr>
        <w:t>având</w:t>
      </w:r>
      <w:proofErr w:type="spellEnd"/>
      <w:r w:rsidRPr="004A0D27">
        <w:rPr>
          <w:bCs/>
          <w:i/>
          <w:iCs/>
          <w:sz w:val="20"/>
          <w:szCs w:val="20"/>
        </w:rPr>
        <w:t xml:space="preserve"> </w:t>
      </w:r>
      <w:proofErr w:type="spellStart"/>
      <w:r w:rsidRPr="004A0D27">
        <w:rPr>
          <w:bCs/>
          <w:i/>
          <w:iCs/>
          <w:sz w:val="20"/>
          <w:szCs w:val="20"/>
        </w:rPr>
        <w:t>codul</w:t>
      </w:r>
      <w:proofErr w:type="spellEnd"/>
      <w:r w:rsidRPr="004A0D27">
        <w:rPr>
          <w:bCs/>
          <w:i/>
          <w:iCs/>
          <w:sz w:val="20"/>
          <w:szCs w:val="20"/>
        </w:rPr>
        <w:t xml:space="preserve"> numeric personal ......................................................................</w:t>
      </w:r>
      <w:r w:rsidRPr="004A0D27">
        <w:rPr>
          <w:bCs/>
          <w:i/>
          <w:iCs/>
          <w:sz w:val="20"/>
          <w:szCs w:val="20"/>
          <w:vertAlign w:val="superscript"/>
        </w:rPr>
        <w:t>1</w:t>
      </w:r>
      <w:proofErr w:type="gramStart"/>
      <w:r w:rsidRPr="004A0D27">
        <w:rPr>
          <w:bCs/>
          <w:i/>
          <w:iCs/>
          <w:sz w:val="20"/>
          <w:szCs w:val="20"/>
        </w:rPr>
        <w:t xml:space="preserve">,  </w:t>
      </w:r>
      <w:proofErr w:type="spellStart"/>
      <w:r w:rsidRPr="004A0D27">
        <w:rPr>
          <w:bCs/>
          <w:i/>
          <w:iCs/>
          <w:sz w:val="20"/>
          <w:szCs w:val="20"/>
        </w:rPr>
        <w:t>declar</w:t>
      </w:r>
      <w:proofErr w:type="spellEnd"/>
      <w:proofErr w:type="gramEnd"/>
      <w:r w:rsidRPr="004A0D27">
        <w:rPr>
          <w:bCs/>
          <w:i/>
          <w:iCs/>
          <w:sz w:val="20"/>
          <w:szCs w:val="20"/>
        </w:rPr>
        <w:t xml:space="preserve"> </w:t>
      </w:r>
      <w:proofErr w:type="spellStart"/>
      <w:r w:rsidRPr="004A0D27">
        <w:rPr>
          <w:bCs/>
          <w:i/>
          <w:iCs/>
          <w:sz w:val="20"/>
          <w:szCs w:val="20"/>
        </w:rPr>
        <w:t>prin</w:t>
      </w:r>
      <w:proofErr w:type="spellEnd"/>
      <w:r w:rsidRPr="004A0D27">
        <w:rPr>
          <w:bCs/>
          <w:i/>
          <w:iCs/>
          <w:sz w:val="20"/>
          <w:szCs w:val="20"/>
        </w:rPr>
        <w:t xml:space="preserve"> </w:t>
      </w:r>
      <w:proofErr w:type="spellStart"/>
      <w:r w:rsidRPr="004A0D27">
        <w:rPr>
          <w:bCs/>
          <w:i/>
          <w:iCs/>
          <w:sz w:val="20"/>
          <w:szCs w:val="20"/>
        </w:rPr>
        <w:t>prezenta</w:t>
      </w:r>
      <w:proofErr w:type="spellEnd"/>
      <w:r w:rsidRPr="004A0D27">
        <w:rPr>
          <w:bCs/>
          <w:i/>
          <w:iCs/>
          <w:sz w:val="20"/>
          <w:szCs w:val="20"/>
        </w:rPr>
        <w:t xml:space="preserve"> </w:t>
      </w:r>
      <w:proofErr w:type="spellStart"/>
      <w:r w:rsidRPr="004A0D27">
        <w:rPr>
          <w:bCs/>
          <w:i/>
          <w:iCs/>
          <w:sz w:val="20"/>
          <w:szCs w:val="20"/>
        </w:rPr>
        <w:t>pe</w:t>
      </w:r>
      <w:proofErr w:type="spellEnd"/>
      <w:r w:rsidRPr="004A0D27">
        <w:rPr>
          <w:bCs/>
          <w:i/>
          <w:iCs/>
          <w:sz w:val="20"/>
          <w:szCs w:val="20"/>
        </w:rPr>
        <w:t xml:space="preserve"> </w:t>
      </w:r>
      <w:proofErr w:type="spellStart"/>
      <w:r w:rsidRPr="004A0D27">
        <w:rPr>
          <w:bCs/>
          <w:i/>
          <w:iCs/>
          <w:sz w:val="20"/>
          <w:szCs w:val="20"/>
        </w:rPr>
        <w:t>propria</w:t>
      </w:r>
      <w:proofErr w:type="spellEnd"/>
      <w:r w:rsidRPr="004A0D27">
        <w:rPr>
          <w:bCs/>
          <w:i/>
          <w:iCs/>
          <w:sz w:val="20"/>
          <w:szCs w:val="20"/>
        </w:rPr>
        <w:t xml:space="preserve"> </w:t>
      </w:r>
      <w:proofErr w:type="spellStart"/>
      <w:r w:rsidRPr="004A0D27">
        <w:rPr>
          <w:bCs/>
          <w:i/>
          <w:iCs/>
          <w:sz w:val="20"/>
          <w:szCs w:val="20"/>
        </w:rPr>
        <w:t>răspundere</w:t>
      </w:r>
      <w:proofErr w:type="spellEnd"/>
      <w:r w:rsidRPr="004A0D27">
        <w:rPr>
          <w:bCs/>
          <w:i/>
          <w:iCs/>
          <w:sz w:val="20"/>
          <w:szCs w:val="20"/>
        </w:rPr>
        <w:t xml:space="preserve">, </w:t>
      </w:r>
      <w:proofErr w:type="spellStart"/>
      <w:r w:rsidRPr="004A0D27">
        <w:rPr>
          <w:bCs/>
          <w:i/>
          <w:iCs/>
          <w:sz w:val="20"/>
          <w:szCs w:val="20"/>
        </w:rPr>
        <w:t>că</w:t>
      </w:r>
      <w:proofErr w:type="spellEnd"/>
      <w:r w:rsidRPr="004A0D27">
        <w:rPr>
          <w:bCs/>
          <w:i/>
          <w:iCs/>
          <w:sz w:val="20"/>
          <w:szCs w:val="20"/>
        </w:rPr>
        <w:t xml:space="preserve"> </w:t>
      </w:r>
      <w:proofErr w:type="spellStart"/>
      <w:r w:rsidRPr="004A0D27">
        <w:rPr>
          <w:bCs/>
          <w:i/>
          <w:iCs/>
          <w:sz w:val="20"/>
          <w:szCs w:val="20"/>
        </w:rPr>
        <w:t>toate</w:t>
      </w:r>
      <w:proofErr w:type="spellEnd"/>
      <w:r w:rsidRPr="004A0D27">
        <w:rPr>
          <w:bCs/>
          <w:i/>
          <w:iCs/>
          <w:sz w:val="20"/>
          <w:szCs w:val="20"/>
        </w:rPr>
        <w:t xml:space="preserve"> </w:t>
      </w:r>
      <w:proofErr w:type="spellStart"/>
      <w:r w:rsidRPr="004A0D27">
        <w:rPr>
          <w:bCs/>
          <w:i/>
          <w:iCs/>
          <w:sz w:val="20"/>
          <w:szCs w:val="20"/>
        </w:rPr>
        <w:t>documentele</w:t>
      </w:r>
      <w:proofErr w:type="spellEnd"/>
      <w:r w:rsidRPr="004A0D27">
        <w:rPr>
          <w:bCs/>
          <w:i/>
          <w:iCs/>
          <w:sz w:val="20"/>
          <w:szCs w:val="20"/>
        </w:rPr>
        <w:t xml:space="preserve"> </w:t>
      </w:r>
      <w:proofErr w:type="spellStart"/>
      <w:r w:rsidRPr="004A0D27">
        <w:rPr>
          <w:bCs/>
          <w:i/>
          <w:iCs/>
          <w:sz w:val="20"/>
          <w:szCs w:val="20"/>
        </w:rPr>
        <w:t>furnizate</w:t>
      </w:r>
      <w:proofErr w:type="spellEnd"/>
      <w:r w:rsidRPr="004A0D27">
        <w:rPr>
          <w:bCs/>
          <w:i/>
          <w:iCs/>
          <w:sz w:val="20"/>
          <w:szCs w:val="20"/>
        </w:rPr>
        <w:t xml:space="preserve"> </w:t>
      </w:r>
      <w:proofErr w:type="spellStart"/>
      <w:r w:rsidRPr="004A0D27">
        <w:rPr>
          <w:bCs/>
          <w:i/>
          <w:iCs/>
          <w:sz w:val="20"/>
          <w:szCs w:val="20"/>
        </w:rPr>
        <w:t>și</w:t>
      </w:r>
      <w:proofErr w:type="spellEnd"/>
      <w:r w:rsidRPr="004A0D27">
        <w:rPr>
          <w:bCs/>
          <w:i/>
          <w:iCs/>
          <w:sz w:val="20"/>
          <w:szCs w:val="20"/>
        </w:rPr>
        <w:t xml:space="preserve"> </w:t>
      </w:r>
      <w:proofErr w:type="spellStart"/>
      <w:r w:rsidRPr="004A0D27">
        <w:rPr>
          <w:bCs/>
          <w:i/>
          <w:iCs/>
          <w:sz w:val="20"/>
          <w:szCs w:val="20"/>
        </w:rPr>
        <w:t>consemnate</w:t>
      </w:r>
      <w:proofErr w:type="spellEnd"/>
      <w:r w:rsidRPr="004A0D27">
        <w:rPr>
          <w:bCs/>
          <w:i/>
          <w:iCs/>
          <w:sz w:val="20"/>
          <w:szCs w:val="20"/>
        </w:rPr>
        <w:t xml:space="preserve"> </w:t>
      </w:r>
      <w:proofErr w:type="spellStart"/>
      <w:r w:rsidRPr="004A0D27">
        <w:rPr>
          <w:bCs/>
          <w:i/>
          <w:iCs/>
          <w:sz w:val="20"/>
          <w:szCs w:val="20"/>
        </w:rPr>
        <w:t>în</w:t>
      </w:r>
      <w:proofErr w:type="spellEnd"/>
      <w:r w:rsidRPr="004A0D27">
        <w:rPr>
          <w:bCs/>
          <w:i/>
          <w:iCs/>
          <w:sz w:val="20"/>
          <w:szCs w:val="20"/>
        </w:rPr>
        <w:t xml:space="preserve"> </w:t>
      </w:r>
      <w:proofErr w:type="spellStart"/>
      <w:r w:rsidRPr="004A0D27">
        <w:rPr>
          <w:bCs/>
          <w:i/>
          <w:iCs/>
          <w:sz w:val="20"/>
          <w:szCs w:val="20"/>
        </w:rPr>
        <w:t>prezenta</w:t>
      </w:r>
      <w:proofErr w:type="spellEnd"/>
      <w:r w:rsidRPr="004A0D27">
        <w:rPr>
          <w:bCs/>
          <w:i/>
          <w:iCs/>
          <w:sz w:val="20"/>
          <w:szCs w:val="20"/>
        </w:rPr>
        <w:t xml:space="preserve"> </w:t>
      </w:r>
      <w:proofErr w:type="spellStart"/>
      <w:r w:rsidRPr="004A0D27">
        <w:rPr>
          <w:bCs/>
          <w:i/>
          <w:iCs/>
          <w:sz w:val="20"/>
          <w:szCs w:val="20"/>
        </w:rPr>
        <w:t>cerere</w:t>
      </w:r>
      <w:proofErr w:type="spellEnd"/>
      <w:r w:rsidRPr="004A0D27">
        <w:rPr>
          <w:bCs/>
          <w:i/>
          <w:iCs/>
          <w:sz w:val="20"/>
          <w:szCs w:val="20"/>
        </w:rPr>
        <w:t xml:space="preserve"> </w:t>
      </w:r>
      <w:proofErr w:type="spellStart"/>
      <w:r w:rsidRPr="004A0D27">
        <w:rPr>
          <w:b/>
          <w:bCs/>
          <w:i/>
          <w:iCs/>
          <w:sz w:val="20"/>
          <w:szCs w:val="20"/>
        </w:rPr>
        <w:t>sunt</w:t>
      </w:r>
      <w:proofErr w:type="spellEnd"/>
      <w:r w:rsidRPr="004A0D27">
        <w:rPr>
          <w:b/>
          <w:bCs/>
          <w:i/>
          <w:iCs/>
          <w:sz w:val="20"/>
          <w:szCs w:val="20"/>
        </w:rPr>
        <w:t xml:space="preserve"> </w:t>
      </w:r>
      <w:proofErr w:type="spellStart"/>
      <w:r w:rsidRPr="004A0D27">
        <w:rPr>
          <w:b/>
          <w:bCs/>
          <w:i/>
          <w:iCs/>
          <w:sz w:val="20"/>
          <w:szCs w:val="20"/>
        </w:rPr>
        <w:t>corecte</w:t>
      </w:r>
      <w:proofErr w:type="spellEnd"/>
      <w:r w:rsidRPr="004A0D27">
        <w:rPr>
          <w:b/>
          <w:bCs/>
          <w:i/>
          <w:iCs/>
          <w:sz w:val="20"/>
          <w:szCs w:val="20"/>
        </w:rPr>
        <w:t xml:space="preserve"> </w:t>
      </w:r>
      <w:proofErr w:type="spellStart"/>
      <w:r w:rsidRPr="004A0D27">
        <w:rPr>
          <w:b/>
          <w:bCs/>
          <w:i/>
          <w:iCs/>
          <w:sz w:val="20"/>
          <w:szCs w:val="20"/>
        </w:rPr>
        <w:t>și</w:t>
      </w:r>
      <w:proofErr w:type="spellEnd"/>
      <w:r w:rsidRPr="004A0D27">
        <w:rPr>
          <w:b/>
          <w:bCs/>
          <w:i/>
          <w:iCs/>
          <w:sz w:val="20"/>
          <w:szCs w:val="20"/>
        </w:rPr>
        <w:t xml:space="preserve"> complete</w:t>
      </w:r>
      <w:r w:rsidRPr="004A0D27">
        <w:rPr>
          <w:bCs/>
          <w:i/>
          <w:iCs/>
          <w:sz w:val="20"/>
          <w:szCs w:val="20"/>
        </w:rPr>
        <w:t xml:space="preserve">. </w:t>
      </w:r>
      <w:proofErr w:type="spellStart"/>
      <w:r w:rsidRPr="004A0D27">
        <w:rPr>
          <w:bCs/>
          <w:i/>
          <w:iCs/>
          <w:sz w:val="20"/>
          <w:szCs w:val="20"/>
        </w:rPr>
        <w:t>Înțeleg</w:t>
      </w:r>
      <w:proofErr w:type="spellEnd"/>
      <w:r w:rsidRPr="004A0D27">
        <w:rPr>
          <w:bCs/>
          <w:i/>
          <w:iCs/>
          <w:sz w:val="20"/>
          <w:szCs w:val="20"/>
        </w:rPr>
        <w:t xml:space="preserve"> </w:t>
      </w:r>
      <w:proofErr w:type="spellStart"/>
      <w:r w:rsidRPr="004A0D27">
        <w:rPr>
          <w:bCs/>
          <w:i/>
          <w:iCs/>
          <w:sz w:val="20"/>
          <w:szCs w:val="20"/>
        </w:rPr>
        <w:t>că</w:t>
      </w:r>
      <w:proofErr w:type="spellEnd"/>
      <w:r w:rsidRPr="004A0D27">
        <w:rPr>
          <w:bCs/>
          <w:i/>
          <w:iCs/>
          <w:sz w:val="20"/>
          <w:szCs w:val="20"/>
        </w:rPr>
        <w:t xml:space="preserve"> </w:t>
      </w:r>
      <w:proofErr w:type="spellStart"/>
      <w:r w:rsidRPr="004A0D27">
        <w:rPr>
          <w:bCs/>
          <w:i/>
          <w:iCs/>
          <w:sz w:val="20"/>
          <w:szCs w:val="20"/>
        </w:rPr>
        <w:t>omisiunea</w:t>
      </w:r>
      <w:proofErr w:type="spellEnd"/>
      <w:r w:rsidRPr="004A0D27">
        <w:rPr>
          <w:bCs/>
          <w:i/>
          <w:iCs/>
          <w:sz w:val="20"/>
          <w:szCs w:val="20"/>
        </w:rPr>
        <w:t xml:space="preserve"> </w:t>
      </w:r>
      <w:proofErr w:type="spellStart"/>
      <w:r w:rsidRPr="004A0D27">
        <w:rPr>
          <w:bCs/>
          <w:i/>
          <w:iCs/>
          <w:sz w:val="20"/>
          <w:szCs w:val="20"/>
        </w:rPr>
        <w:t>sau</w:t>
      </w:r>
      <w:proofErr w:type="spellEnd"/>
      <w:r w:rsidRPr="004A0D27">
        <w:rPr>
          <w:bCs/>
          <w:i/>
          <w:iCs/>
          <w:sz w:val="20"/>
          <w:szCs w:val="20"/>
        </w:rPr>
        <w:t xml:space="preserve"> </w:t>
      </w:r>
      <w:proofErr w:type="spellStart"/>
      <w:r w:rsidRPr="004A0D27">
        <w:rPr>
          <w:bCs/>
          <w:i/>
          <w:iCs/>
          <w:sz w:val="20"/>
          <w:szCs w:val="20"/>
        </w:rPr>
        <w:t>incorectitudinea</w:t>
      </w:r>
      <w:proofErr w:type="spellEnd"/>
      <w:r w:rsidRPr="004A0D27">
        <w:rPr>
          <w:bCs/>
          <w:i/>
          <w:iCs/>
          <w:sz w:val="20"/>
          <w:szCs w:val="20"/>
        </w:rPr>
        <w:t xml:space="preserve"> </w:t>
      </w:r>
      <w:proofErr w:type="spellStart"/>
      <w:r w:rsidRPr="004A0D27">
        <w:rPr>
          <w:bCs/>
          <w:i/>
          <w:iCs/>
          <w:sz w:val="20"/>
          <w:szCs w:val="20"/>
        </w:rPr>
        <w:t>în</w:t>
      </w:r>
      <w:proofErr w:type="spellEnd"/>
      <w:r w:rsidRPr="004A0D27">
        <w:rPr>
          <w:bCs/>
          <w:i/>
          <w:iCs/>
          <w:sz w:val="20"/>
          <w:szCs w:val="20"/>
        </w:rPr>
        <w:t xml:space="preserve"> </w:t>
      </w:r>
      <w:proofErr w:type="spellStart"/>
      <w:r w:rsidRPr="004A0D27">
        <w:rPr>
          <w:bCs/>
          <w:i/>
          <w:iCs/>
          <w:sz w:val="20"/>
          <w:szCs w:val="20"/>
        </w:rPr>
        <w:t>prezentarea</w:t>
      </w:r>
      <w:proofErr w:type="spellEnd"/>
      <w:r w:rsidRPr="004A0D27">
        <w:rPr>
          <w:bCs/>
          <w:i/>
          <w:iCs/>
          <w:sz w:val="20"/>
          <w:szCs w:val="20"/>
        </w:rPr>
        <w:t xml:space="preserve"> </w:t>
      </w:r>
      <w:proofErr w:type="spellStart"/>
      <w:r w:rsidRPr="004A0D27">
        <w:rPr>
          <w:bCs/>
          <w:i/>
          <w:iCs/>
          <w:sz w:val="20"/>
          <w:szCs w:val="20"/>
        </w:rPr>
        <w:t>documentelor</w:t>
      </w:r>
      <w:proofErr w:type="spellEnd"/>
      <w:r w:rsidRPr="004A0D27">
        <w:rPr>
          <w:bCs/>
          <w:i/>
          <w:iCs/>
          <w:sz w:val="20"/>
          <w:szCs w:val="20"/>
        </w:rPr>
        <w:t xml:space="preserve">, </w:t>
      </w:r>
      <w:proofErr w:type="spellStart"/>
      <w:r w:rsidRPr="004A0D27">
        <w:rPr>
          <w:bCs/>
          <w:i/>
          <w:iCs/>
          <w:sz w:val="20"/>
          <w:szCs w:val="20"/>
        </w:rPr>
        <w:t>în</w:t>
      </w:r>
      <w:proofErr w:type="spellEnd"/>
      <w:r w:rsidRPr="004A0D27">
        <w:rPr>
          <w:bCs/>
          <w:i/>
          <w:iCs/>
          <w:sz w:val="20"/>
          <w:szCs w:val="20"/>
        </w:rPr>
        <w:t xml:space="preserve"> </w:t>
      </w:r>
      <w:proofErr w:type="spellStart"/>
      <w:r w:rsidRPr="004A0D27">
        <w:rPr>
          <w:bCs/>
          <w:i/>
          <w:iCs/>
          <w:sz w:val="20"/>
          <w:szCs w:val="20"/>
        </w:rPr>
        <w:t>scopul</w:t>
      </w:r>
      <w:proofErr w:type="spellEnd"/>
      <w:r w:rsidRPr="004A0D27">
        <w:rPr>
          <w:bCs/>
          <w:i/>
          <w:iCs/>
          <w:sz w:val="20"/>
          <w:szCs w:val="20"/>
        </w:rPr>
        <w:t xml:space="preserve"> de </w:t>
      </w:r>
      <w:proofErr w:type="gramStart"/>
      <w:r w:rsidRPr="004A0D27">
        <w:rPr>
          <w:bCs/>
          <w:i/>
          <w:iCs/>
          <w:sz w:val="20"/>
          <w:szCs w:val="20"/>
        </w:rPr>
        <w:t>a</w:t>
      </w:r>
      <w:proofErr w:type="gramEnd"/>
      <w:r w:rsidRPr="004A0D27">
        <w:rPr>
          <w:bCs/>
          <w:i/>
          <w:iCs/>
          <w:sz w:val="20"/>
          <w:szCs w:val="20"/>
        </w:rPr>
        <w:t xml:space="preserve"> </w:t>
      </w:r>
      <w:proofErr w:type="spellStart"/>
      <w:r w:rsidRPr="004A0D27">
        <w:rPr>
          <w:bCs/>
          <w:i/>
          <w:iCs/>
          <w:sz w:val="20"/>
          <w:szCs w:val="20"/>
        </w:rPr>
        <w:t>obține</w:t>
      </w:r>
      <w:proofErr w:type="spellEnd"/>
      <w:r w:rsidRPr="004A0D27">
        <w:rPr>
          <w:bCs/>
          <w:i/>
          <w:iCs/>
          <w:sz w:val="20"/>
          <w:szCs w:val="20"/>
        </w:rPr>
        <w:t xml:space="preserve"> </w:t>
      </w:r>
      <w:proofErr w:type="spellStart"/>
      <w:r w:rsidRPr="004A0D27">
        <w:rPr>
          <w:bCs/>
          <w:i/>
          <w:iCs/>
          <w:sz w:val="20"/>
          <w:szCs w:val="20"/>
        </w:rPr>
        <w:t>avantaje</w:t>
      </w:r>
      <w:proofErr w:type="spellEnd"/>
      <w:r w:rsidRPr="004A0D27">
        <w:rPr>
          <w:bCs/>
          <w:i/>
          <w:iCs/>
          <w:sz w:val="20"/>
          <w:szCs w:val="20"/>
        </w:rPr>
        <w:t xml:space="preserve"> se </w:t>
      </w:r>
      <w:proofErr w:type="spellStart"/>
      <w:r w:rsidRPr="004A0D27">
        <w:rPr>
          <w:bCs/>
          <w:i/>
          <w:iCs/>
          <w:sz w:val="20"/>
          <w:szCs w:val="20"/>
        </w:rPr>
        <w:t>pedepsește</w:t>
      </w:r>
      <w:proofErr w:type="spellEnd"/>
      <w:r w:rsidRPr="004A0D27">
        <w:rPr>
          <w:bCs/>
          <w:i/>
          <w:iCs/>
          <w:sz w:val="20"/>
          <w:szCs w:val="20"/>
        </w:rPr>
        <w:t xml:space="preserve"> conform </w:t>
      </w:r>
      <w:proofErr w:type="spellStart"/>
      <w:r w:rsidRPr="004A0D27">
        <w:rPr>
          <w:bCs/>
          <w:i/>
          <w:iCs/>
          <w:sz w:val="20"/>
          <w:szCs w:val="20"/>
        </w:rPr>
        <w:t>legii</w:t>
      </w:r>
      <w:proofErr w:type="spellEnd"/>
      <w:r w:rsidRPr="004A0D27">
        <w:rPr>
          <w:bCs/>
          <w:i/>
          <w:iCs/>
          <w:sz w:val="20"/>
          <w:szCs w:val="20"/>
        </w:rPr>
        <w:t>.</w:t>
      </w:r>
    </w:p>
    <w:p w14:paraId="498F2169" w14:textId="0DB8B811" w:rsidR="00784287" w:rsidRPr="004A0D27" w:rsidRDefault="00784287" w:rsidP="00784287">
      <w:pPr>
        <w:spacing w:after="60"/>
        <w:ind w:firstLine="720"/>
        <w:jc w:val="both"/>
        <w:rPr>
          <w:rFonts w:cs="Times New Roman"/>
          <w:b/>
          <w:i/>
          <w:iCs/>
          <w:sz w:val="20"/>
          <w:szCs w:val="20"/>
        </w:rPr>
      </w:pPr>
      <w:proofErr w:type="spellStart"/>
      <w:r w:rsidRPr="004A0D27">
        <w:rPr>
          <w:rFonts w:cs="Times New Roman"/>
          <w:b/>
          <w:i/>
          <w:iCs/>
          <w:sz w:val="20"/>
          <w:szCs w:val="20"/>
        </w:rPr>
        <w:t>Prin</w:t>
      </w:r>
      <w:proofErr w:type="spellEnd"/>
      <w:r w:rsidRPr="004A0D27">
        <w:rPr>
          <w:rFonts w:cs="Times New Roman"/>
          <w:b/>
          <w:i/>
          <w:iCs/>
          <w:sz w:val="20"/>
          <w:szCs w:val="20"/>
        </w:rPr>
        <w:t xml:space="preserve"> </w:t>
      </w:r>
      <w:proofErr w:type="spellStart"/>
      <w:r w:rsidRPr="004A0D27">
        <w:rPr>
          <w:rFonts w:cs="Times New Roman"/>
          <w:b/>
          <w:i/>
          <w:iCs/>
          <w:sz w:val="20"/>
          <w:szCs w:val="20"/>
        </w:rPr>
        <w:t>prezenta</w:t>
      </w:r>
      <w:proofErr w:type="spellEnd"/>
      <w:r w:rsidRPr="004A0D27">
        <w:rPr>
          <w:rFonts w:cs="Times New Roman"/>
          <w:b/>
          <w:i/>
          <w:iCs/>
          <w:sz w:val="20"/>
          <w:szCs w:val="20"/>
        </w:rPr>
        <w:t xml:space="preserve"> </w:t>
      </w:r>
      <w:proofErr w:type="spellStart"/>
      <w:r w:rsidRPr="004A0D27">
        <w:rPr>
          <w:rFonts w:cs="Times New Roman"/>
          <w:b/>
          <w:i/>
          <w:iCs/>
          <w:sz w:val="20"/>
          <w:szCs w:val="20"/>
        </w:rPr>
        <w:t>declar</w:t>
      </w:r>
      <w:proofErr w:type="spellEnd"/>
      <w:r w:rsidRPr="004A0D27">
        <w:rPr>
          <w:rFonts w:cs="Times New Roman"/>
          <w:b/>
          <w:i/>
          <w:iCs/>
          <w:sz w:val="20"/>
          <w:szCs w:val="20"/>
        </w:rPr>
        <w:t xml:space="preserve"> </w:t>
      </w:r>
      <w:proofErr w:type="spellStart"/>
      <w:r w:rsidRPr="004A0D27">
        <w:rPr>
          <w:rFonts w:cs="Times New Roman"/>
          <w:b/>
          <w:i/>
          <w:iCs/>
          <w:sz w:val="20"/>
          <w:szCs w:val="20"/>
        </w:rPr>
        <w:t>că</w:t>
      </w:r>
      <w:proofErr w:type="spellEnd"/>
      <w:r w:rsidRPr="004A0D27">
        <w:rPr>
          <w:rFonts w:cs="Times New Roman"/>
          <w:b/>
          <w:i/>
          <w:iCs/>
          <w:sz w:val="20"/>
          <w:szCs w:val="20"/>
        </w:rPr>
        <w:t xml:space="preserve"> am </w:t>
      </w:r>
      <w:proofErr w:type="spellStart"/>
      <w:r w:rsidRPr="004A0D27">
        <w:rPr>
          <w:rFonts w:cs="Times New Roman"/>
          <w:b/>
          <w:i/>
          <w:iCs/>
          <w:sz w:val="20"/>
          <w:szCs w:val="20"/>
        </w:rPr>
        <w:t>fost</w:t>
      </w:r>
      <w:proofErr w:type="spellEnd"/>
      <w:r w:rsidRPr="004A0D27">
        <w:rPr>
          <w:rFonts w:cs="Times New Roman"/>
          <w:b/>
          <w:i/>
          <w:iCs/>
          <w:sz w:val="20"/>
          <w:szCs w:val="20"/>
        </w:rPr>
        <w:t xml:space="preserve"> </w:t>
      </w:r>
      <w:proofErr w:type="spellStart"/>
      <w:r w:rsidRPr="004A0D27">
        <w:rPr>
          <w:rFonts w:cs="Times New Roman"/>
          <w:b/>
          <w:i/>
          <w:iCs/>
          <w:sz w:val="20"/>
          <w:szCs w:val="20"/>
        </w:rPr>
        <w:t>informat</w:t>
      </w:r>
      <w:proofErr w:type="spellEnd"/>
      <w:r w:rsidRPr="004A0D27">
        <w:rPr>
          <w:rFonts w:cs="Times New Roman"/>
          <w:b/>
          <w:i/>
          <w:iCs/>
          <w:sz w:val="20"/>
          <w:szCs w:val="20"/>
        </w:rPr>
        <w:t xml:space="preserve">/ă </w:t>
      </w:r>
      <w:proofErr w:type="spellStart"/>
      <w:r w:rsidRPr="004A0D27">
        <w:rPr>
          <w:rFonts w:cs="Times New Roman"/>
          <w:b/>
          <w:i/>
          <w:iCs/>
          <w:sz w:val="20"/>
          <w:szCs w:val="20"/>
        </w:rPr>
        <w:t>că</w:t>
      </w:r>
      <w:proofErr w:type="spellEnd"/>
      <w:r w:rsidRPr="004A0D27">
        <w:rPr>
          <w:rFonts w:cs="Times New Roman"/>
          <w:b/>
          <w:i/>
          <w:iCs/>
          <w:sz w:val="20"/>
          <w:szCs w:val="20"/>
        </w:rPr>
        <w:t xml:space="preserve"> </w:t>
      </w:r>
      <w:proofErr w:type="spellStart"/>
      <w:r w:rsidRPr="004A0D27">
        <w:rPr>
          <w:rFonts w:cs="Times New Roman"/>
          <w:b/>
          <w:i/>
          <w:iCs/>
          <w:sz w:val="20"/>
          <w:szCs w:val="20"/>
        </w:rPr>
        <w:t>datele</w:t>
      </w:r>
      <w:proofErr w:type="spellEnd"/>
      <w:r w:rsidRPr="004A0D27">
        <w:rPr>
          <w:rFonts w:cs="Times New Roman"/>
          <w:b/>
          <w:i/>
          <w:iCs/>
          <w:sz w:val="20"/>
          <w:szCs w:val="20"/>
        </w:rPr>
        <w:t xml:space="preserve"> cu </w:t>
      </w:r>
      <w:proofErr w:type="spellStart"/>
      <w:r w:rsidRPr="004A0D27">
        <w:rPr>
          <w:rFonts w:cs="Times New Roman"/>
          <w:b/>
          <w:i/>
          <w:iCs/>
          <w:sz w:val="20"/>
          <w:szCs w:val="20"/>
        </w:rPr>
        <w:t>caracter</w:t>
      </w:r>
      <w:proofErr w:type="spellEnd"/>
      <w:r w:rsidRPr="004A0D27">
        <w:rPr>
          <w:rFonts w:cs="Times New Roman"/>
          <w:b/>
          <w:i/>
          <w:iCs/>
          <w:sz w:val="20"/>
          <w:szCs w:val="20"/>
        </w:rPr>
        <w:t xml:space="preserve"> personal </w:t>
      </w:r>
      <w:proofErr w:type="spellStart"/>
      <w:r w:rsidRPr="004A0D27">
        <w:rPr>
          <w:rFonts w:cs="Times New Roman"/>
          <w:b/>
          <w:i/>
          <w:iCs/>
          <w:sz w:val="20"/>
          <w:szCs w:val="20"/>
        </w:rPr>
        <w:t>sunt</w:t>
      </w:r>
      <w:proofErr w:type="spellEnd"/>
      <w:r w:rsidRPr="004A0D27">
        <w:rPr>
          <w:rFonts w:cs="Times New Roman"/>
          <w:b/>
          <w:i/>
          <w:iCs/>
          <w:sz w:val="20"/>
          <w:szCs w:val="20"/>
        </w:rPr>
        <w:t xml:space="preserve"> </w:t>
      </w:r>
      <w:proofErr w:type="spellStart"/>
      <w:r w:rsidRPr="004A0D27">
        <w:rPr>
          <w:rFonts w:cs="Times New Roman"/>
          <w:b/>
          <w:i/>
          <w:iCs/>
          <w:sz w:val="20"/>
          <w:szCs w:val="20"/>
        </w:rPr>
        <w:t>prelucrate</w:t>
      </w:r>
      <w:proofErr w:type="spellEnd"/>
      <w:r w:rsidRPr="004A0D27">
        <w:rPr>
          <w:rFonts w:cs="Times New Roman"/>
          <w:b/>
          <w:i/>
          <w:iCs/>
          <w:sz w:val="20"/>
          <w:szCs w:val="20"/>
        </w:rPr>
        <w:t xml:space="preserve"> </w:t>
      </w:r>
      <w:proofErr w:type="spellStart"/>
      <w:r w:rsidRPr="004A0D27">
        <w:rPr>
          <w:rFonts w:cs="Times New Roman"/>
          <w:b/>
          <w:i/>
          <w:iCs/>
          <w:sz w:val="20"/>
          <w:szCs w:val="20"/>
        </w:rPr>
        <w:t>în</w:t>
      </w:r>
      <w:proofErr w:type="spellEnd"/>
      <w:r w:rsidRPr="004A0D27">
        <w:rPr>
          <w:rFonts w:cs="Times New Roman"/>
          <w:b/>
          <w:i/>
          <w:iCs/>
          <w:sz w:val="20"/>
          <w:szCs w:val="20"/>
        </w:rPr>
        <w:t xml:space="preserve"> </w:t>
      </w:r>
      <w:proofErr w:type="spellStart"/>
      <w:r w:rsidRPr="004A0D27">
        <w:rPr>
          <w:rFonts w:cs="Times New Roman"/>
          <w:b/>
          <w:i/>
          <w:iCs/>
          <w:sz w:val="20"/>
          <w:szCs w:val="20"/>
        </w:rPr>
        <w:t>scopul</w:t>
      </w:r>
      <w:proofErr w:type="spellEnd"/>
      <w:r w:rsidRPr="004A0D27">
        <w:rPr>
          <w:rFonts w:cs="Times New Roman"/>
          <w:b/>
          <w:i/>
          <w:iCs/>
          <w:sz w:val="20"/>
          <w:szCs w:val="20"/>
        </w:rPr>
        <w:t xml:space="preserve"> </w:t>
      </w:r>
      <w:proofErr w:type="spellStart"/>
      <w:r w:rsidRPr="004A0D27">
        <w:rPr>
          <w:rFonts w:cs="Times New Roman"/>
          <w:b/>
          <w:i/>
          <w:iCs/>
          <w:sz w:val="20"/>
          <w:szCs w:val="20"/>
        </w:rPr>
        <w:t>și</w:t>
      </w:r>
      <w:proofErr w:type="spellEnd"/>
      <w:r w:rsidRPr="004A0D27">
        <w:rPr>
          <w:rFonts w:cs="Times New Roman"/>
          <w:b/>
          <w:i/>
          <w:iCs/>
          <w:sz w:val="20"/>
          <w:szCs w:val="20"/>
        </w:rPr>
        <w:t xml:space="preserve"> </w:t>
      </w:r>
      <w:proofErr w:type="spellStart"/>
      <w:r w:rsidRPr="004A0D27">
        <w:rPr>
          <w:rFonts w:cs="Times New Roman"/>
          <w:b/>
          <w:i/>
          <w:iCs/>
          <w:sz w:val="20"/>
          <w:szCs w:val="20"/>
        </w:rPr>
        <w:t>pentru</w:t>
      </w:r>
      <w:proofErr w:type="spellEnd"/>
      <w:r w:rsidRPr="004A0D27">
        <w:rPr>
          <w:rFonts w:cs="Times New Roman"/>
          <w:b/>
          <w:i/>
          <w:iCs/>
          <w:sz w:val="20"/>
          <w:szCs w:val="20"/>
        </w:rPr>
        <w:t xml:space="preserve"> </w:t>
      </w:r>
      <w:proofErr w:type="spellStart"/>
      <w:r w:rsidRPr="004A0D27">
        <w:rPr>
          <w:rFonts w:cs="Times New Roman"/>
          <w:b/>
          <w:i/>
          <w:iCs/>
          <w:sz w:val="20"/>
          <w:szCs w:val="20"/>
        </w:rPr>
        <w:t>îndeplinirea</w:t>
      </w:r>
      <w:proofErr w:type="spellEnd"/>
      <w:r w:rsidRPr="004A0D27">
        <w:rPr>
          <w:rFonts w:cs="Times New Roman"/>
          <w:b/>
          <w:i/>
          <w:iCs/>
          <w:sz w:val="20"/>
          <w:szCs w:val="20"/>
        </w:rPr>
        <w:t xml:space="preserve"> </w:t>
      </w:r>
      <w:proofErr w:type="spellStart"/>
      <w:r w:rsidRPr="004A0D27">
        <w:rPr>
          <w:rFonts w:cs="Times New Roman"/>
          <w:b/>
          <w:i/>
          <w:iCs/>
          <w:sz w:val="20"/>
          <w:szCs w:val="20"/>
        </w:rPr>
        <w:t>atribuțiilor</w:t>
      </w:r>
      <w:proofErr w:type="spellEnd"/>
      <w:r w:rsidRPr="004A0D27">
        <w:rPr>
          <w:rFonts w:cs="Times New Roman"/>
          <w:b/>
          <w:i/>
          <w:iCs/>
          <w:sz w:val="20"/>
          <w:szCs w:val="20"/>
        </w:rPr>
        <w:t xml:space="preserve"> </w:t>
      </w:r>
      <w:proofErr w:type="spellStart"/>
      <w:r w:rsidRPr="004A0D27">
        <w:rPr>
          <w:rFonts w:cs="Times New Roman"/>
          <w:b/>
          <w:i/>
          <w:iCs/>
          <w:sz w:val="20"/>
          <w:szCs w:val="20"/>
        </w:rPr>
        <w:t>legale</w:t>
      </w:r>
      <w:proofErr w:type="spellEnd"/>
      <w:r w:rsidRPr="004A0D27">
        <w:rPr>
          <w:rFonts w:cs="Times New Roman"/>
          <w:b/>
          <w:i/>
          <w:iCs/>
          <w:sz w:val="20"/>
          <w:szCs w:val="20"/>
        </w:rPr>
        <w:t xml:space="preserve"> ale </w:t>
      </w:r>
      <w:proofErr w:type="spellStart"/>
      <w:r w:rsidRPr="004A0D27">
        <w:rPr>
          <w:rFonts w:cs="Times New Roman"/>
          <w:b/>
          <w:i/>
          <w:iCs/>
          <w:sz w:val="20"/>
          <w:szCs w:val="20"/>
        </w:rPr>
        <w:t>instituției</w:t>
      </w:r>
      <w:proofErr w:type="spellEnd"/>
      <w:r w:rsidRPr="004A0D27">
        <w:rPr>
          <w:rFonts w:cs="Times New Roman"/>
          <w:b/>
          <w:i/>
          <w:iCs/>
          <w:sz w:val="20"/>
          <w:szCs w:val="20"/>
        </w:rPr>
        <w:t xml:space="preserve">. Am </w:t>
      </w:r>
      <w:proofErr w:type="spellStart"/>
      <w:r w:rsidRPr="004A0D27">
        <w:rPr>
          <w:rFonts w:cs="Times New Roman"/>
          <w:b/>
          <w:i/>
          <w:iCs/>
          <w:sz w:val="20"/>
          <w:szCs w:val="20"/>
        </w:rPr>
        <w:t>luat</w:t>
      </w:r>
      <w:proofErr w:type="spellEnd"/>
      <w:r w:rsidRPr="004A0D27">
        <w:rPr>
          <w:rFonts w:cs="Times New Roman"/>
          <w:b/>
          <w:i/>
          <w:iCs/>
          <w:sz w:val="20"/>
          <w:szCs w:val="20"/>
        </w:rPr>
        <w:t xml:space="preserve"> la </w:t>
      </w:r>
      <w:proofErr w:type="spellStart"/>
      <w:r w:rsidRPr="004A0D27">
        <w:rPr>
          <w:rFonts w:cs="Times New Roman"/>
          <w:b/>
          <w:i/>
          <w:iCs/>
          <w:sz w:val="20"/>
          <w:szCs w:val="20"/>
        </w:rPr>
        <w:t>cunoștiință</w:t>
      </w:r>
      <w:proofErr w:type="spellEnd"/>
      <w:r w:rsidRPr="004A0D27">
        <w:rPr>
          <w:rFonts w:cs="Times New Roman"/>
          <w:b/>
          <w:i/>
          <w:iCs/>
          <w:sz w:val="20"/>
          <w:szCs w:val="20"/>
        </w:rPr>
        <w:t xml:space="preserve"> </w:t>
      </w:r>
      <w:proofErr w:type="spellStart"/>
      <w:r w:rsidRPr="004A0D27">
        <w:rPr>
          <w:rFonts w:cs="Times New Roman"/>
          <w:b/>
          <w:i/>
          <w:iCs/>
          <w:sz w:val="20"/>
          <w:szCs w:val="20"/>
        </w:rPr>
        <w:t>că</w:t>
      </w:r>
      <w:proofErr w:type="spellEnd"/>
      <w:r w:rsidRPr="004A0D27">
        <w:rPr>
          <w:rFonts w:cs="Times New Roman"/>
          <w:b/>
          <w:i/>
          <w:iCs/>
          <w:sz w:val="20"/>
          <w:szCs w:val="20"/>
        </w:rPr>
        <w:t xml:space="preserve"> </w:t>
      </w:r>
      <w:proofErr w:type="spellStart"/>
      <w:r w:rsidRPr="004A0D27">
        <w:rPr>
          <w:rFonts w:cs="Times New Roman"/>
          <w:b/>
          <w:i/>
          <w:iCs/>
          <w:sz w:val="20"/>
          <w:szCs w:val="20"/>
        </w:rPr>
        <w:t>informațiile</w:t>
      </w:r>
      <w:proofErr w:type="spellEnd"/>
      <w:r w:rsidRPr="004A0D27">
        <w:rPr>
          <w:rFonts w:cs="Times New Roman"/>
          <w:b/>
          <w:i/>
          <w:iCs/>
          <w:sz w:val="20"/>
          <w:szCs w:val="20"/>
        </w:rPr>
        <w:t xml:space="preserve"> din </w:t>
      </w:r>
      <w:proofErr w:type="spellStart"/>
      <w:r w:rsidRPr="004A0D27">
        <w:rPr>
          <w:rFonts w:cs="Times New Roman"/>
          <w:b/>
          <w:i/>
          <w:iCs/>
          <w:sz w:val="20"/>
          <w:szCs w:val="20"/>
        </w:rPr>
        <w:t>cererea</w:t>
      </w:r>
      <w:proofErr w:type="spellEnd"/>
      <w:r w:rsidRPr="004A0D27">
        <w:rPr>
          <w:rFonts w:cs="Times New Roman"/>
          <w:b/>
          <w:i/>
          <w:iCs/>
          <w:sz w:val="20"/>
          <w:szCs w:val="20"/>
        </w:rPr>
        <w:t xml:space="preserve"> </w:t>
      </w:r>
      <w:proofErr w:type="spellStart"/>
      <w:r w:rsidRPr="004A0D27">
        <w:rPr>
          <w:rFonts w:cs="Times New Roman"/>
          <w:b/>
          <w:i/>
          <w:iCs/>
          <w:sz w:val="20"/>
          <w:szCs w:val="20"/>
        </w:rPr>
        <w:t>depusă</w:t>
      </w:r>
      <w:proofErr w:type="spellEnd"/>
      <w:r w:rsidRPr="004A0D27">
        <w:rPr>
          <w:rFonts w:cs="Times New Roman"/>
          <w:b/>
          <w:i/>
          <w:iCs/>
          <w:sz w:val="20"/>
          <w:szCs w:val="20"/>
        </w:rPr>
        <w:t xml:space="preserve"> </w:t>
      </w:r>
      <w:proofErr w:type="spellStart"/>
      <w:r w:rsidRPr="004A0D27">
        <w:rPr>
          <w:rFonts w:cs="Times New Roman"/>
          <w:b/>
          <w:i/>
          <w:iCs/>
          <w:sz w:val="20"/>
          <w:szCs w:val="20"/>
        </w:rPr>
        <w:t>și</w:t>
      </w:r>
      <w:proofErr w:type="spellEnd"/>
      <w:r w:rsidRPr="004A0D27">
        <w:rPr>
          <w:rFonts w:cs="Times New Roman"/>
          <w:b/>
          <w:i/>
          <w:iCs/>
          <w:sz w:val="20"/>
          <w:szCs w:val="20"/>
        </w:rPr>
        <w:t xml:space="preserve"> din </w:t>
      </w:r>
      <w:proofErr w:type="spellStart"/>
      <w:r w:rsidRPr="004A0D27">
        <w:rPr>
          <w:rFonts w:cs="Times New Roman"/>
          <w:b/>
          <w:i/>
          <w:iCs/>
          <w:sz w:val="20"/>
          <w:szCs w:val="20"/>
        </w:rPr>
        <w:t>actele</w:t>
      </w:r>
      <w:proofErr w:type="spellEnd"/>
      <w:r w:rsidRPr="004A0D27">
        <w:rPr>
          <w:rFonts w:cs="Times New Roman"/>
          <w:b/>
          <w:i/>
          <w:iCs/>
          <w:sz w:val="20"/>
          <w:szCs w:val="20"/>
        </w:rPr>
        <w:t xml:space="preserve"> </w:t>
      </w:r>
      <w:proofErr w:type="spellStart"/>
      <w:r w:rsidRPr="004A0D27">
        <w:rPr>
          <w:rFonts w:cs="Times New Roman"/>
          <w:b/>
          <w:i/>
          <w:iCs/>
          <w:sz w:val="20"/>
          <w:szCs w:val="20"/>
        </w:rPr>
        <w:t>anexate</w:t>
      </w:r>
      <w:proofErr w:type="spellEnd"/>
      <w:r w:rsidRPr="004A0D27">
        <w:rPr>
          <w:rFonts w:cs="Times New Roman"/>
          <w:b/>
          <w:i/>
          <w:iCs/>
          <w:sz w:val="20"/>
          <w:szCs w:val="20"/>
        </w:rPr>
        <w:t xml:space="preserve"> la </w:t>
      </w:r>
      <w:proofErr w:type="spellStart"/>
      <w:r w:rsidRPr="004A0D27">
        <w:rPr>
          <w:rFonts w:cs="Times New Roman"/>
          <w:b/>
          <w:i/>
          <w:iCs/>
          <w:sz w:val="20"/>
          <w:szCs w:val="20"/>
        </w:rPr>
        <w:t>aceasta</w:t>
      </w:r>
      <w:proofErr w:type="spellEnd"/>
      <w:r w:rsidRPr="004A0D27">
        <w:rPr>
          <w:rFonts w:cs="Times New Roman"/>
          <w:b/>
          <w:i/>
          <w:iCs/>
          <w:sz w:val="20"/>
          <w:szCs w:val="20"/>
        </w:rPr>
        <w:t xml:space="preserve"> </w:t>
      </w:r>
      <w:proofErr w:type="spellStart"/>
      <w:r w:rsidRPr="004A0D27">
        <w:rPr>
          <w:rFonts w:cs="Times New Roman"/>
          <w:b/>
          <w:i/>
          <w:iCs/>
          <w:sz w:val="20"/>
          <w:szCs w:val="20"/>
        </w:rPr>
        <w:t>vor</w:t>
      </w:r>
      <w:proofErr w:type="spellEnd"/>
      <w:r w:rsidRPr="004A0D27">
        <w:rPr>
          <w:rFonts w:cs="Times New Roman"/>
          <w:b/>
          <w:i/>
          <w:iCs/>
          <w:sz w:val="20"/>
          <w:szCs w:val="20"/>
        </w:rPr>
        <w:t xml:space="preserve"> fi </w:t>
      </w:r>
      <w:proofErr w:type="spellStart"/>
      <w:r w:rsidRPr="004A0D27">
        <w:rPr>
          <w:rFonts w:cs="Times New Roman"/>
          <w:b/>
          <w:i/>
          <w:iCs/>
          <w:sz w:val="20"/>
          <w:szCs w:val="20"/>
        </w:rPr>
        <w:t>prelucrate</w:t>
      </w:r>
      <w:proofErr w:type="spellEnd"/>
      <w:r w:rsidRPr="004A0D27">
        <w:rPr>
          <w:rFonts w:cs="Times New Roman"/>
          <w:b/>
          <w:i/>
          <w:iCs/>
          <w:sz w:val="20"/>
          <w:szCs w:val="20"/>
        </w:rPr>
        <w:t xml:space="preserve"> de </w:t>
      </w:r>
      <w:proofErr w:type="spellStart"/>
      <w:r w:rsidR="00667B67">
        <w:rPr>
          <w:rFonts w:cs="Times New Roman"/>
          <w:b/>
          <w:i/>
          <w:iCs/>
          <w:sz w:val="20"/>
          <w:szCs w:val="20"/>
        </w:rPr>
        <w:t>către</w:t>
      </w:r>
      <w:proofErr w:type="spellEnd"/>
      <w:r w:rsidR="00667B67">
        <w:rPr>
          <w:rFonts w:cs="Times New Roman"/>
          <w:b/>
          <w:i/>
          <w:iCs/>
          <w:sz w:val="20"/>
          <w:szCs w:val="20"/>
        </w:rPr>
        <w:t xml:space="preserve"> </w:t>
      </w:r>
      <w:proofErr w:type="spellStart"/>
      <w:r w:rsidR="00667B67">
        <w:rPr>
          <w:rFonts w:cs="Times New Roman"/>
          <w:b/>
          <w:i/>
          <w:iCs/>
          <w:sz w:val="20"/>
          <w:szCs w:val="20"/>
        </w:rPr>
        <w:t>Primăria</w:t>
      </w:r>
      <w:proofErr w:type="spellEnd"/>
      <w:r w:rsidR="00667B67">
        <w:rPr>
          <w:rFonts w:cs="Times New Roman"/>
          <w:b/>
          <w:i/>
          <w:iCs/>
          <w:sz w:val="20"/>
          <w:szCs w:val="20"/>
        </w:rPr>
        <w:t xml:space="preserve"> </w:t>
      </w:r>
      <w:proofErr w:type="spellStart"/>
      <w:r w:rsidR="00667B67">
        <w:rPr>
          <w:rFonts w:cs="Times New Roman"/>
          <w:b/>
          <w:i/>
          <w:iCs/>
          <w:sz w:val="20"/>
          <w:szCs w:val="20"/>
        </w:rPr>
        <w:t>Orasului</w:t>
      </w:r>
      <w:proofErr w:type="spellEnd"/>
      <w:r w:rsidR="00667B67">
        <w:rPr>
          <w:rFonts w:cs="Times New Roman"/>
          <w:b/>
          <w:i/>
          <w:iCs/>
          <w:sz w:val="20"/>
          <w:szCs w:val="20"/>
        </w:rPr>
        <w:t xml:space="preserve"> </w:t>
      </w:r>
      <w:proofErr w:type="spellStart"/>
      <w:r w:rsidR="00667B67">
        <w:rPr>
          <w:rFonts w:cs="Times New Roman"/>
          <w:b/>
          <w:i/>
          <w:iCs/>
          <w:sz w:val="20"/>
          <w:szCs w:val="20"/>
        </w:rPr>
        <w:t>Tautii</w:t>
      </w:r>
      <w:proofErr w:type="spellEnd"/>
      <w:r w:rsidR="00667B67">
        <w:rPr>
          <w:rFonts w:cs="Times New Roman"/>
          <w:b/>
          <w:i/>
          <w:iCs/>
          <w:sz w:val="20"/>
          <w:szCs w:val="20"/>
        </w:rPr>
        <w:t xml:space="preserve"> </w:t>
      </w:r>
      <w:proofErr w:type="spellStart"/>
      <w:r w:rsidR="00667B67">
        <w:rPr>
          <w:rFonts w:cs="Times New Roman"/>
          <w:b/>
          <w:i/>
          <w:iCs/>
          <w:sz w:val="20"/>
          <w:szCs w:val="20"/>
        </w:rPr>
        <w:t>Magheraus</w:t>
      </w:r>
      <w:proofErr w:type="spellEnd"/>
      <w:r w:rsidRPr="004A0D27">
        <w:rPr>
          <w:rFonts w:cs="Times New Roman"/>
          <w:b/>
          <w:i/>
          <w:iCs/>
          <w:sz w:val="20"/>
          <w:szCs w:val="20"/>
        </w:rPr>
        <w:t xml:space="preserve"> cu </w:t>
      </w:r>
      <w:proofErr w:type="spellStart"/>
      <w:r w:rsidRPr="004A0D27">
        <w:rPr>
          <w:rFonts w:cs="Times New Roman"/>
          <w:b/>
          <w:i/>
          <w:iCs/>
          <w:sz w:val="20"/>
          <w:szCs w:val="20"/>
        </w:rPr>
        <w:t>respectarea</w:t>
      </w:r>
      <w:proofErr w:type="spellEnd"/>
      <w:r w:rsidRPr="004A0D27">
        <w:rPr>
          <w:rFonts w:cs="Times New Roman"/>
          <w:b/>
          <w:i/>
          <w:iCs/>
          <w:sz w:val="20"/>
          <w:szCs w:val="20"/>
        </w:rPr>
        <w:t xml:space="preserve"> </w:t>
      </w:r>
      <w:proofErr w:type="spellStart"/>
      <w:r w:rsidRPr="004A0D27">
        <w:rPr>
          <w:rFonts w:cs="Times New Roman"/>
          <w:b/>
          <w:i/>
          <w:iCs/>
          <w:sz w:val="20"/>
          <w:szCs w:val="20"/>
        </w:rPr>
        <w:t>prevederilor</w:t>
      </w:r>
      <w:proofErr w:type="spellEnd"/>
      <w:r w:rsidRPr="004A0D27">
        <w:rPr>
          <w:rFonts w:cs="Times New Roman"/>
          <w:b/>
          <w:i/>
          <w:iCs/>
          <w:sz w:val="20"/>
          <w:szCs w:val="20"/>
        </w:rPr>
        <w:t xml:space="preserve"> </w:t>
      </w:r>
      <w:proofErr w:type="spellStart"/>
      <w:r w:rsidRPr="004A0D27">
        <w:rPr>
          <w:rFonts w:cs="Times New Roman"/>
          <w:b/>
          <w:i/>
          <w:iCs/>
          <w:sz w:val="20"/>
          <w:szCs w:val="20"/>
        </w:rPr>
        <w:t>Regulamentului</w:t>
      </w:r>
      <w:proofErr w:type="spellEnd"/>
      <w:r w:rsidRPr="004A0D27">
        <w:rPr>
          <w:rFonts w:cs="Times New Roman"/>
          <w:b/>
          <w:i/>
          <w:iCs/>
          <w:sz w:val="20"/>
          <w:szCs w:val="20"/>
        </w:rPr>
        <w:t xml:space="preserve"> (UE) 679/2016.</w:t>
      </w:r>
    </w:p>
    <w:p w14:paraId="1301A7D1" w14:textId="77777777" w:rsidR="00784287" w:rsidRPr="004A0D27" w:rsidRDefault="00784287" w:rsidP="00784287">
      <w:pPr>
        <w:tabs>
          <w:tab w:val="left" w:pos="935"/>
          <w:tab w:val="left" w:pos="1122"/>
          <w:tab w:val="left" w:pos="1309"/>
        </w:tabs>
        <w:jc w:val="both"/>
        <w:rPr>
          <w:bCs/>
          <w:i/>
          <w:iCs/>
          <w:sz w:val="20"/>
          <w:szCs w:val="20"/>
        </w:rPr>
      </w:pPr>
      <w:r>
        <w:rPr>
          <w:bCs/>
          <w:i/>
          <w:iCs/>
          <w:sz w:val="20"/>
          <w:szCs w:val="20"/>
        </w:rPr>
        <w:t xml:space="preserve">             </w:t>
      </w:r>
      <w:r w:rsidRPr="004A0D27">
        <w:rPr>
          <w:bCs/>
          <w:i/>
          <w:iCs/>
          <w:sz w:val="20"/>
          <w:szCs w:val="20"/>
        </w:rPr>
        <w:t xml:space="preserve">Data ........, </w:t>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t xml:space="preserve"> </w:t>
      </w:r>
      <w:r w:rsidRPr="004A0D27">
        <w:rPr>
          <w:bCs/>
          <w:i/>
          <w:iCs/>
          <w:sz w:val="20"/>
          <w:szCs w:val="20"/>
        </w:rPr>
        <w:sym w:font="Wingdings" w:char="F03F"/>
      </w:r>
      <w:r w:rsidRPr="004A0D27">
        <w:rPr>
          <w:bCs/>
          <w:i/>
          <w:iCs/>
          <w:sz w:val="20"/>
          <w:szCs w:val="20"/>
        </w:rPr>
        <w:t xml:space="preserve"> ......</w:t>
      </w:r>
      <w:r>
        <w:rPr>
          <w:bCs/>
          <w:i/>
          <w:iCs/>
          <w:sz w:val="20"/>
          <w:szCs w:val="20"/>
        </w:rPr>
        <w:t>.......</w:t>
      </w:r>
      <w:r w:rsidRPr="004A0D27">
        <w:rPr>
          <w:bCs/>
          <w:i/>
          <w:iCs/>
          <w:sz w:val="20"/>
          <w:szCs w:val="20"/>
        </w:rPr>
        <w:t>.</w:t>
      </w:r>
      <w:r>
        <w:rPr>
          <w:bCs/>
          <w:i/>
          <w:iCs/>
          <w:sz w:val="20"/>
          <w:szCs w:val="20"/>
        </w:rPr>
        <w:t>.....</w:t>
      </w:r>
      <w:r w:rsidRPr="004A0D27">
        <w:rPr>
          <w:bCs/>
          <w:i/>
          <w:iCs/>
          <w:sz w:val="20"/>
          <w:szCs w:val="20"/>
        </w:rPr>
        <w:t>...................</w:t>
      </w:r>
      <w:r w:rsidRPr="004A0D27">
        <w:rPr>
          <w:bCs/>
          <w:i/>
          <w:iCs/>
          <w:sz w:val="20"/>
          <w:szCs w:val="20"/>
          <w:vertAlign w:val="superscript"/>
        </w:rPr>
        <w:t>3</w:t>
      </w:r>
      <w:r w:rsidRPr="004A0D27">
        <w:rPr>
          <w:bCs/>
          <w:i/>
          <w:iCs/>
          <w:sz w:val="20"/>
          <w:szCs w:val="20"/>
        </w:rPr>
        <w:t xml:space="preserve"> </w:t>
      </w:r>
    </w:p>
    <w:p w14:paraId="418FBB44" w14:textId="77777777" w:rsidR="00784287" w:rsidRPr="00A73A85" w:rsidRDefault="00784287" w:rsidP="00784287">
      <w:pPr>
        <w:tabs>
          <w:tab w:val="left" w:pos="935"/>
          <w:tab w:val="left" w:pos="1122"/>
          <w:tab w:val="left" w:pos="1309"/>
        </w:tabs>
        <w:jc w:val="both"/>
        <w:rPr>
          <w:bCs/>
          <w:i/>
          <w:iCs/>
          <w:sz w:val="24"/>
          <w:szCs w:val="24"/>
        </w:rPr>
      </w:pPr>
    </w:p>
    <w:p w14:paraId="420FFE56" w14:textId="77777777" w:rsidR="00784287" w:rsidRPr="00D51051" w:rsidRDefault="00784287" w:rsidP="00784287">
      <w:pPr>
        <w:tabs>
          <w:tab w:val="left" w:pos="935"/>
          <w:tab w:val="left" w:pos="1122"/>
          <w:tab w:val="left" w:pos="1309"/>
        </w:tabs>
        <w:jc w:val="both"/>
        <w:rPr>
          <w:bCs/>
          <w:sz w:val="14"/>
          <w:szCs w:val="14"/>
        </w:rPr>
      </w:pPr>
      <w:r w:rsidRPr="00D51051">
        <w:rPr>
          <w:bCs/>
          <w:sz w:val="14"/>
          <w:szCs w:val="14"/>
          <w:vertAlign w:val="superscript"/>
        </w:rPr>
        <w:t>1</w:t>
      </w:r>
      <w:r w:rsidRPr="00D51051">
        <w:rPr>
          <w:bCs/>
          <w:sz w:val="14"/>
          <w:szCs w:val="14"/>
        </w:rPr>
        <w:t xml:space="preserve"> </w:t>
      </w:r>
      <w:proofErr w:type="spellStart"/>
      <w:r w:rsidRPr="00D51051">
        <w:rPr>
          <w:bCs/>
          <w:sz w:val="14"/>
          <w:szCs w:val="14"/>
        </w:rPr>
        <w:t>Prenumele</w:t>
      </w:r>
      <w:proofErr w:type="spellEnd"/>
      <w:r w:rsidRPr="00D51051">
        <w:rPr>
          <w:bCs/>
          <w:sz w:val="14"/>
          <w:szCs w:val="14"/>
        </w:rPr>
        <w:t xml:space="preserve"> </w:t>
      </w:r>
      <w:proofErr w:type="spellStart"/>
      <w:r w:rsidRPr="00D51051">
        <w:rPr>
          <w:bCs/>
          <w:sz w:val="14"/>
          <w:szCs w:val="14"/>
        </w:rPr>
        <w:t>și</w:t>
      </w:r>
      <w:proofErr w:type="spellEnd"/>
      <w:r w:rsidRPr="00D51051">
        <w:rPr>
          <w:bCs/>
          <w:sz w:val="14"/>
          <w:szCs w:val="14"/>
        </w:rPr>
        <w:t xml:space="preserve"> NUMELE, </w:t>
      </w:r>
      <w:proofErr w:type="spellStart"/>
      <w:r w:rsidRPr="00D51051">
        <w:rPr>
          <w:bCs/>
          <w:sz w:val="14"/>
          <w:szCs w:val="14"/>
        </w:rPr>
        <w:t>în</w:t>
      </w:r>
      <w:proofErr w:type="spellEnd"/>
      <w:r w:rsidRPr="00D51051">
        <w:rPr>
          <w:bCs/>
          <w:sz w:val="14"/>
          <w:szCs w:val="14"/>
        </w:rPr>
        <w:t xml:space="preserve"> </w:t>
      </w:r>
      <w:proofErr w:type="spellStart"/>
      <w:r w:rsidRPr="00D51051">
        <w:rPr>
          <w:bCs/>
          <w:sz w:val="14"/>
          <w:szCs w:val="14"/>
        </w:rPr>
        <w:t>clar</w:t>
      </w:r>
      <w:proofErr w:type="spellEnd"/>
      <w:r w:rsidRPr="00D51051">
        <w:rPr>
          <w:bCs/>
          <w:sz w:val="14"/>
          <w:szCs w:val="14"/>
        </w:rPr>
        <w:t xml:space="preserve">. </w:t>
      </w:r>
      <w:r w:rsidRPr="00D51051">
        <w:rPr>
          <w:bCs/>
          <w:sz w:val="14"/>
          <w:szCs w:val="14"/>
          <w:vertAlign w:val="superscript"/>
        </w:rPr>
        <w:t>2</w:t>
      </w:r>
      <w:r w:rsidRPr="00D51051">
        <w:rPr>
          <w:bCs/>
          <w:sz w:val="14"/>
          <w:szCs w:val="14"/>
        </w:rPr>
        <w:t xml:space="preserve">Potrivit </w:t>
      </w:r>
      <w:proofErr w:type="spellStart"/>
      <w:r w:rsidRPr="00D51051">
        <w:rPr>
          <w:bCs/>
          <w:sz w:val="14"/>
          <w:szCs w:val="14"/>
        </w:rPr>
        <w:t>datelor</w:t>
      </w:r>
      <w:proofErr w:type="spellEnd"/>
      <w:r w:rsidRPr="00D51051">
        <w:rPr>
          <w:bCs/>
          <w:sz w:val="14"/>
          <w:szCs w:val="14"/>
        </w:rPr>
        <w:t xml:space="preserve"> din </w:t>
      </w:r>
      <w:proofErr w:type="spellStart"/>
      <w:r w:rsidRPr="00D51051">
        <w:rPr>
          <w:bCs/>
          <w:sz w:val="14"/>
          <w:szCs w:val="14"/>
        </w:rPr>
        <w:t>actul</w:t>
      </w:r>
      <w:proofErr w:type="spellEnd"/>
      <w:r w:rsidRPr="00D51051">
        <w:rPr>
          <w:bCs/>
          <w:sz w:val="14"/>
          <w:szCs w:val="14"/>
        </w:rPr>
        <w:t xml:space="preserve"> de </w:t>
      </w:r>
      <w:proofErr w:type="spellStart"/>
      <w:r w:rsidRPr="00D51051">
        <w:rPr>
          <w:bCs/>
          <w:sz w:val="14"/>
          <w:szCs w:val="14"/>
        </w:rPr>
        <w:t>identitate</w:t>
      </w:r>
      <w:proofErr w:type="spellEnd"/>
      <w:r w:rsidRPr="00D51051">
        <w:rPr>
          <w:bCs/>
          <w:sz w:val="14"/>
          <w:szCs w:val="14"/>
        </w:rPr>
        <w:t>;</w:t>
      </w:r>
    </w:p>
    <w:p w14:paraId="7A9D12E3" w14:textId="77777777" w:rsidR="00784287" w:rsidRPr="00D51051" w:rsidRDefault="00784287" w:rsidP="00784287">
      <w:pPr>
        <w:tabs>
          <w:tab w:val="left" w:pos="935"/>
          <w:tab w:val="left" w:pos="1122"/>
          <w:tab w:val="left" w:pos="1309"/>
        </w:tabs>
        <w:jc w:val="both"/>
        <w:rPr>
          <w:bCs/>
          <w:sz w:val="14"/>
          <w:szCs w:val="14"/>
        </w:rPr>
      </w:pPr>
      <w:r w:rsidRPr="00D51051">
        <w:rPr>
          <w:bCs/>
          <w:sz w:val="14"/>
          <w:szCs w:val="14"/>
          <w:vertAlign w:val="superscript"/>
        </w:rPr>
        <w:t>3</w:t>
      </w:r>
      <w:r w:rsidRPr="00D51051">
        <w:rPr>
          <w:bCs/>
          <w:sz w:val="14"/>
          <w:szCs w:val="14"/>
        </w:rPr>
        <w:t xml:space="preserve">Prin </w:t>
      </w:r>
      <w:proofErr w:type="spellStart"/>
      <w:r w:rsidRPr="00D51051">
        <w:rPr>
          <w:bCs/>
          <w:sz w:val="14"/>
          <w:szCs w:val="14"/>
        </w:rPr>
        <w:t>semnare</w:t>
      </w:r>
      <w:proofErr w:type="spellEnd"/>
      <w:r w:rsidRPr="00D51051">
        <w:rPr>
          <w:bCs/>
          <w:sz w:val="14"/>
          <w:szCs w:val="14"/>
        </w:rPr>
        <w:t xml:space="preserve"> </w:t>
      </w:r>
      <w:proofErr w:type="spellStart"/>
      <w:r w:rsidRPr="00D51051">
        <w:rPr>
          <w:bCs/>
          <w:sz w:val="14"/>
          <w:szCs w:val="14"/>
        </w:rPr>
        <w:t>consimt</w:t>
      </w:r>
      <w:proofErr w:type="spellEnd"/>
      <w:r w:rsidRPr="00D51051">
        <w:rPr>
          <w:bCs/>
          <w:sz w:val="14"/>
          <w:szCs w:val="14"/>
        </w:rPr>
        <w:t xml:space="preserve"> </w:t>
      </w:r>
      <w:proofErr w:type="spellStart"/>
      <w:r w:rsidRPr="00D51051">
        <w:rPr>
          <w:bCs/>
          <w:sz w:val="14"/>
          <w:szCs w:val="14"/>
        </w:rPr>
        <w:t>și</w:t>
      </w:r>
      <w:proofErr w:type="spellEnd"/>
      <w:r w:rsidRPr="00D51051">
        <w:rPr>
          <w:bCs/>
          <w:sz w:val="14"/>
          <w:szCs w:val="14"/>
        </w:rPr>
        <w:t xml:space="preserve"> </w:t>
      </w:r>
      <w:proofErr w:type="spellStart"/>
      <w:r w:rsidRPr="00D51051">
        <w:rPr>
          <w:bCs/>
          <w:sz w:val="14"/>
          <w:szCs w:val="14"/>
        </w:rPr>
        <w:t>prelucrarea</w:t>
      </w:r>
      <w:proofErr w:type="spellEnd"/>
      <w:r w:rsidRPr="00D51051">
        <w:rPr>
          <w:bCs/>
          <w:sz w:val="14"/>
          <w:szCs w:val="14"/>
        </w:rPr>
        <w:t xml:space="preserve"> </w:t>
      </w:r>
      <w:proofErr w:type="spellStart"/>
      <w:r w:rsidRPr="00D51051">
        <w:rPr>
          <w:bCs/>
          <w:sz w:val="14"/>
          <w:szCs w:val="14"/>
        </w:rPr>
        <w:t>datelor</w:t>
      </w:r>
      <w:proofErr w:type="spellEnd"/>
      <w:r w:rsidRPr="00D51051">
        <w:rPr>
          <w:bCs/>
          <w:sz w:val="14"/>
          <w:szCs w:val="14"/>
        </w:rPr>
        <w:t xml:space="preserve"> cu </w:t>
      </w:r>
      <w:proofErr w:type="spellStart"/>
      <w:r w:rsidRPr="00D51051">
        <w:rPr>
          <w:bCs/>
          <w:sz w:val="14"/>
          <w:szCs w:val="14"/>
        </w:rPr>
        <w:t>caracter</w:t>
      </w:r>
      <w:proofErr w:type="spellEnd"/>
      <w:r w:rsidRPr="00D51051">
        <w:rPr>
          <w:bCs/>
          <w:sz w:val="14"/>
          <w:szCs w:val="14"/>
        </w:rPr>
        <w:t xml:space="preserve"> personal.</w:t>
      </w:r>
    </w:p>
    <w:p w14:paraId="76EA9303" w14:textId="77777777" w:rsidR="00784287" w:rsidRPr="00F83523" w:rsidRDefault="00784287" w:rsidP="00784287">
      <w:pPr>
        <w:tabs>
          <w:tab w:val="left" w:pos="935"/>
          <w:tab w:val="left" w:pos="1122"/>
          <w:tab w:val="left" w:pos="1309"/>
        </w:tabs>
        <w:jc w:val="both"/>
        <w:rPr>
          <w:bCs/>
          <w:sz w:val="16"/>
          <w:szCs w:val="16"/>
        </w:rPr>
      </w:pPr>
    </w:p>
    <w:p w14:paraId="2016C05F" w14:textId="77777777" w:rsidR="00784287" w:rsidRPr="00F83523" w:rsidRDefault="00784287" w:rsidP="00784287">
      <w:pPr>
        <w:jc w:val="both"/>
        <w:rPr>
          <w:sz w:val="16"/>
          <w:szCs w:val="16"/>
        </w:rPr>
      </w:pPr>
      <w:r w:rsidRPr="00F83523">
        <w:rPr>
          <w:b/>
          <w:sz w:val="16"/>
          <w:szCs w:val="16"/>
        </w:rPr>
        <w:t xml:space="preserve">FOARTE IMPORTANT: </w:t>
      </w:r>
      <w:proofErr w:type="spellStart"/>
      <w:r w:rsidRPr="00F83523">
        <w:rPr>
          <w:b/>
          <w:sz w:val="16"/>
          <w:szCs w:val="16"/>
        </w:rPr>
        <w:t>Potrivit</w:t>
      </w:r>
      <w:proofErr w:type="spellEnd"/>
      <w:r w:rsidRPr="00F83523">
        <w:rPr>
          <w:b/>
          <w:sz w:val="16"/>
          <w:szCs w:val="16"/>
        </w:rPr>
        <w:t xml:space="preserve"> </w:t>
      </w:r>
      <w:proofErr w:type="spellStart"/>
      <w:r w:rsidRPr="00F83523">
        <w:rPr>
          <w:b/>
          <w:sz w:val="16"/>
          <w:szCs w:val="16"/>
        </w:rPr>
        <w:t>prevederilor</w:t>
      </w:r>
      <w:proofErr w:type="spellEnd"/>
      <w:r w:rsidRPr="00F83523">
        <w:rPr>
          <w:b/>
          <w:sz w:val="16"/>
          <w:szCs w:val="16"/>
        </w:rPr>
        <w:t xml:space="preserve"> art. 1 </w:t>
      </w:r>
      <w:proofErr w:type="spellStart"/>
      <w:r w:rsidRPr="00F83523">
        <w:rPr>
          <w:b/>
          <w:sz w:val="16"/>
          <w:szCs w:val="16"/>
        </w:rPr>
        <w:t>alin</w:t>
      </w:r>
      <w:proofErr w:type="spellEnd"/>
      <w:r w:rsidRPr="00F83523">
        <w:rPr>
          <w:b/>
          <w:sz w:val="16"/>
          <w:szCs w:val="16"/>
        </w:rPr>
        <w:t xml:space="preserve">. (1) din </w:t>
      </w:r>
      <w:proofErr w:type="spellStart"/>
      <w:r w:rsidRPr="00F83523">
        <w:rPr>
          <w:b/>
          <w:sz w:val="16"/>
          <w:szCs w:val="16"/>
        </w:rPr>
        <w:t>Legea</w:t>
      </w:r>
      <w:proofErr w:type="spellEnd"/>
      <w:r w:rsidRPr="00F83523">
        <w:rPr>
          <w:b/>
          <w:sz w:val="16"/>
          <w:szCs w:val="16"/>
        </w:rPr>
        <w:t xml:space="preserve"> </w:t>
      </w:r>
      <w:proofErr w:type="spellStart"/>
      <w:r w:rsidRPr="00F83523">
        <w:rPr>
          <w:b/>
          <w:sz w:val="16"/>
          <w:szCs w:val="16"/>
        </w:rPr>
        <w:t>contenciosului</w:t>
      </w:r>
      <w:proofErr w:type="spellEnd"/>
      <w:r w:rsidRPr="00F83523">
        <w:rPr>
          <w:b/>
          <w:sz w:val="16"/>
          <w:szCs w:val="16"/>
        </w:rPr>
        <w:t xml:space="preserve"> </w:t>
      </w:r>
      <w:proofErr w:type="spellStart"/>
      <w:r w:rsidRPr="00F83523">
        <w:rPr>
          <w:b/>
          <w:sz w:val="16"/>
          <w:szCs w:val="16"/>
        </w:rPr>
        <w:t>administrativ</w:t>
      </w:r>
      <w:proofErr w:type="spellEnd"/>
      <w:r w:rsidRPr="00F83523">
        <w:rPr>
          <w:b/>
          <w:sz w:val="16"/>
          <w:szCs w:val="16"/>
        </w:rPr>
        <w:t xml:space="preserve"> nr. 554/2004, cu </w:t>
      </w:r>
      <w:proofErr w:type="spellStart"/>
      <w:r w:rsidRPr="00F83523">
        <w:rPr>
          <w:b/>
          <w:sz w:val="16"/>
          <w:szCs w:val="16"/>
        </w:rPr>
        <w:t>modificările</w:t>
      </w:r>
      <w:proofErr w:type="spellEnd"/>
      <w:r w:rsidRPr="00F83523">
        <w:rPr>
          <w:b/>
          <w:sz w:val="16"/>
          <w:szCs w:val="16"/>
        </w:rPr>
        <w:t xml:space="preserve"> </w:t>
      </w:r>
      <w:proofErr w:type="spellStart"/>
      <w:r w:rsidRPr="00F83523">
        <w:rPr>
          <w:b/>
          <w:sz w:val="16"/>
          <w:szCs w:val="16"/>
        </w:rPr>
        <w:t>și</w:t>
      </w:r>
      <w:proofErr w:type="spellEnd"/>
      <w:r w:rsidRPr="00F83523">
        <w:rPr>
          <w:b/>
          <w:sz w:val="16"/>
          <w:szCs w:val="16"/>
        </w:rPr>
        <w:t xml:space="preserve"> </w:t>
      </w:r>
      <w:proofErr w:type="spellStart"/>
      <w:r w:rsidRPr="00F83523">
        <w:rPr>
          <w:b/>
          <w:sz w:val="16"/>
          <w:szCs w:val="16"/>
        </w:rPr>
        <w:t>completările</w:t>
      </w:r>
      <w:proofErr w:type="spellEnd"/>
      <w:r w:rsidRPr="00F83523">
        <w:rPr>
          <w:b/>
          <w:sz w:val="16"/>
          <w:szCs w:val="16"/>
        </w:rPr>
        <w:t xml:space="preserve"> </w:t>
      </w:r>
      <w:proofErr w:type="spellStart"/>
      <w:r w:rsidRPr="00F83523">
        <w:rPr>
          <w:b/>
          <w:sz w:val="16"/>
          <w:szCs w:val="16"/>
        </w:rPr>
        <w:t>ulterioare</w:t>
      </w:r>
      <w:proofErr w:type="spellEnd"/>
      <w:r w:rsidRPr="00F83523">
        <w:rPr>
          <w:b/>
          <w:sz w:val="16"/>
          <w:szCs w:val="16"/>
        </w:rPr>
        <w:t xml:space="preserve">: </w:t>
      </w:r>
      <w:proofErr w:type="spellStart"/>
      <w:r w:rsidRPr="00F83523">
        <w:rPr>
          <w:b/>
          <w:sz w:val="16"/>
          <w:szCs w:val="16"/>
        </w:rPr>
        <w:t>Petentul</w:t>
      </w:r>
      <w:proofErr w:type="spellEnd"/>
      <w:r w:rsidRPr="00F83523">
        <w:rPr>
          <w:b/>
          <w:sz w:val="16"/>
          <w:szCs w:val="16"/>
        </w:rPr>
        <w:t xml:space="preserve"> care se </w:t>
      </w:r>
      <w:proofErr w:type="spellStart"/>
      <w:r w:rsidRPr="00F83523">
        <w:rPr>
          <w:b/>
          <w:sz w:val="16"/>
          <w:szCs w:val="16"/>
        </w:rPr>
        <w:t>consideră</w:t>
      </w:r>
      <w:proofErr w:type="spellEnd"/>
      <w:r w:rsidRPr="00F83523">
        <w:rPr>
          <w:b/>
          <w:sz w:val="16"/>
          <w:szCs w:val="16"/>
        </w:rPr>
        <w:t xml:space="preserve"> </w:t>
      </w:r>
      <w:proofErr w:type="spellStart"/>
      <w:r w:rsidRPr="00F83523">
        <w:rPr>
          <w:b/>
          <w:sz w:val="16"/>
          <w:szCs w:val="16"/>
        </w:rPr>
        <w:t>vătămat</w:t>
      </w:r>
      <w:proofErr w:type="spellEnd"/>
      <w:r w:rsidRPr="00F83523">
        <w:rPr>
          <w:b/>
          <w:sz w:val="16"/>
          <w:szCs w:val="16"/>
        </w:rPr>
        <w:t xml:space="preserve"> </w:t>
      </w:r>
      <w:proofErr w:type="spellStart"/>
      <w:r w:rsidRPr="00F83523">
        <w:rPr>
          <w:b/>
          <w:sz w:val="16"/>
          <w:szCs w:val="16"/>
        </w:rPr>
        <w:t>într</w:t>
      </w:r>
      <w:proofErr w:type="spellEnd"/>
      <w:r w:rsidRPr="00F83523">
        <w:rPr>
          <w:b/>
          <w:sz w:val="16"/>
          <w:szCs w:val="16"/>
        </w:rPr>
        <w:t xml:space="preserve">-un </w:t>
      </w:r>
      <w:proofErr w:type="spellStart"/>
      <w:r w:rsidRPr="00F83523">
        <w:rPr>
          <w:b/>
          <w:sz w:val="16"/>
          <w:szCs w:val="16"/>
        </w:rPr>
        <w:t>drept</w:t>
      </w:r>
      <w:proofErr w:type="spellEnd"/>
      <w:r w:rsidRPr="00F83523">
        <w:rPr>
          <w:b/>
          <w:sz w:val="16"/>
          <w:szCs w:val="16"/>
        </w:rPr>
        <w:t xml:space="preserve"> al </w:t>
      </w:r>
      <w:proofErr w:type="spellStart"/>
      <w:r w:rsidRPr="00F83523">
        <w:rPr>
          <w:b/>
          <w:sz w:val="16"/>
          <w:szCs w:val="16"/>
        </w:rPr>
        <w:t>său</w:t>
      </w:r>
      <w:proofErr w:type="spellEnd"/>
      <w:r w:rsidRPr="00F83523">
        <w:rPr>
          <w:b/>
          <w:sz w:val="16"/>
          <w:szCs w:val="16"/>
        </w:rPr>
        <w:t xml:space="preserve"> </w:t>
      </w:r>
      <w:proofErr w:type="spellStart"/>
      <w:r w:rsidRPr="00F83523">
        <w:rPr>
          <w:b/>
          <w:sz w:val="16"/>
          <w:szCs w:val="16"/>
        </w:rPr>
        <w:t>ori</w:t>
      </w:r>
      <w:proofErr w:type="spellEnd"/>
      <w:r w:rsidRPr="00F83523">
        <w:rPr>
          <w:b/>
          <w:sz w:val="16"/>
          <w:szCs w:val="16"/>
        </w:rPr>
        <w:t xml:space="preserve"> </w:t>
      </w:r>
      <w:proofErr w:type="spellStart"/>
      <w:r w:rsidRPr="00F83523">
        <w:rPr>
          <w:b/>
          <w:sz w:val="16"/>
          <w:szCs w:val="16"/>
        </w:rPr>
        <w:t>într</w:t>
      </w:r>
      <w:proofErr w:type="spellEnd"/>
      <w:r w:rsidRPr="00F83523">
        <w:rPr>
          <w:b/>
          <w:sz w:val="16"/>
          <w:szCs w:val="16"/>
        </w:rPr>
        <w:t xml:space="preserve">-un </w:t>
      </w:r>
      <w:proofErr w:type="spellStart"/>
      <w:r w:rsidRPr="00F83523">
        <w:rPr>
          <w:b/>
          <w:sz w:val="16"/>
          <w:szCs w:val="16"/>
        </w:rPr>
        <w:t>interes</w:t>
      </w:r>
      <w:proofErr w:type="spellEnd"/>
      <w:r w:rsidRPr="00F83523">
        <w:rPr>
          <w:b/>
          <w:sz w:val="16"/>
          <w:szCs w:val="16"/>
        </w:rPr>
        <w:t xml:space="preserve"> </w:t>
      </w:r>
      <w:proofErr w:type="spellStart"/>
      <w:r w:rsidRPr="00F83523">
        <w:rPr>
          <w:b/>
          <w:sz w:val="16"/>
          <w:szCs w:val="16"/>
        </w:rPr>
        <w:t>legitim</w:t>
      </w:r>
      <w:proofErr w:type="spellEnd"/>
      <w:r w:rsidRPr="00F83523">
        <w:rPr>
          <w:b/>
          <w:sz w:val="16"/>
          <w:szCs w:val="16"/>
        </w:rPr>
        <w:t xml:space="preserve"> </w:t>
      </w:r>
      <w:proofErr w:type="spellStart"/>
      <w:r w:rsidRPr="00F83523">
        <w:rPr>
          <w:b/>
          <w:sz w:val="16"/>
          <w:szCs w:val="16"/>
        </w:rPr>
        <w:t>prin</w:t>
      </w:r>
      <w:proofErr w:type="spellEnd"/>
      <w:r w:rsidRPr="00F83523">
        <w:rPr>
          <w:b/>
          <w:sz w:val="16"/>
          <w:szCs w:val="16"/>
        </w:rPr>
        <w:t xml:space="preserve"> </w:t>
      </w:r>
      <w:proofErr w:type="spellStart"/>
      <w:r w:rsidRPr="00F83523">
        <w:rPr>
          <w:b/>
          <w:sz w:val="16"/>
          <w:szCs w:val="16"/>
        </w:rPr>
        <w:t>solicitarea</w:t>
      </w:r>
      <w:proofErr w:type="spellEnd"/>
      <w:r w:rsidRPr="00F83523">
        <w:rPr>
          <w:b/>
          <w:sz w:val="16"/>
          <w:szCs w:val="16"/>
        </w:rPr>
        <w:t xml:space="preserve"> </w:t>
      </w:r>
      <w:proofErr w:type="spellStart"/>
      <w:r w:rsidRPr="00F83523">
        <w:rPr>
          <w:b/>
          <w:sz w:val="16"/>
          <w:szCs w:val="16"/>
        </w:rPr>
        <w:t>acestei</w:t>
      </w:r>
      <w:proofErr w:type="spellEnd"/>
      <w:r w:rsidRPr="00F83523">
        <w:rPr>
          <w:b/>
          <w:sz w:val="16"/>
          <w:szCs w:val="16"/>
        </w:rPr>
        <w:t xml:space="preserve"> </w:t>
      </w:r>
      <w:proofErr w:type="spellStart"/>
      <w:r w:rsidRPr="00F83523">
        <w:rPr>
          <w:b/>
          <w:sz w:val="16"/>
          <w:szCs w:val="16"/>
        </w:rPr>
        <w:t>declarații</w:t>
      </w:r>
      <w:proofErr w:type="spellEnd"/>
      <w:r w:rsidRPr="00F83523">
        <w:rPr>
          <w:b/>
          <w:sz w:val="16"/>
          <w:szCs w:val="16"/>
        </w:rPr>
        <w:t xml:space="preserve">, se </w:t>
      </w:r>
      <w:proofErr w:type="spellStart"/>
      <w:r w:rsidRPr="00F83523">
        <w:rPr>
          <w:b/>
          <w:sz w:val="16"/>
          <w:szCs w:val="16"/>
        </w:rPr>
        <w:t>poate</w:t>
      </w:r>
      <w:proofErr w:type="spellEnd"/>
      <w:r w:rsidRPr="00F83523">
        <w:rPr>
          <w:b/>
          <w:sz w:val="16"/>
          <w:szCs w:val="16"/>
        </w:rPr>
        <w:t xml:space="preserve"> </w:t>
      </w:r>
      <w:proofErr w:type="spellStart"/>
      <w:r w:rsidRPr="00F83523">
        <w:rPr>
          <w:b/>
          <w:sz w:val="16"/>
          <w:szCs w:val="16"/>
        </w:rPr>
        <w:t>adresa</w:t>
      </w:r>
      <w:proofErr w:type="spellEnd"/>
      <w:r w:rsidRPr="00F83523">
        <w:rPr>
          <w:b/>
          <w:sz w:val="16"/>
          <w:szCs w:val="16"/>
        </w:rPr>
        <w:t xml:space="preserve"> </w:t>
      </w:r>
      <w:proofErr w:type="spellStart"/>
      <w:r w:rsidRPr="00F83523">
        <w:rPr>
          <w:b/>
          <w:sz w:val="16"/>
          <w:szCs w:val="16"/>
        </w:rPr>
        <w:t>instanței</w:t>
      </w:r>
      <w:proofErr w:type="spellEnd"/>
      <w:r w:rsidRPr="00F83523">
        <w:rPr>
          <w:b/>
          <w:sz w:val="16"/>
          <w:szCs w:val="16"/>
        </w:rPr>
        <w:t xml:space="preserve"> de </w:t>
      </w:r>
      <w:proofErr w:type="spellStart"/>
      <w:r w:rsidRPr="00F83523">
        <w:rPr>
          <w:b/>
          <w:sz w:val="16"/>
          <w:szCs w:val="16"/>
        </w:rPr>
        <w:t>contencios</w:t>
      </w:r>
      <w:proofErr w:type="spellEnd"/>
      <w:r w:rsidRPr="00F83523">
        <w:rPr>
          <w:b/>
          <w:sz w:val="16"/>
          <w:szCs w:val="16"/>
        </w:rPr>
        <w:t xml:space="preserve"> </w:t>
      </w:r>
      <w:proofErr w:type="spellStart"/>
      <w:r w:rsidRPr="00F83523">
        <w:rPr>
          <w:b/>
          <w:sz w:val="16"/>
          <w:szCs w:val="16"/>
        </w:rPr>
        <w:t>administrativ</w:t>
      </w:r>
      <w:proofErr w:type="spellEnd"/>
      <w:r w:rsidRPr="00F83523">
        <w:rPr>
          <w:b/>
          <w:sz w:val="16"/>
          <w:szCs w:val="16"/>
        </w:rPr>
        <w:t xml:space="preserve"> </w:t>
      </w:r>
      <w:proofErr w:type="spellStart"/>
      <w:r w:rsidRPr="00F83523">
        <w:rPr>
          <w:b/>
          <w:sz w:val="16"/>
          <w:szCs w:val="16"/>
        </w:rPr>
        <w:t>competente</w:t>
      </w:r>
      <w:proofErr w:type="spellEnd"/>
      <w:r w:rsidRPr="00F83523">
        <w:rPr>
          <w:b/>
          <w:sz w:val="16"/>
          <w:szCs w:val="16"/>
        </w:rPr>
        <w:t>.</w:t>
      </w:r>
    </w:p>
    <w:p w14:paraId="3FB66FB3" w14:textId="77777777" w:rsidR="00784287" w:rsidRDefault="00784287">
      <w:pPr>
        <w:spacing w:line="168" w:lineRule="auto"/>
      </w:pPr>
    </w:p>
    <w:sectPr w:rsidR="00784287" w:rsidSect="00034616">
      <w:headerReference w:type="default" r:id="rId11"/>
      <w:footerReference w:type="default" r:id="rId12"/>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E1C20" w14:textId="77777777" w:rsidR="00C42F06" w:rsidRDefault="00C42F06">
      <w:r>
        <w:separator/>
      </w:r>
    </w:p>
  </w:endnote>
  <w:endnote w:type="continuationSeparator" w:id="0">
    <w:p w14:paraId="09F84404" w14:textId="77777777" w:rsidR="00C42F06" w:rsidRDefault="00C42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3787F">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3787F">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818B6" w14:textId="77777777" w:rsidR="00C42F06" w:rsidRDefault="00C42F06">
      <w:r>
        <w:separator/>
      </w:r>
    </w:p>
  </w:footnote>
  <w:footnote w:type="continuationSeparator" w:id="0">
    <w:p w14:paraId="2CC0CC07" w14:textId="77777777" w:rsidR="00C42F06" w:rsidRDefault="00C42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72F"/>
    <w:rsid w:val="00034616"/>
    <w:rsid w:val="0006063C"/>
    <w:rsid w:val="0006597F"/>
    <w:rsid w:val="00111A69"/>
    <w:rsid w:val="0015074B"/>
    <w:rsid w:val="0029639D"/>
    <w:rsid w:val="002E7D54"/>
    <w:rsid w:val="00326F90"/>
    <w:rsid w:val="00627198"/>
    <w:rsid w:val="00646980"/>
    <w:rsid w:val="00667B67"/>
    <w:rsid w:val="00730580"/>
    <w:rsid w:val="00784287"/>
    <w:rsid w:val="008D3852"/>
    <w:rsid w:val="0092490D"/>
    <w:rsid w:val="00975330"/>
    <w:rsid w:val="00990104"/>
    <w:rsid w:val="00AA1D8D"/>
    <w:rsid w:val="00AB55EB"/>
    <w:rsid w:val="00B47730"/>
    <w:rsid w:val="00BC56AE"/>
    <w:rsid w:val="00C03EF3"/>
    <w:rsid w:val="00C42F06"/>
    <w:rsid w:val="00CB0664"/>
    <w:rsid w:val="00D52CF1"/>
    <w:rsid w:val="00DC729B"/>
    <w:rsid w:val="00E61A6B"/>
    <w:rsid w:val="00EC2169"/>
    <w:rsid w:val="00F378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784287"/>
    <w:rPr>
      <w:color w:val="0563C1"/>
      <w:u w:val="single"/>
    </w:rPr>
  </w:style>
  <w:style w:type="paragraph" w:styleId="BalloonText">
    <w:name w:val="Balloon Text"/>
    <w:basedOn w:val="Normal"/>
    <w:link w:val="BalloonTextChar"/>
    <w:uiPriority w:val="99"/>
    <w:semiHidden/>
    <w:unhideWhenUsed/>
    <w:rsid w:val="00667B67"/>
    <w:rPr>
      <w:rFonts w:ascii="Tahoma" w:hAnsi="Tahoma" w:cs="Tahoma"/>
      <w:sz w:val="16"/>
      <w:szCs w:val="16"/>
    </w:rPr>
  </w:style>
  <w:style w:type="character" w:customStyle="1" w:styleId="BalloonTextChar">
    <w:name w:val="Balloon Text Char"/>
    <w:basedOn w:val="DefaultParagraphFont"/>
    <w:link w:val="BalloonText"/>
    <w:uiPriority w:val="99"/>
    <w:semiHidden/>
    <w:rsid w:val="00667B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784287"/>
    <w:rPr>
      <w:color w:val="0563C1"/>
      <w:u w:val="single"/>
    </w:rPr>
  </w:style>
  <w:style w:type="paragraph" w:styleId="BalloonText">
    <w:name w:val="Balloon Text"/>
    <w:basedOn w:val="Normal"/>
    <w:link w:val="BalloonTextChar"/>
    <w:uiPriority w:val="99"/>
    <w:semiHidden/>
    <w:unhideWhenUsed/>
    <w:rsid w:val="00667B67"/>
    <w:rPr>
      <w:rFonts w:ascii="Tahoma" w:hAnsi="Tahoma" w:cs="Tahoma"/>
      <w:sz w:val="16"/>
      <w:szCs w:val="16"/>
    </w:rPr>
  </w:style>
  <w:style w:type="character" w:customStyle="1" w:styleId="BalloonTextChar">
    <w:name w:val="Balloon Text Char"/>
    <w:basedOn w:val="DefaultParagraphFont"/>
    <w:link w:val="BalloonText"/>
    <w:uiPriority w:val="99"/>
    <w:semiHidden/>
    <w:rsid w:val="00667B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primaria@tautiimagheraus.r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A14CA-2744-4333-9B5D-815D8153E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user</cp:lastModifiedBy>
  <cp:revision>6</cp:revision>
  <cp:lastPrinted>2026-09-07T10:42:00Z</cp:lastPrinted>
  <dcterms:created xsi:type="dcterms:W3CDTF">2026-08-31T11:19:00Z</dcterms:created>
  <dcterms:modified xsi:type="dcterms:W3CDTF">2026-09-07T10:42:00Z</dcterms:modified>
  <cp:category/>
</cp:coreProperties>
</file>