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45CC5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3A7B0BFC" w:rsidR="00945CC5" w:rsidRDefault="00CA2A56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1D87A561" wp14:editId="77E0441D">
                  <wp:extent cx="457200" cy="5619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598AFA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968F80" w14:textId="53D19C23" w:rsidR="00945CC5" w:rsidRPr="00D21004" w:rsidRDefault="00CA2A56" w:rsidP="00D21004">
            <w:pPr>
              <w:tabs>
                <w:tab w:val="center" w:pos="4513"/>
                <w:tab w:val="right" w:pos="9026"/>
              </w:tabs>
              <w:rPr>
                <w:b/>
                <w:sz w:val="22"/>
              </w:rPr>
            </w:pPr>
            <w:r>
              <w:rPr>
                <w:b/>
                <w:sz w:val="22"/>
              </w:rPr>
              <w:t>MARAMURES</w:t>
            </w:r>
          </w:p>
        </w:tc>
      </w:tr>
      <w:tr w:rsidR="00945CC5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945CC5" w:rsidRDefault="00945CC5"/>
        </w:tc>
        <w:tc>
          <w:tcPr>
            <w:tcW w:w="8030" w:type="dxa"/>
            <w:gridSpan w:val="3"/>
            <w:shd w:val="clear" w:color="auto" w:fill="F0F0F0"/>
          </w:tcPr>
          <w:p w14:paraId="1468B44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0FD8A1B9" w14:textId="1783F0C0" w:rsidR="00945CC5" w:rsidRDefault="00CA2A56" w:rsidP="00D21004">
            <w:pPr>
              <w:keepNext/>
              <w:jc w:val="center"/>
            </w:pPr>
            <w:r>
              <w:rPr>
                <w:b/>
                <w:sz w:val="24"/>
                <w:szCs w:val="24"/>
              </w:rPr>
              <w:t>ORASUL TAUTII MAGHERAUS</w:t>
            </w:r>
          </w:p>
        </w:tc>
      </w:tr>
      <w:tr w:rsidR="00945CC5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945CC5" w:rsidRDefault="00945CC5"/>
        </w:tc>
        <w:tc>
          <w:tcPr>
            <w:tcW w:w="2409" w:type="dxa"/>
            <w:shd w:val="clear" w:color="auto" w:fill="F0F0F0"/>
          </w:tcPr>
          <w:p w14:paraId="28EEF6CE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 xml:space="preserve">Cod </w:t>
            </w:r>
            <w:proofErr w:type="gramStart"/>
            <w:r w:rsidRPr="003E706D">
              <w:rPr>
                <w:b/>
                <w:color w:val="0D5F78"/>
                <w:lang w:val="fr-FR"/>
              </w:rPr>
              <w:t xml:space="preserve">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identificare</w:t>
            </w:r>
            <w:proofErr w:type="spellEnd"/>
            <w:proofErr w:type="gram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21D9F28E" w:rsidR="00945CC5" w:rsidRPr="003E706D" w:rsidRDefault="00CA2A56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3627170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E9F54A6" w14:textId="77777777" w:rsidR="00CA2A56" w:rsidRPr="00BA7E18" w:rsidRDefault="00D21004" w:rsidP="00CA2A56">
            <w:pPr>
              <w:keepNext/>
              <w:rPr>
                <w:rFonts w:cs="Times New Roman"/>
                <w:sz w:val="16"/>
                <w:szCs w:val="16"/>
              </w:rPr>
            </w:pPr>
            <w:r>
              <w:t xml:space="preserve"> </w:t>
            </w:r>
            <w:proofErr w:type="spellStart"/>
            <w:r w:rsidR="00CA2A56" w:rsidRPr="00BA7E18">
              <w:rPr>
                <w:rFonts w:cs="Times New Roman"/>
                <w:b/>
                <w:color w:val="0D5F78"/>
                <w:sz w:val="16"/>
                <w:szCs w:val="16"/>
              </w:rPr>
              <w:t>Adresa</w:t>
            </w:r>
            <w:proofErr w:type="spellEnd"/>
            <w:r w:rsidR="00CA2A56" w:rsidRPr="00BA7E18">
              <w:rPr>
                <w:rFonts w:cs="Times New Roman"/>
                <w:b/>
                <w:color w:val="0D5F78"/>
                <w:sz w:val="16"/>
                <w:szCs w:val="16"/>
              </w:rPr>
              <w:t xml:space="preserve"> </w:t>
            </w:r>
            <w:proofErr w:type="spellStart"/>
            <w:r w:rsidR="00CA2A56" w:rsidRPr="00BA7E18">
              <w:rPr>
                <w:rFonts w:cs="Times New Roman"/>
                <w:b/>
                <w:color w:val="0D5F78"/>
                <w:sz w:val="16"/>
                <w:szCs w:val="16"/>
              </w:rPr>
              <w:t>oficială</w:t>
            </w:r>
            <w:proofErr w:type="spellEnd"/>
          </w:p>
          <w:p w14:paraId="017F4A36" w14:textId="77777777" w:rsidR="00CA2A56" w:rsidRPr="00BA7E18" w:rsidRDefault="00CA2A56" w:rsidP="00CA2A56">
            <w:pPr>
              <w:tabs>
                <w:tab w:val="center" w:pos="4513"/>
                <w:tab w:val="right" w:pos="9026"/>
              </w:tabs>
              <w:rPr>
                <w:rFonts w:cs="Times New Roman"/>
                <w:sz w:val="16"/>
                <w:szCs w:val="16"/>
              </w:rPr>
            </w:pPr>
            <w:r w:rsidRPr="00BA7E18">
              <w:rPr>
                <w:rFonts w:cs="Times New Roman"/>
                <w:sz w:val="16"/>
                <w:szCs w:val="16"/>
              </w:rPr>
              <w:t xml:space="preserve">Str. </w:t>
            </w:r>
            <w:proofErr w:type="gramStart"/>
            <w:r w:rsidRPr="00BA7E18">
              <w:rPr>
                <w:rFonts w:cs="Times New Roman"/>
                <w:sz w:val="16"/>
                <w:szCs w:val="16"/>
              </w:rPr>
              <w:t>1 ,</w:t>
            </w:r>
            <w:proofErr w:type="gramEnd"/>
            <w:r w:rsidRPr="00BA7E18">
              <w:rPr>
                <w:rFonts w:cs="Times New Roman"/>
                <w:sz w:val="16"/>
                <w:szCs w:val="16"/>
              </w:rPr>
              <w:t xml:space="preserve"> nr. 194 , tel.: 0262/293048 , </w:t>
            </w:r>
          </w:p>
          <w:p w14:paraId="3F728E3B" w14:textId="0B4EAE4C" w:rsidR="00945CC5" w:rsidRDefault="00CA2A56" w:rsidP="00CA2A56">
            <w:pPr>
              <w:keepNext/>
            </w:pPr>
            <w:r w:rsidRPr="00BA7E18">
              <w:rPr>
                <w:rFonts w:cs="Times New Roman"/>
                <w:sz w:val="16"/>
                <w:szCs w:val="16"/>
              </w:rPr>
              <w:t xml:space="preserve">e-mail: primaria@tautiimagheraus.ro </w:t>
            </w:r>
            <w:r w:rsidRPr="00BA7E18">
              <w:rPr>
                <w:rFonts w:cs="Times New Roman"/>
                <w:color w:val="4472C4"/>
                <w:sz w:val="16"/>
                <w:szCs w:val="16"/>
              </w:rPr>
              <w:t xml:space="preserve">,  </w:t>
            </w:r>
            <w:r w:rsidRPr="00BA7E18">
              <w:rPr>
                <w:rFonts w:cs="Times New Roman"/>
                <w:sz w:val="16"/>
                <w:szCs w:val="16"/>
              </w:rPr>
              <w:t>www.tautiimagheraus.ro</w:t>
            </w: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5121E520" w14:textId="7B341D6B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  <w:r w:rsidR="00D21004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sector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5FD545" w14:textId="55696A3A" w:rsidR="00945CC5" w:rsidRPr="003E706D" w:rsidRDefault="00D21004" w:rsidP="00CA2A56">
            <w:pPr>
              <w:keepNext/>
              <w:rPr>
                <w:lang w:val="fr-FR"/>
              </w:rPr>
            </w:pPr>
            <w:proofErr w:type="spellStart"/>
            <w:r w:rsidRPr="00B044FB">
              <w:rPr>
                <w:b/>
                <w:bCs/>
                <w:sz w:val="20"/>
                <w:szCs w:val="20"/>
                <w:lang w:val="fr-FR"/>
              </w:rPr>
              <w:t>Prim</w:t>
            </w:r>
            <w:r>
              <w:rPr>
                <w:b/>
                <w:bCs/>
                <w:sz w:val="20"/>
                <w:szCs w:val="20"/>
                <w:lang w:val="fr-FR"/>
              </w:rPr>
              <w:t>ăria</w:t>
            </w:r>
            <w:proofErr w:type="spellEnd"/>
            <w:r w:rsidRPr="00B044FB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A2A56">
              <w:rPr>
                <w:b/>
                <w:bCs/>
                <w:sz w:val="20"/>
                <w:szCs w:val="20"/>
                <w:lang w:val="fr-FR"/>
              </w:rPr>
              <w:t>Orasului</w:t>
            </w:r>
            <w:proofErr w:type="spellEnd"/>
            <w:r w:rsidR="00CA2A56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A2A56">
              <w:rPr>
                <w:b/>
                <w:bCs/>
                <w:sz w:val="20"/>
                <w:szCs w:val="20"/>
                <w:lang w:val="fr-FR"/>
              </w:rPr>
              <w:t>Tautii</w:t>
            </w:r>
            <w:proofErr w:type="spellEnd"/>
            <w:r w:rsidR="00CA2A56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CA2A56">
              <w:rPr>
                <w:b/>
                <w:bCs/>
                <w:sz w:val="20"/>
                <w:szCs w:val="20"/>
                <w:lang w:val="fr-FR"/>
              </w:rPr>
              <w:t>Magheraus</w:t>
            </w:r>
            <w:proofErr w:type="spellEnd"/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58C8CE9D" w:rsidR="00945CC5" w:rsidRDefault="00CA2A56">
            <w:pPr>
              <w:keepNext/>
            </w:pPr>
            <w:proofErr w:type="spellStart"/>
            <w:r>
              <w:rPr>
                <w:b/>
                <w:sz w:val="20"/>
                <w:szCs w:val="20"/>
              </w:rPr>
              <w:t>Maramures</w:t>
            </w:r>
            <w:proofErr w:type="spellEnd"/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1199B74C" w:rsidR="00945CC5" w:rsidRDefault="00CA2A56">
            <w:pPr>
              <w:keepNext/>
            </w:pPr>
            <w:proofErr w:type="spellStart"/>
            <w:r>
              <w:rPr>
                <w:b/>
                <w:sz w:val="20"/>
                <w:szCs w:val="20"/>
              </w:rPr>
              <w:t>Orasul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Tautii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Magheraus</w:t>
            </w:r>
            <w:proofErr w:type="spellEnd"/>
          </w:p>
        </w:tc>
        <w:tc>
          <w:tcPr>
            <w:tcW w:w="3212" w:type="dxa"/>
            <w:gridSpan w:val="2"/>
          </w:tcPr>
          <w:p w14:paraId="3D665FF3" w14:textId="438F93AE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  <w:r w:rsidR="00CA2A56">
              <w:t>/</w:t>
            </w:r>
            <w:proofErr w:type="spellStart"/>
            <w:r w:rsidR="00CA2A56">
              <w:t>Localitate</w:t>
            </w:r>
            <w:proofErr w:type="spellEnd"/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arhitect / arhitect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pe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>VALORI ȘI 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 xml:space="preserve">☐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a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copie):</w:t>
            </w:r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și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 xml:space="preserve">☐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(copie)   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propria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exacte </w:t>
            </w:r>
            <w:proofErr w:type="spellStart"/>
            <w:r w:rsidRPr="003E706D">
              <w:rPr>
                <w:i/>
                <w:sz w:val="17"/>
                <w:lang w:val="fr-FR"/>
              </w:rPr>
              <w:t>și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p w14:paraId="728BA85F" w14:textId="77777777" w:rsidR="00D21004" w:rsidRPr="00F83523" w:rsidRDefault="00D21004" w:rsidP="00D21004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r w:rsidRPr="00F83523">
        <w:rPr>
          <w:rFonts w:ascii="Arial" w:hAnsi="Arial" w:cs="Arial"/>
          <w:b/>
          <w:sz w:val="16"/>
          <w:szCs w:val="16"/>
        </w:rPr>
        <w:t>NOTĂ DE INFORMARE</w:t>
      </w:r>
    </w:p>
    <w:p w14:paraId="72C74AB5" w14:textId="36C4BEC6" w:rsidR="00D21004" w:rsidRPr="00F83523" w:rsidRDefault="00D21004" w:rsidP="00D21004">
      <w:pPr>
        <w:spacing w:after="60"/>
        <w:jc w:val="center"/>
        <w:rPr>
          <w:rFonts w:ascii="Arial" w:hAnsi="Arial" w:cs="Arial"/>
          <w:b/>
          <w:sz w:val="16"/>
          <w:szCs w:val="16"/>
        </w:rPr>
      </w:pPr>
      <w:proofErr w:type="spellStart"/>
      <w:r w:rsidRPr="00F83523">
        <w:rPr>
          <w:rFonts w:ascii="Arial" w:hAnsi="Arial" w:cs="Arial"/>
          <w:b/>
          <w:sz w:val="16"/>
          <w:szCs w:val="16"/>
        </w:rPr>
        <w:t>În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cazul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depunerii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documentațiilor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>/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cererilor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care se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vor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soluționa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proofErr w:type="gramStart"/>
      <w:r w:rsidRPr="00F83523">
        <w:rPr>
          <w:rFonts w:ascii="Arial" w:hAnsi="Arial" w:cs="Arial"/>
          <w:b/>
          <w:sz w:val="16"/>
          <w:szCs w:val="16"/>
        </w:rPr>
        <w:t>prin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Compartimentului</w:t>
      </w:r>
      <w:proofErr w:type="spellEnd"/>
      <w:proofErr w:type="gramEnd"/>
      <w:r w:rsidRPr="00F83523">
        <w:rPr>
          <w:rFonts w:ascii="Arial" w:hAnsi="Arial" w:cs="Arial"/>
          <w:b/>
          <w:sz w:val="16"/>
          <w:szCs w:val="16"/>
        </w:rPr>
        <w:t xml:space="preserve"> Urbanism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și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Amenajarea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Teritoriului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din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cadrul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Pr="00F83523">
        <w:rPr>
          <w:rFonts w:ascii="Arial" w:hAnsi="Arial" w:cs="Arial"/>
          <w:b/>
          <w:sz w:val="16"/>
          <w:szCs w:val="16"/>
        </w:rPr>
        <w:t>Primăriei</w:t>
      </w:r>
      <w:proofErr w:type="spellEnd"/>
      <w:r w:rsidRPr="00F83523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CA2A56">
        <w:rPr>
          <w:rFonts w:ascii="Arial" w:hAnsi="Arial" w:cs="Arial"/>
          <w:b/>
          <w:sz w:val="16"/>
          <w:szCs w:val="16"/>
        </w:rPr>
        <w:t>Orasului</w:t>
      </w:r>
      <w:proofErr w:type="spellEnd"/>
      <w:r w:rsidR="00CA2A56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CA2A56">
        <w:rPr>
          <w:rFonts w:ascii="Arial" w:hAnsi="Arial" w:cs="Arial"/>
          <w:b/>
          <w:sz w:val="16"/>
          <w:szCs w:val="16"/>
        </w:rPr>
        <w:t>Tautii</w:t>
      </w:r>
      <w:proofErr w:type="spellEnd"/>
      <w:r w:rsidR="00CA2A56">
        <w:rPr>
          <w:rFonts w:ascii="Arial" w:hAnsi="Arial" w:cs="Arial"/>
          <w:b/>
          <w:sz w:val="16"/>
          <w:szCs w:val="16"/>
        </w:rPr>
        <w:t xml:space="preserve"> </w:t>
      </w:r>
      <w:proofErr w:type="spellStart"/>
      <w:r w:rsidR="00CA2A56">
        <w:rPr>
          <w:rFonts w:ascii="Arial" w:hAnsi="Arial" w:cs="Arial"/>
          <w:b/>
          <w:sz w:val="16"/>
          <w:szCs w:val="16"/>
        </w:rPr>
        <w:t>Magheraus</w:t>
      </w:r>
      <w:proofErr w:type="spellEnd"/>
    </w:p>
    <w:p w14:paraId="6289E7E1" w14:textId="26E93975" w:rsidR="00D21004" w:rsidRDefault="00D21004" w:rsidP="00D21004">
      <w:pPr>
        <w:spacing w:after="60"/>
        <w:jc w:val="both"/>
        <w:rPr>
          <w:rFonts w:cs="Times New Roman"/>
          <w:bCs/>
          <w:sz w:val="18"/>
          <w:szCs w:val="18"/>
        </w:rPr>
      </w:pPr>
      <w:proofErr w:type="spellStart"/>
      <w:r w:rsidRPr="00F83523">
        <w:rPr>
          <w:rFonts w:cs="Times New Roman"/>
          <w:bCs/>
          <w:sz w:val="18"/>
          <w:szCs w:val="18"/>
        </w:rPr>
        <w:t>Primăria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="00CA2A56">
        <w:rPr>
          <w:rFonts w:cs="Times New Roman"/>
          <w:bCs/>
          <w:sz w:val="18"/>
          <w:szCs w:val="18"/>
        </w:rPr>
        <w:t>Orasului</w:t>
      </w:r>
      <w:proofErr w:type="spellEnd"/>
      <w:r w:rsidR="00CA2A56">
        <w:rPr>
          <w:rFonts w:cs="Times New Roman"/>
          <w:bCs/>
          <w:sz w:val="18"/>
          <w:szCs w:val="18"/>
        </w:rPr>
        <w:t xml:space="preserve"> </w:t>
      </w:r>
      <w:proofErr w:type="spellStart"/>
      <w:r w:rsidR="00CA2A56">
        <w:rPr>
          <w:rFonts w:cs="Times New Roman"/>
          <w:bCs/>
          <w:sz w:val="18"/>
          <w:szCs w:val="18"/>
        </w:rPr>
        <w:t>Tautii</w:t>
      </w:r>
      <w:proofErr w:type="spellEnd"/>
      <w:r w:rsidR="00CA2A56">
        <w:rPr>
          <w:rFonts w:cs="Times New Roman"/>
          <w:bCs/>
          <w:sz w:val="18"/>
          <w:szCs w:val="18"/>
        </w:rPr>
        <w:t xml:space="preserve"> </w:t>
      </w:r>
      <w:proofErr w:type="spellStart"/>
      <w:r w:rsidR="00CA2A56">
        <w:rPr>
          <w:rFonts w:cs="Times New Roman"/>
          <w:bCs/>
          <w:sz w:val="18"/>
          <w:szCs w:val="18"/>
        </w:rPr>
        <w:t>Magheraus</w:t>
      </w:r>
      <w:proofErr w:type="spellEnd"/>
      <w:r w:rsidR="00CA2A56">
        <w:rPr>
          <w:rFonts w:cs="Times New Roman"/>
          <w:bCs/>
          <w:sz w:val="18"/>
          <w:szCs w:val="18"/>
        </w:rPr>
        <w:t xml:space="preserve">, </w:t>
      </w:r>
      <w:proofErr w:type="spellStart"/>
      <w:r w:rsidR="00CA2A56">
        <w:rPr>
          <w:rFonts w:cs="Times New Roman"/>
          <w:bCs/>
          <w:sz w:val="18"/>
          <w:szCs w:val="18"/>
        </w:rPr>
        <w:t>județul</w:t>
      </w:r>
      <w:proofErr w:type="spellEnd"/>
      <w:r w:rsidR="00CA2A56">
        <w:rPr>
          <w:rFonts w:cs="Times New Roman"/>
          <w:bCs/>
          <w:sz w:val="18"/>
          <w:szCs w:val="18"/>
        </w:rPr>
        <w:t xml:space="preserve"> </w:t>
      </w:r>
      <w:proofErr w:type="spellStart"/>
      <w:r w:rsidR="00CA2A56">
        <w:rPr>
          <w:rFonts w:cs="Times New Roman"/>
          <w:bCs/>
          <w:sz w:val="18"/>
          <w:szCs w:val="18"/>
        </w:rPr>
        <w:t>Maramures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prelucrează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personalprin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prezenta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mijloace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automatizate</w:t>
      </w:r>
      <w:proofErr w:type="spellEnd"/>
      <w:r w:rsidRPr="00F83523">
        <w:rPr>
          <w:rFonts w:cs="Times New Roman"/>
          <w:bCs/>
          <w:sz w:val="18"/>
          <w:szCs w:val="18"/>
        </w:rPr>
        <w:t>/</w:t>
      </w:r>
      <w:proofErr w:type="spellStart"/>
      <w:r w:rsidRPr="00F83523">
        <w:rPr>
          <w:rFonts w:cs="Times New Roman"/>
          <w:bCs/>
          <w:sz w:val="18"/>
          <w:szCs w:val="18"/>
        </w:rPr>
        <w:t>manuale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destinate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obligațiilor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Este </w:t>
      </w:r>
      <w:proofErr w:type="spellStart"/>
      <w:r w:rsidRPr="00F83523">
        <w:rPr>
          <w:rFonts w:cs="Times New Roman"/>
          <w:bCs/>
          <w:sz w:val="18"/>
          <w:szCs w:val="18"/>
        </w:rPr>
        <w:t>necesar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furnizați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deoarece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refuzul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determină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imposibilitatea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soluționării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cererii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Informațiile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înregistrate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sunt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destinate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utilizării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către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operator </w:t>
      </w:r>
      <w:proofErr w:type="spellStart"/>
      <w:r w:rsidRPr="00F83523">
        <w:rPr>
          <w:rFonts w:cs="Times New Roman"/>
          <w:bCs/>
          <w:sz w:val="18"/>
          <w:szCs w:val="18"/>
        </w:rPr>
        <w:t>dar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pot fi </w:t>
      </w:r>
      <w:proofErr w:type="spellStart"/>
      <w:r w:rsidRPr="00F83523">
        <w:rPr>
          <w:rFonts w:cs="Times New Roman"/>
          <w:bCs/>
          <w:sz w:val="18"/>
          <w:szCs w:val="18"/>
        </w:rPr>
        <w:t>comunicate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altor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instituții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societăți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terți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baza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limitele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prevederilor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legale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sunt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păstrate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doar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perioada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necesară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îndeplinirii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scopurilor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care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au </w:t>
      </w:r>
      <w:proofErr w:type="spellStart"/>
      <w:r w:rsidRPr="00F83523">
        <w:rPr>
          <w:rFonts w:cs="Times New Roman"/>
          <w:bCs/>
          <w:sz w:val="18"/>
          <w:szCs w:val="18"/>
        </w:rPr>
        <w:t>fost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colectate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cu </w:t>
      </w:r>
      <w:proofErr w:type="spellStart"/>
      <w:r w:rsidRPr="00F83523">
        <w:rPr>
          <w:rFonts w:cs="Times New Roman"/>
          <w:bCs/>
          <w:sz w:val="18"/>
          <w:szCs w:val="18"/>
        </w:rPr>
        <w:t>respectarea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legislației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vigoare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Conform </w:t>
      </w:r>
      <w:proofErr w:type="spellStart"/>
      <w:r w:rsidRPr="00F83523">
        <w:rPr>
          <w:rFonts w:cs="Times New Roman"/>
          <w:bCs/>
          <w:sz w:val="18"/>
          <w:szCs w:val="18"/>
        </w:rPr>
        <w:t>Regulamentului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General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(UE) 679/2016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protecția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persoanelor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fizice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privește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</w:t>
      </w:r>
      <w:proofErr w:type="spellStart"/>
      <w:r w:rsidRPr="00F83523">
        <w:rPr>
          <w:rFonts w:cs="Times New Roman"/>
          <w:bCs/>
          <w:sz w:val="18"/>
          <w:szCs w:val="18"/>
        </w:rPr>
        <w:t>caracter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personal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privind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libera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circulație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date, </w:t>
      </w:r>
      <w:proofErr w:type="spellStart"/>
      <w:r w:rsidRPr="00F83523">
        <w:rPr>
          <w:rFonts w:cs="Times New Roman"/>
          <w:bCs/>
          <w:sz w:val="18"/>
          <w:szCs w:val="18"/>
        </w:rPr>
        <w:t>beneficiați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</w:t>
      </w:r>
      <w:proofErr w:type="spellStart"/>
      <w:r w:rsidRPr="00F83523">
        <w:rPr>
          <w:rFonts w:cs="Times New Roman"/>
          <w:bCs/>
          <w:sz w:val="18"/>
          <w:szCs w:val="18"/>
        </w:rPr>
        <w:t>acces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rectificarea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ștergerea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restricționarea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prelucrării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la </w:t>
      </w:r>
      <w:proofErr w:type="spellStart"/>
      <w:r w:rsidRPr="00F83523">
        <w:rPr>
          <w:rFonts w:cs="Times New Roman"/>
          <w:bCs/>
          <w:sz w:val="18"/>
          <w:szCs w:val="18"/>
        </w:rPr>
        <w:t>portabilitatea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datelor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opoziție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nu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fi </w:t>
      </w:r>
      <w:proofErr w:type="spellStart"/>
      <w:r w:rsidRPr="00F83523">
        <w:rPr>
          <w:rFonts w:cs="Times New Roman"/>
          <w:bCs/>
          <w:sz w:val="18"/>
          <w:szCs w:val="18"/>
        </w:rPr>
        <w:t>supus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unui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proces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individual </w:t>
      </w:r>
      <w:proofErr w:type="spellStart"/>
      <w:r w:rsidRPr="00F83523">
        <w:rPr>
          <w:rFonts w:cs="Times New Roman"/>
          <w:bCs/>
          <w:sz w:val="18"/>
          <w:szCs w:val="18"/>
        </w:rPr>
        <w:t>automatizat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Pentru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execrcitarea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acestor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drepturi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puteți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cu o </w:t>
      </w:r>
      <w:proofErr w:type="spellStart"/>
      <w:r w:rsidRPr="00F83523">
        <w:rPr>
          <w:rFonts w:cs="Times New Roman"/>
          <w:bCs/>
          <w:sz w:val="18"/>
          <w:szCs w:val="18"/>
        </w:rPr>
        <w:t>cerere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scrisă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datată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semnată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sediul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primăriei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sau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la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e-</w:t>
      </w:r>
      <w:proofErr w:type="gramStart"/>
      <w:r w:rsidRPr="00F83523">
        <w:rPr>
          <w:rFonts w:cs="Times New Roman"/>
          <w:bCs/>
          <w:sz w:val="18"/>
          <w:szCs w:val="18"/>
        </w:rPr>
        <w:t xml:space="preserve">mail </w:t>
      </w:r>
      <w:r w:rsidR="00CA2A56">
        <w:t>:</w:t>
      </w:r>
      <w:proofErr w:type="gramEnd"/>
      <w:r w:rsidR="00CA2A56">
        <w:t xml:space="preserve"> </w:t>
      </w:r>
      <w:hyperlink r:id="rId10" w:history="1">
        <w:r w:rsidR="00CA2A56" w:rsidRPr="0004348B">
          <w:rPr>
            <w:rStyle w:val="Hyperlink"/>
          </w:rPr>
          <w:t>primaria@tautiimagheraus.ro</w:t>
        </w:r>
      </w:hyperlink>
      <w:r w:rsidR="00CA2A56">
        <w:t xml:space="preserve"> </w:t>
      </w:r>
      <w:r w:rsidRPr="00F83523">
        <w:rPr>
          <w:rFonts w:cs="Times New Roman"/>
          <w:bCs/>
          <w:sz w:val="18"/>
          <w:szCs w:val="18"/>
        </w:rPr>
        <w:t xml:space="preserve">De </w:t>
      </w:r>
      <w:proofErr w:type="spellStart"/>
      <w:r w:rsidRPr="00F83523">
        <w:rPr>
          <w:rFonts w:cs="Times New Roman"/>
          <w:bCs/>
          <w:sz w:val="18"/>
          <w:szCs w:val="18"/>
        </w:rPr>
        <w:t>asemenea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,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este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recunoscut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dreptul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de a </w:t>
      </w:r>
      <w:proofErr w:type="spellStart"/>
      <w:r w:rsidRPr="00F83523">
        <w:rPr>
          <w:rFonts w:cs="Times New Roman"/>
          <w:bCs/>
          <w:sz w:val="18"/>
          <w:szCs w:val="18"/>
        </w:rPr>
        <w:t>vă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adresa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ANSPDCP </w:t>
      </w:r>
      <w:proofErr w:type="spellStart"/>
      <w:r w:rsidRPr="00F83523">
        <w:rPr>
          <w:rFonts w:cs="Times New Roman"/>
          <w:bCs/>
          <w:sz w:val="18"/>
          <w:szCs w:val="18"/>
        </w:rPr>
        <w:t>și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justiției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. </w:t>
      </w:r>
      <w:proofErr w:type="spellStart"/>
      <w:r w:rsidRPr="00F83523">
        <w:rPr>
          <w:rFonts w:cs="Times New Roman"/>
          <w:bCs/>
          <w:sz w:val="18"/>
          <w:szCs w:val="18"/>
        </w:rPr>
        <w:t>Datele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dumneavoastră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nu </w:t>
      </w:r>
      <w:proofErr w:type="spellStart"/>
      <w:r w:rsidRPr="00F83523">
        <w:rPr>
          <w:rFonts w:cs="Times New Roman"/>
          <w:bCs/>
          <w:sz w:val="18"/>
          <w:szCs w:val="18"/>
        </w:rPr>
        <w:t>sunt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transferate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în</w:t>
      </w:r>
      <w:proofErr w:type="spellEnd"/>
      <w:r w:rsidRPr="00F83523">
        <w:rPr>
          <w:rFonts w:cs="Times New Roman"/>
          <w:bCs/>
          <w:sz w:val="18"/>
          <w:szCs w:val="18"/>
        </w:rPr>
        <w:t xml:space="preserve"> </w:t>
      </w:r>
      <w:proofErr w:type="spellStart"/>
      <w:r w:rsidRPr="00F83523">
        <w:rPr>
          <w:rFonts w:cs="Times New Roman"/>
          <w:bCs/>
          <w:sz w:val="18"/>
          <w:szCs w:val="18"/>
        </w:rPr>
        <w:t>străinătate</w:t>
      </w:r>
      <w:proofErr w:type="spellEnd"/>
      <w:r w:rsidRPr="00F83523">
        <w:rPr>
          <w:rFonts w:cs="Times New Roman"/>
          <w:bCs/>
          <w:sz w:val="18"/>
          <w:szCs w:val="18"/>
        </w:rPr>
        <w:t>.</w:t>
      </w:r>
    </w:p>
    <w:p w14:paraId="5F9192C1" w14:textId="77777777" w:rsidR="00D21004" w:rsidRPr="00F83523" w:rsidRDefault="00D21004" w:rsidP="00D21004">
      <w:pPr>
        <w:spacing w:after="60"/>
        <w:jc w:val="both"/>
        <w:rPr>
          <w:rFonts w:cs="Times New Roman"/>
          <w:bCs/>
          <w:sz w:val="18"/>
          <w:szCs w:val="18"/>
        </w:rPr>
      </w:pPr>
    </w:p>
    <w:p w14:paraId="6EB7E528" w14:textId="77777777" w:rsidR="00D21004" w:rsidRPr="004A0D27" w:rsidRDefault="00D21004" w:rsidP="00D21004">
      <w:pPr>
        <w:spacing w:after="60"/>
        <w:ind w:firstLine="720"/>
        <w:jc w:val="both"/>
        <w:rPr>
          <w:bCs/>
          <w:i/>
          <w:iCs/>
          <w:sz w:val="20"/>
          <w:szCs w:val="20"/>
        </w:rPr>
      </w:pPr>
      <w:r w:rsidRPr="00F83523">
        <w:rPr>
          <w:rFonts w:ascii="Arial" w:hAnsi="Arial" w:cs="Arial"/>
          <w:b/>
          <w:sz w:val="20"/>
          <w:szCs w:val="20"/>
        </w:rPr>
        <w:t xml:space="preserve"> </w:t>
      </w:r>
      <w:r w:rsidRPr="004A0D27">
        <w:rPr>
          <w:bCs/>
          <w:i/>
          <w:iCs/>
          <w:sz w:val="20"/>
          <w:szCs w:val="20"/>
        </w:rPr>
        <w:t>Subsemnata/Subsemnatul.....................................................................................................................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având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codul</w:t>
      </w:r>
      <w:proofErr w:type="spellEnd"/>
      <w:r w:rsidRPr="004A0D27">
        <w:rPr>
          <w:bCs/>
          <w:i/>
          <w:iCs/>
          <w:sz w:val="20"/>
          <w:szCs w:val="20"/>
        </w:rPr>
        <w:t xml:space="preserve"> numeric personal ......................................................................</w:t>
      </w:r>
      <w:r w:rsidRPr="004A0D27">
        <w:rPr>
          <w:bCs/>
          <w:i/>
          <w:iCs/>
          <w:sz w:val="20"/>
          <w:szCs w:val="20"/>
          <w:vertAlign w:val="superscript"/>
        </w:rPr>
        <w:t>1</w:t>
      </w:r>
      <w:proofErr w:type="gramStart"/>
      <w:r w:rsidRPr="004A0D27">
        <w:rPr>
          <w:bCs/>
          <w:i/>
          <w:iCs/>
          <w:sz w:val="20"/>
          <w:szCs w:val="20"/>
        </w:rPr>
        <w:t xml:space="preserve">,  </w:t>
      </w:r>
      <w:proofErr w:type="spellStart"/>
      <w:r w:rsidRPr="004A0D27">
        <w:rPr>
          <w:bCs/>
          <w:i/>
          <w:iCs/>
          <w:sz w:val="20"/>
          <w:szCs w:val="20"/>
        </w:rPr>
        <w:t>declar</w:t>
      </w:r>
      <w:proofErr w:type="spellEnd"/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prin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propria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răspundere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toate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furnizate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și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consemnate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cerere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sunt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corecte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/>
          <w:bCs/>
          <w:i/>
          <w:iCs/>
          <w:sz w:val="20"/>
          <w:szCs w:val="20"/>
        </w:rPr>
        <w:t>și</w:t>
      </w:r>
      <w:proofErr w:type="spellEnd"/>
      <w:r w:rsidRPr="004A0D27">
        <w:rPr>
          <w:b/>
          <w:bCs/>
          <w:i/>
          <w:iCs/>
          <w:sz w:val="20"/>
          <w:szCs w:val="20"/>
        </w:rPr>
        <w:t xml:space="preserve"> complete</w:t>
      </w:r>
      <w:r w:rsidRPr="004A0D27">
        <w:rPr>
          <w:bCs/>
          <w:i/>
          <w:iCs/>
          <w:sz w:val="20"/>
          <w:szCs w:val="20"/>
        </w:rPr>
        <w:t xml:space="preserve">. </w:t>
      </w:r>
      <w:proofErr w:type="spellStart"/>
      <w:r w:rsidRPr="004A0D27">
        <w:rPr>
          <w:bCs/>
          <w:i/>
          <w:iCs/>
          <w:sz w:val="20"/>
          <w:szCs w:val="20"/>
        </w:rPr>
        <w:t>Înțeleg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că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omisiunea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sau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incorectitudinea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prezentarea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documentelor</w:t>
      </w:r>
      <w:proofErr w:type="spellEnd"/>
      <w:r w:rsidRPr="004A0D27">
        <w:rPr>
          <w:bCs/>
          <w:i/>
          <w:iCs/>
          <w:sz w:val="20"/>
          <w:szCs w:val="20"/>
        </w:rPr>
        <w:t xml:space="preserve">, </w:t>
      </w:r>
      <w:proofErr w:type="spellStart"/>
      <w:r w:rsidRPr="004A0D27">
        <w:rPr>
          <w:bCs/>
          <w:i/>
          <w:iCs/>
          <w:sz w:val="20"/>
          <w:szCs w:val="20"/>
        </w:rPr>
        <w:t>în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scopul</w:t>
      </w:r>
      <w:proofErr w:type="spellEnd"/>
      <w:r w:rsidRPr="004A0D27">
        <w:rPr>
          <w:bCs/>
          <w:i/>
          <w:iCs/>
          <w:sz w:val="20"/>
          <w:szCs w:val="20"/>
        </w:rPr>
        <w:t xml:space="preserve"> de </w:t>
      </w:r>
      <w:proofErr w:type="gramStart"/>
      <w:r w:rsidRPr="004A0D27">
        <w:rPr>
          <w:bCs/>
          <w:i/>
          <w:iCs/>
          <w:sz w:val="20"/>
          <w:szCs w:val="20"/>
        </w:rPr>
        <w:t>a</w:t>
      </w:r>
      <w:proofErr w:type="gram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obține</w:t>
      </w:r>
      <w:proofErr w:type="spellEnd"/>
      <w:r w:rsidRPr="004A0D27">
        <w:rPr>
          <w:bCs/>
          <w:i/>
          <w:iCs/>
          <w:sz w:val="20"/>
          <w:szCs w:val="20"/>
        </w:rPr>
        <w:t xml:space="preserve"> </w:t>
      </w:r>
      <w:proofErr w:type="spellStart"/>
      <w:r w:rsidRPr="004A0D27">
        <w:rPr>
          <w:bCs/>
          <w:i/>
          <w:iCs/>
          <w:sz w:val="20"/>
          <w:szCs w:val="20"/>
        </w:rPr>
        <w:t>avantaje</w:t>
      </w:r>
      <w:proofErr w:type="spellEnd"/>
      <w:r w:rsidRPr="004A0D27">
        <w:rPr>
          <w:bCs/>
          <w:i/>
          <w:iCs/>
          <w:sz w:val="20"/>
          <w:szCs w:val="20"/>
        </w:rPr>
        <w:t xml:space="preserve"> se </w:t>
      </w:r>
      <w:proofErr w:type="spellStart"/>
      <w:r w:rsidRPr="004A0D27">
        <w:rPr>
          <w:bCs/>
          <w:i/>
          <w:iCs/>
          <w:sz w:val="20"/>
          <w:szCs w:val="20"/>
        </w:rPr>
        <w:t>pedepsește</w:t>
      </w:r>
      <w:proofErr w:type="spellEnd"/>
      <w:r w:rsidRPr="004A0D27">
        <w:rPr>
          <w:bCs/>
          <w:i/>
          <w:iCs/>
          <w:sz w:val="20"/>
          <w:szCs w:val="20"/>
        </w:rPr>
        <w:t xml:space="preserve"> conform </w:t>
      </w:r>
      <w:proofErr w:type="spellStart"/>
      <w:r w:rsidRPr="004A0D27">
        <w:rPr>
          <w:bCs/>
          <w:i/>
          <w:iCs/>
          <w:sz w:val="20"/>
          <w:szCs w:val="20"/>
        </w:rPr>
        <w:t>legii</w:t>
      </w:r>
      <w:proofErr w:type="spellEnd"/>
      <w:r w:rsidRPr="004A0D27">
        <w:rPr>
          <w:bCs/>
          <w:i/>
          <w:iCs/>
          <w:sz w:val="20"/>
          <w:szCs w:val="20"/>
        </w:rPr>
        <w:t>.</w:t>
      </w:r>
    </w:p>
    <w:p w14:paraId="1FDF10B7" w14:textId="3A8B7BCB" w:rsidR="00D21004" w:rsidRPr="004A0D27" w:rsidRDefault="00D21004" w:rsidP="00D21004">
      <w:pPr>
        <w:spacing w:after="60"/>
        <w:ind w:firstLine="720"/>
        <w:jc w:val="both"/>
        <w:rPr>
          <w:rFonts w:cs="Times New Roman"/>
          <w:b/>
          <w:i/>
          <w:iCs/>
          <w:sz w:val="20"/>
          <w:szCs w:val="20"/>
        </w:rPr>
      </w:pP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prezenta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declar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fost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/ă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datele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caracter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personal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sunt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scopul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pentru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îndeplinirea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atribuțiilor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legale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ale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instituției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. Am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luat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cunoștiință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informațiile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cererea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depusă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și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din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actele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anexate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la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aceasta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vor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fi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prelucrate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de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către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Primăria</w:t>
      </w:r>
      <w:proofErr w:type="spellEnd"/>
      <w:r w:rsidR="00CA2A56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="00CA2A56">
        <w:rPr>
          <w:rFonts w:cs="Times New Roman"/>
          <w:b/>
          <w:i/>
          <w:iCs/>
          <w:sz w:val="20"/>
          <w:szCs w:val="20"/>
        </w:rPr>
        <w:t>orasului</w:t>
      </w:r>
      <w:proofErr w:type="spellEnd"/>
      <w:r w:rsidR="00CA2A56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proofErr w:type="gramStart"/>
      <w:r w:rsidR="00CA2A56">
        <w:rPr>
          <w:rFonts w:cs="Times New Roman"/>
          <w:b/>
          <w:i/>
          <w:iCs/>
          <w:sz w:val="20"/>
          <w:szCs w:val="20"/>
        </w:rPr>
        <w:t>Tautii</w:t>
      </w:r>
      <w:proofErr w:type="spellEnd"/>
      <w:r w:rsidR="00CA2A56">
        <w:rPr>
          <w:rFonts w:cs="Times New Roman"/>
          <w:b/>
          <w:i/>
          <w:iCs/>
          <w:sz w:val="20"/>
          <w:szCs w:val="20"/>
        </w:rPr>
        <w:t xml:space="preserve">  </w:t>
      </w:r>
      <w:proofErr w:type="spellStart"/>
      <w:r w:rsidR="00CA2A56">
        <w:rPr>
          <w:rFonts w:cs="Times New Roman"/>
          <w:b/>
          <w:i/>
          <w:iCs/>
          <w:sz w:val="20"/>
          <w:szCs w:val="20"/>
        </w:rPr>
        <w:t>Magheraus</w:t>
      </w:r>
      <w:proofErr w:type="spellEnd"/>
      <w:proofErr w:type="gramEnd"/>
      <w:r w:rsidR="00CA2A56">
        <w:rPr>
          <w:rFonts w:cs="Times New Roman"/>
          <w:b/>
          <w:i/>
          <w:iCs/>
          <w:sz w:val="20"/>
          <w:szCs w:val="20"/>
        </w:rPr>
        <w:t xml:space="preserve"> </w:t>
      </w:r>
      <w:bookmarkStart w:id="0" w:name="_GoBack"/>
      <w:bookmarkEnd w:id="0"/>
      <w:r w:rsidRPr="004A0D27">
        <w:rPr>
          <w:rFonts w:cs="Times New Roman"/>
          <w:b/>
          <w:i/>
          <w:iCs/>
          <w:sz w:val="20"/>
          <w:szCs w:val="20"/>
        </w:rPr>
        <w:t xml:space="preserve">, cu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respectarea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prevederilor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</w:t>
      </w:r>
      <w:proofErr w:type="spellStart"/>
      <w:r w:rsidRPr="004A0D27">
        <w:rPr>
          <w:rFonts w:cs="Times New Roman"/>
          <w:b/>
          <w:i/>
          <w:iCs/>
          <w:sz w:val="20"/>
          <w:szCs w:val="20"/>
        </w:rPr>
        <w:t>Regulamentului</w:t>
      </w:r>
      <w:proofErr w:type="spellEnd"/>
      <w:r w:rsidRPr="004A0D27">
        <w:rPr>
          <w:rFonts w:cs="Times New Roman"/>
          <w:b/>
          <w:i/>
          <w:iCs/>
          <w:sz w:val="20"/>
          <w:szCs w:val="20"/>
        </w:rPr>
        <w:t xml:space="preserve"> (UE) 679/2016.</w:t>
      </w:r>
    </w:p>
    <w:p w14:paraId="4B910696" w14:textId="77777777" w:rsidR="00D21004" w:rsidRPr="004A0D27" w:rsidRDefault="00D21004" w:rsidP="00D21004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       </w:t>
      </w:r>
      <w:r w:rsidRPr="004A0D27">
        <w:rPr>
          <w:bCs/>
          <w:i/>
          <w:iCs/>
          <w:sz w:val="20"/>
          <w:szCs w:val="20"/>
        </w:rPr>
        <w:t xml:space="preserve">Data ........, </w:t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</w:r>
      <w:r w:rsidRPr="004A0D27">
        <w:rPr>
          <w:bCs/>
          <w:i/>
          <w:iCs/>
          <w:sz w:val="20"/>
          <w:szCs w:val="20"/>
        </w:rPr>
        <w:tab/>
        <w:t xml:space="preserve"> </w:t>
      </w:r>
      <w:r w:rsidRPr="004A0D27">
        <w:rPr>
          <w:bCs/>
          <w:i/>
          <w:iCs/>
          <w:sz w:val="20"/>
          <w:szCs w:val="20"/>
        </w:rPr>
        <w:sym w:font="Wingdings" w:char="F03F"/>
      </w:r>
      <w:r w:rsidRPr="004A0D27">
        <w:rPr>
          <w:bCs/>
          <w:i/>
          <w:iCs/>
          <w:sz w:val="20"/>
          <w:szCs w:val="20"/>
        </w:rPr>
        <w:t xml:space="preserve"> ......</w:t>
      </w:r>
      <w:r>
        <w:rPr>
          <w:bCs/>
          <w:i/>
          <w:iCs/>
          <w:sz w:val="20"/>
          <w:szCs w:val="20"/>
        </w:rPr>
        <w:t>.......</w:t>
      </w:r>
      <w:r w:rsidRPr="004A0D27">
        <w:rPr>
          <w:bCs/>
          <w:i/>
          <w:iCs/>
          <w:sz w:val="20"/>
          <w:szCs w:val="20"/>
        </w:rPr>
        <w:t>.</w:t>
      </w:r>
      <w:r>
        <w:rPr>
          <w:bCs/>
          <w:i/>
          <w:iCs/>
          <w:sz w:val="20"/>
          <w:szCs w:val="20"/>
        </w:rPr>
        <w:t>.....</w:t>
      </w:r>
      <w:r w:rsidRPr="004A0D27">
        <w:rPr>
          <w:bCs/>
          <w:i/>
          <w:iCs/>
          <w:sz w:val="20"/>
          <w:szCs w:val="20"/>
        </w:rPr>
        <w:t>...................</w:t>
      </w:r>
      <w:r w:rsidRPr="004A0D27">
        <w:rPr>
          <w:bCs/>
          <w:i/>
          <w:iCs/>
          <w:sz w:val="20"/>
          <w:szCs w:val="20"/>
          <w:vertAlign w:val="superscript"/>
        </w:rPr>
        <w:t>3</w:t>
      </w:r>
      <w:r w:rsidRPr="004A0D27">
        <w:rPr>
          <w:bCs/>
          <w:i/>
          <w:iCs/>
          <w:sz w:val="20"/>
          <w:szCs w:val="20"/>
        </w:rPr>
        <w:t xml:space="preserve"> </w:t>
      </w:r>
    </w:p>
    <w:p w14:paraId="15B6749F" w14:textId="77777777" w:rsidR="00D21004" w:rsidRPr="00A73A85" w:rsidRDefault="00D21004" w:rsidP="00D21004">
      <w:pPr>
        <w:tabs>
          <w:tab w:val="left" w:pos="935"/>
          <w:tab w:val="left" w:pos="1122"/>
          <w:tab w:val="left" w:pos="1309"/>
        </w:tabs>
        <w:jc w:val="both"/>
        <w:rPr>
          <w:bCs/>
          <w:i/>
          <w:iCs/>
          <w:sz w:val="24"/>
          <w:szCs w:val="24"/>
        </w:rPr>
      </w:pPr>
    </w:p>
    <w:p w14:paraId="13A4C038" w14:textId="77777777" w:rsidR="00D21004" w:rsidRPr="00D51051" w:rsidRDefault="00D21004" w:rsidP="00D21004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1</w:t>
      </w:r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Prenumele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NUMELE, </w:t>
      </w:r>
      <w:proofErr w:type="spellStart"/>
      <w:r w:rsidRPr="00D51051">
        <w:rPr>
          <w:bCs/>
          <w:sz w:val="14"/>
          <w:szCs w:val="14"/>
        </w:rPr>
        <w:t>în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clar</w:t>
      </w:r>
      <w:proofErr w:type="spellEnd"/>
      <w:r w:rsidRPr="00D51051">
        <w:rPr>
          <w:bCs/>
          <w:sz w:val="14"/>
          <w:szCs w:val="14"/>
        </w:rPr>
        <w:t xml:space="preserve">. </w:t>
      </w:r>
      <w:r w:rsidRPr="00D51051">
        <w:rPr>
          <w:bCs/>
          <w:sz w:val="14"/>
          <w:szCs w:val="14"/>
          <w:vertAlign w:val="superscript"/>
        </w:rPr>
        <w:t>2</w:t>
      </w:r>
      <w:r w:rsidRPr="00D51051">
        <w:rPr>
          <w:bCs/>
          <w:sz w:val="14"/>
          <w:szCs w:val="14"/>
        </w:rPr>
        <w:t xml:space="preserve">Potrivit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din </w:t>
      </w:r>
      <w:proofErr w:type="spellStart"/>
      <w:r w:rsidRPr="00D51051">
        <w:rPr>
          <w:bCs/>
          <w:sz w:val="14"/>
          <w:szCs w:val="14"/>
        </w:rPr>
        <w:t>actul</w:t>
      </w:r>
      <w:proofErr w:type="spellEnd"/>
      <w:r w:rsidRPr="00D51051">
        <w:rPr>
          <w:bCs/>
          <w:sz w:val="14"/>
          <w:szCs w:val="14"/>
        </w:rPr>
        <w:t xml:space="preserve"> de </w:t>
      </w:r>
      <w:proofErr w:type="spellStart"/>
      <w:r w:rsidRPr="00D51051">
        <w:rPr>
          <w:bCs/>
          <w:sz w:val="14"/>
          <w:szCs w:val="14"/>
        </w:rPr>
        <w:t>identitate</w:t>
      </w:r>
      <w:proofErr w:type="spellEnd"/>
      <w:r w:rsidRPr="00D51051">
        <w:rPr>
          <w:bCs/>
          <w:sz w:val="14"/>
          <w:szCs w:val="14"/>
        </w:rPr>
        <w:t>;</w:t>
      </w:r>
    </w:p>
    <w:p w14:paraId="326EF09F" w14:textId="77777777" w:rsidR="00D21004" w:rsidRPr="00D51051" w:rsidRDefault="00D21004" w:rsidP="00D21004">
      <w:pPr>
        <w:tabs>
          <w:tab w:val="left" w:pos="935"/>
          <w:tab w:val="left" w:pos="1122"/>
          <w:tab w:val="left" w:pos="1309"/>
        </w:tabs>
        <w:jc w:val="both"/>
        <w:rPr>
          <w:bCs/>
          <w:sz w:val="14"/>
          <w:szCs w:val="14"/>
        </w:rPr>
      </w:pPr>
      <w:r w:rsidRPr="00D51051">
        <w:rPr>
          <w:bCs/>
          <w:sz w:val="14"/>
          <w:szCs w:val="14"/>
          <w:vertAlign w:val="superscript"/>
        </w:rPr>
        <w:t>3</w:t>
      </w:r>
      <w:r w:rsidRPr="00D51051">
        <w:rPr>
          <w:bCs/>
          <w:sz w:val="14"/>
          <w:szCs w:val="14"/>
        </w:rPr>
        <w:t xml:space="preserve">Prin </w:t>
      </w:r>
      <w:proofErr w:type="spellStart"/>
      <w:r w:rsidRPr="00D51051">
        <w:rPr>
          <w:bCs/>
          <w:sz w:val="14"/>
          <w:szCs w:val="14"/>
        </w:rPr>
        <w:t>semnare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consimt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și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prelucrarea</w:t>
      </w:r>
      <w:proofErr w:type="spellEnd"/>
      <w:r w:rsidRPr="00D51051">
        <w:rPr>
          <w:bCs/>
          <w:sz w:val="14"/>
          <w:szCs w:val="14"/>
        </w:rPr>
        <w:t xml:space="preserve"> </w:t>
      </w:r>
      <w:proofErr w:type="spellStart"/>
      <w:r w:rsidRPr="00D51051">
        <w:rPr>
          <w:bCs/>
          <w:sz w:val="14"/>
          <w:szCs w:val="14"/>
        </w:rPr>
        <w:t>datelor</w:t>
      </w:r>
      <w:proofErr w:type="spellEnd"/>
      <w:r w:rsidRPr="00D51051">
        <w:rPr>
          <w:bCs/>
          <w:sz w:val="14"/>
          <w:szCs w:val="14"/>
        </w:rPr>
        <w:t xml:space="preserve"> cu </w:t>
      </w:r>
      <w:proofErr w:type="spellStart"/>
      <w:r w:rsidRPr="00D51051">
        <w:rPr>
          <w:bCs/>
          <w:sz w:val="14"/>
          <w:szCs w:val="14"/>
        </w:rPr>
        <w:t>caracter</w:t>
      </w:r>
      <w:proofErr w:type="spellEnd"/>
      <w:r w:rsidRPr="00D51051">
        <w:rPr>
          <w:bCs/>
          <w:sz w:val="14"/>
          <w:szCs w:val="14"/>
        </w:rPr>
        <w:t xml:space="preserve"> personal.</w:t>
      </w:r>
    </w:p>
    <w:p w14:paraId="6511DA27" w14:textId="77777777" w:rsidR="00D21004" w:rsidRPr="00F83523" w:rsidRDefault="00D21004" w:rsidP="00D21004">
      <w:pPr>
        <w:tabs>
          <w:tab w:val="left" w:pos="935"/>
          <w:tab w:val="left" w:pos="1122"/>
          <w:tab w:val="left" w:pos="1309"/>
        </w:tabs>
        <w:jc w:val="both"/>
        <w:rPr>
          <w:bCs/>
          <w:sz w:val="16"/>
          <w:szCs w:val="16"/>
        </w:rPr>
      </w:pPr>
    </w:p>
    <w:p w14:paraId="78EAF490" w14:textId="77777777" w:rsidR="00D21004" w:rsidRPr="00F83523" w:rsidRDefault="00D21004" w:rsidP="00D21004">
      <w:pPr>
        <w:jc w:val="both"/>
        <w:rPr>
          <w:sz w:val="16"/>
          <w:szCs w:val="16"/>
        </w:rPr>
      </w:pPr>
      <w:r w:rsidRPr="00F83523">
        <w:rPr>
          <w:b/>
          <w:sz w:val="16"/>
          <w:szCs w:val="16"/>
        </w:rPr>
        <w:t xml:space="preserve">FOARTE IMPORTANT: </w:t>
      </w:r>
      <w:proofErr w:type="spellStart"/>
      <w:r w:rsidRPr="00F83523">
        <w:rPr>
          <w:b/>
          <w:sz w:val="16"/>
          <w:szCs w:val="16"/>
        </w:rPr>
        <w:t>Potrivit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prevederilor</w:t>
      </w:r>
      <w:proofErr w:type="spellEnd"/>
      <w:r w:rsidRPr="00F83523">
        <w:rPr>
          <w:b/>
          <w:sz w:val="16"/>
          <w:szCs w:val="16"/>
        </w:rPr>
        <w:t xml:space="preserve"> art. 1 </w:t>
      </w:r>
      <w:proofErr w:type="spellStart"/>
      <w:r w:rsidRPr="00F83523">
        <w:rPr>
          <w:b/>
          <w:sz w:val="16"/>
          <w:szCs w:val="16"/>
        </w:rPr>
        <w:t>alin</w:t>
      </w:r>
      <w:proofErr w:type="spellEnd"/>
      <w:r w:rsidRPr="00F83523">
        <w:rPr>
          <w:b/>
          <w:sz w:val="16"/>
          <w:szCs w:val="16"/>
        </w:rPr>
        <w:t xml:space="preserve">. (1) din </w:t>
      </w:r>
      <w:proofErr w:type="spellStart"/>
      <w:r w:rsidRPr="00F83523">
        <w:rPr>
          <w:b/>
          <w:sz w:val="16"/>
          <w:szCs w:val="16"/>
        </w:rPr>
        <w:t>Legea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contenciosului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nr. 554/2004, cu </w:t>
      </w:r>
      <w:proofErr w:type="spellStart"/>
      <w:r w:rsidRPr="00F83523">
        <w:rPr>
          <w:b/>
          <w:sz w:val="16"/>
          <w:szCs w:val="16"/>
        </w:rPr>
        <w:t>modificările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și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completările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ulterioare</w:t>
      </w:r>
      <w:proofErr w:type="spellEnd"/>
      <w:r w:rsidRPr="00F83523">
        <w:rPr>
          <w:b/>
          <w:sz w:val="16"/>
          <w:szCs w:val="16"/>
        </w:rPr>
        <w:t xml:space="preserve">: </w:t>
      </w:r>
      <w:proofErr w:type="spellStart"/>
      <w:r w:rsidRPr="00F83523">
        <w:rPr>
          <w:b/>
          <w:sz w:val="16"/>
          <w:szCs w:val="16"/>
        </w:rPr>
        <w:t>Petentul</w:t>
      </w:r>
      <w:proofErr w:type="spellEnd"/>
      <w:r w:rsidRPr="00F83523">
        <w:rPr>
          <w:b/>
          <w:sz w:val="16"/>
          <w:szCs w:val="16"/>
        </w:rPr>
        <w:t xml:space="preserve"> care se </w:t>
      </w:r>
      <w:proofErr w:type="spellStart"/>
      <w:r w:rsidRPr="00F83523">
        <w:rPr>
          <w:b/>
          <w:sz w:val="16"/>
          <w:szCs w:val="16"/>
        </w:rPr>
        <w:t>consideră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vătămat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drept</w:t>
      </w:r>
      <w:proofErr w:type="spellEnd"/>
      <w:r w:rsidRPr="00F83523">
        <w:rPr>
          <w:b/>
          <w:sz w:val="16"/>
          <w:szCs w:val="16"/>
        </w:rPr>
        <w:t xml:space="preserve"> al </w:t>
      </w:r>
      <w:proofErr w:type="spellStart"/>
      <w:r w:rsidRPr="00F83523">
        <w:rPr>
          <w:b/>
          <w:sz w:val="16"/>
          <w:szCs w:val="16"/>
        </w:rPr>
        <w:t>său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ori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într</w:t>
      </w:r>
      <w:proofErr w:type="spellEnd"/>
      <w:r w:rsidRPr="00F83523">
        <w:rPr>
          <w:b/>
          <w:sz w:val="16"/>
          <w:szCs w:val="16"/>
        </w:rPr>
        <w:t xml:space="preserve">-un </w:t>
      </w:r>
      <w:proofErr w:type="spellStart"/>
      <w:r w:rsidRPr="00F83523">
        <w:rPr>
          <w:b/>
          <w:sz w:val="16"/>
          <w:szCs w:val="16"/>
        </w:rPr>
        <w:t>interes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legitim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prin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solicitarea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acestei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declarații</w:t>
      </w:r>
      <w:proofErr w:type="spellEnd"/>
      <w:r w:rsidRPr="00F83523">
        <w:rPr>
          <w:b/>
          <w:sz w:val="16"/>
          <w:szCs w:val="16"/>
        </w:rPr>
        <w:t xml:space="preserve">, se </w:t>
      </w:r>
      <w:proofErr w:type="spellStart"/>
      <w:r w:rsidRPr="00F83523">
        <w:rPr>
          <w:b/>
          <w:sz w:val="16"/>
          <w:szCs w:val="16"/>
        </w:rPr>
        <w:t>poate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adresa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instanței</w:t>
      </w:r>
      <w:proofErr w:type="spellEnd"/>
      <w:r w:rsidRPr="00F83523">
        <w:rPr>
          <w:b/>
          <w:sz w:val="16"/>
          <w:szCs w:val="16"/>
        </w:rPr>
        <w:t xml:space="preserve"> de </w:t>
      </w:r>
      <w:proofErr w:type="spellStart"/>
      <w:r w:rsidRPr="00F83523">
        <w:rPr>
          <w:b/>
          <w:sz w:val="16"/>
          <w:szCs w:val="16"/>
        </w:rPr>
        <w:t>contencios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administrativ</w:t>
      </w:r>
      <w:proofErr w:type="spellEnd"/>
      <w:r w:rsidRPr="00F83523">
        <w:rPr>
          <w:b/>
          <w:sz w:val="16"/>
          <w:szCs w:val="16"/>
        </w:rPr>
        <w:t xml:space="preserve"> </w:t>
      </w:r>
      <w:proofErr w:type="spellStart"/>
      <w:r w:rsidRPr="00F83523">
        <w:rPr>
          <w:b/>
          <w:sz w:val="16"/>
          <w:szCs w:val="16"/>
        </w:rPr>
        <w:t>competente</w:t>
      </w:r>
      <w:proofErr w:type="spellEnd"/>
      <w:r w:rsidRPr="00F83523">
        <w:rPr>
          <w:b/>
          <w:sz w:val="16"/>
          <w:szCs w:val="16"/>
        </w:rPr>
        <w:t>.</w:t>
      </w:r>
    </w:p>
    <w:p w14:paraId="198C349E" w14:textId="77777777" w:rsidR="00D21004" w:rsidRDefault="00D21004">
      <w:pPr>
        <w:spacing w:line="168" w:lineRule="auto"/>
      </w:pPr>
    </w:p>
    <w:sectPr w:rsidR="00D21004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DCF9AC" w14:textId="77777777" w:rsidR="00117AFA" w:rsidRDefault="00117AFA">
      <w:r>
        <w:separator/>
      </w:r>
    </w:p>
  </w:endnote>
  <w:endnote w:type="continuationSeparator" w:id="0">
    <w:p w14:paraId="67CF980C" w14:textId="77777777" w:rsidR="00117AFA" w:rsidRDefault="00117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B57B3">
      <w:rPr>
        <w:noProof/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B57B3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EAC930" w14:textId="77777777" w:rsidR="00117AFA" w:rsidRDefault="00117AFA">
      <w:r>
        <w:separator/>
      </w:r>
    </w:p>
  </w:footnote>
  <w:footnote w:type="continuationSeparator" w:id="0">
    <w:p w14:paraId="66EFFCD0" w14:textId="77777777" w:rsidR="00117AFA" w:rsidRDefault="00117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F72C4"/>
    <w:rsid w:val="00117AFA"/>
    <w:rsid w:val="0015074B"/>
    <w:rsid w:val="0029639D"/>
    <w:rsid w:val="002F7EE8"/>
    <w:rsid w:val="00326F90"/>
    <w:rsid w:val="003E706D"/>
    <w:rsid w:val="004E6AFA"/>
    <w:rsid w:val="006C103E"/>
    <w:rsid w:val="00730580"/>
    <w:rsid w:val="00764C21"/>
    <w:rsid w:val="007B57B3"/>
    <w:rsid w:val="00945CC5"/>
    <w:rsid w:val="00A71320"/>
    <w:rsid w:val="00AA1D8D"/>
    <w:rsid w:val="00B47730"/>
    <w:rsid w:val="00C40E45"/>
    <w:rsid w:val="00CA2A56"/>
    <w:rsid w:val="00CB0664"/>
    <w:rsid w:val="00D2100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1619D9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D21004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A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rsid w:val="00D21004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A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A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primaria@tautiimagheraus.r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B13515-FF75-4E38-B8EF-C02DC6E3C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7137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user</cp:lastModifiedBy>
  <cp:revision>5</cp:revision>
  <cp:lastPrinted>2026-09-07T10:53:00Z</cp:lastPrinted>
  <dcterms:created xsi:type="dcterms:W3CDTF">2026-08-31T09:52:00Z</dcterms:created>
  <dcterms:modified xsi:type="dcterms:W3CDTF">2026-09-07T10:54:00Z</dcterms:modified>
  <cp:category/>
</cp:coreProperties>
</file>