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F7E84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67046317" w:rsidR="007F7E84" w:rsidRDefault="00D237CA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2E5A5195" wp14:editId="59F88E01">
                  <wp:extent cx="457200" cy="5619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CA489C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B5084C1" w14:textId="247F4C9A" w:rsidR="007F7E84" w:rsidRDefault="00D237CA">
            <w:pPr>
              <w:keepNext/>
            </w:pPr>
            <w:r>
              <w:rPr>
                <w:b/>
                <w:sz w:val="22"/>
              </w:rPr>
              <w:t>MARAMURES</w:t>
            </w:r>
          </w:p>
        </w:tc>
      </w:tr>
      <w:tr w:rsidR="007F7E84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7F7E84" w:rsidRDefault="007F7E84"/>
        </w:tc>
        <w:tc>
          <w:tcPr>
            <w:tcW w:w="8030" w:type="dxa"/>
            <w:gridSpan w:val="3"/>
            <w:shd w:val="clear" w:color="auto" w:fill="F0F0F0"/>
          </w:tcPr>
          <w:p w14:paraId="64E9ACF9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39DA804" w14:textId="6E045AE9" w:rsidR="007F7E84" w:rsidRDefault="00D237CA" w:rsidP="00437621">
            <w:pPr>
              <w:keepNext/>
              <w:jc w:val="center"/>
            </w:pPr>
            <w:r>
              <w:rPr>
                <w:b/>
                <w:sz w:val="24"/>
                <w:szCs w:val="24"/>
              </w:rPr>
              <w:t>ORASUL TAUTII MAGHERAUS</w:t>
            </w:r>
          </w:p>
        </w:tc>
      </w:tr>
      <w:tr w:rsidR="00972AA7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972AA7" w:rsidRDefault="00972AA7"/>
        </w:tc>
        <w:tc>
          <w:tcPr>
            <w:tcW w:w="2409" w:type="dxa"/>
            <w:shd w:val="clear" w:color="auto" w:fill="F0F0F0"/>
          </w:tcPr>
          <w:p w14:paraId="2EAEEF9F" w14:textId="77777777" w:rsidR="00972AA7" w:rsidRPr="00243AD6" w:rsidRDefault="00972AA7">
            <w:pPr>
              <w:keepNext/>
              <w:rPr>
                <w:lang w:val="fr-FR"/>
              </w:rPr>
            </w:pPr>
            <w:r w:rsidRPr="00243AD6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243AD6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52DCE574" w:rsidR="00972AA7" w:rsidRPr="00243AD6" w:rsidRDefault="00972AA7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2544297" w14:textId="77777777" w:rsidR="00972AA7" w:rsidRPr="00BA7E18" w:rsidRDefault="00972AA7" w:rsidP="005B2205">
            <w:pPr>
              <w:keepNext/>
              <w:rPr>
                <w:rFonts w:cs="Times New Roman"/>
                <w:sz w:val="16"/>
                <w:szCs w:val="16"/>
              </w:rPr>
            </w:pPr>
            <w:proofErr w:type="spellStart"/>
            <w:r w:rsidRPr="00BA7E18">
              <w:rPr>
                <w:rFonts w:cs="Times New Roman"/>
                <w:b/>
                <w:color w:val="0D5F78"/>
                <w:sz w:val="16"/>
                <w:szCs w:val="16"/>
              </w:rPr>
              <w:t>Adresa</w:t>
            </w:r>
            <w:proofErr w:type="spellEnd"/>
            <w:r w:rsidRPr="00BA7E18">
              <w:rPr>
                <w:rFonts w:cs="Times New Roman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Pr="00BA7E18">
              <w:rPr>
                <w:rFonts w:cs="Times New Roman"/>
                <w:b/>
                <w:color w:val="0D5F78"/>
                <w:sz w:val="16"/>
                <w:szCs w:val="16"/>
              </w:rPr>
              <w:t>oficială</w:t>
            </w:r>
            <w:proofErr w:type="spellEnd"/>
          </w:p>
          <w:p w14:paraId="458B6735" w14:textId="77777777" w:rsidR="00972AA7" w:rsidRPr="00BA7E18" w:rsidRDefault="00972AA7" w:rsidP="005B2205">
            <w:pPr>
              <w:tabs>
                <w:tab w:val="center" w:pos="4513"/>
                <w:tab w:val="right" w:pos="9026"/>
              </w:tabs>
              <w:rPr>
                <w:rFonts w:cs="Times New Roman"/>
                <w:sz w:val="16"/>
                <w:szCs w:val="16"/>
              </w:rPr>
            </w:pPr>
            <w:r w:rsidRPr="00BA7E18">
              <w:rPr>
                <w:rFonts w:cs="Times New Roman"/>
                <w:sz w:val="16"/>
                <w:szCs w:val="16"/>
              </w:rPr>
              <w:t xml:space="preserve">Str. </w:t>
            </w:r>
            <w:proofErr w:type="gramStart"/>
            <w:r w:rsidRPr="00BA7E18">
              <w:rPr>
                <w:rFonts w:cs="Times New Roman"/>
                <w:sz w:val="16"/>
                <w:szCs w:val="16"/>
              </w:rPr>
              <w:t>1 ,</w:t>
            </w:r>
            <w:proofErr w:type="gramEnd"/>
            <w:r w:rsidRPr="00BA7E18">
              <w:rPr>
                <w:rFonts w:cs="Times New Roman"/>
                <w:sz w:val="16"/>
                <w:szCs w:val="16"/>
              </w:rPr>
              <w:t xml:space="preserve"> nr. 194 , tel.: 0262/293048 , </w:t>
            </w:r>
          </w:p>
          <w:p w14:paraId="4CCF903B" w14:textId="1003399E" w:rsidR="00972AA7" w:rsidRDefault="00972AA7" w:rsidP="00437621">
            <w:pPr>
              <w:keepNext/>
            </w:pPr>
            <w:r w:rsidRPr="00BA7E18">
              <w:rPr>
                <w:rFonts w:cs="Times New Roman"/>
                <w:sz w:val="16"/>
                <w:szCs w:val="16"/>
              </w:rPr>
              <w:t xml:space="preserve">e-mail: primaria@tautiimagheraus.ro </w:t>
            </w:r>
            <w:r w:rsidRPr="00BA7E18">
              <w:rPr>
                <w:rFonts w:cs="Times New Roman"/>
                <w:color w:val="4472C4"/>
                <w:sz w:val="16"/>
                <w:szCs w:val="16"/>
              </w:rPr>
              <w:t xml:space="preserve">,  </w:t>
            </w:r>
            <w:r w:rsidRPr="00BA7E18">
              <w:rPr>
                <w:rFonts w:cs="Times New Roman"/>
                <w:sz w:val="16"/>
                <w:szCs w:val="16"/>
              </w:rPr>
              <w:t xml:space="preserve">www.tautiimagheraus.ro </w:t>
            </w:r>
          </w:p>
        </w:tc>
      </w:tr>
      <w:tr w:rsidR="00972AA7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972AA7" w:rsidRDefault="00972AA7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972AA7" w:rsidRDefault="00972AA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972AA7" w:rsidRDefault="00972AA7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972AA7" w:rsidRDefault="00972AA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972AA7" w:rsidRDefault="00972AA7">
            <w:pPr>
              <w:keepNext/>
            </w:pPr>
          </w:p>
        </w:tc>
      </w:tr>
      <w:tr w:rsidR="00972AA7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972AA7" w:rsidRPr="00243AD6" w:rsidRDefault="00972AA7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273C06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273C0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6A8A84AF" w14:textId="6FE69088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43762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382F3F72" w:rsidR="007F7E84" w:rsidRPr="00243AD6" w:rsidRDefault="00437621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972AA7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72AA7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972AA7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72AA7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972AA7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72AA7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273C06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273C06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273C06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273C06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273C06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273C06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273C06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273C06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273C06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273C06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273C06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66403AC" w:rsidR="007F7E84" w:rsidRDefault="00972AA7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Maramures</w:t>
            </w:r>
            <w:proofErr w:type="spellEnd"/>
          </w:p>
        </w:tc>
        <w:tc>
          <w:tcPr>
            <w:tcW w:w="3212" w:type="dxa"/>
            <w:gridSpan w:val="2"/>
          </w:tcPr>
          <w:p w14:paraId="100EFDDA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1602C39" w:rsidR="007F7E84" w:rsidRDefault="00972AA7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Orasul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Tautii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Magheraus</w:t>
            </w:r>
            <w:proofErr w:type="spellEnd"/>
          </w:p>
        </w:tc>
        <w:tc>
          <w:tcPr>
            <w:tcW w:w="3212" w:type="dxa"/>
            <w:gridSpan w:val="2"/>
          </w:tcPr>
          <w:p w14:paraId="289BC6B5" w14:textId="118D6BF0" w:rsidR="007F7E84" w:rsidRDefault="00273C06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972AA7">
              <w:rPr>
                <w:b/>
                <w:color w:val="0D5F78"/>
              </w:rPr>
              <w:t xml:space="preserve"> / </w:t>
            </w:r>
            <w:proofErr w:type="spellStart"/>
            <w:r w:rsidR="00972AA7">
              <w:rPr>
                <w:b/>
                <w:color w:val="0D5F78"/>
              </w:rPr>
              <w:t>localitate</w:t>
            </w:r>
            <w:proofErr w:type="spellEnd"/>
          </w:p>
          <w:p w14:paraId="7B22CEDD" w14:textId="1AC23C6A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273C06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273C06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273C06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273C06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273C06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273C06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273C06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273C06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273C06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P.A.C. nr. / data</w:t>
            </w:r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273C06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273C06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</w:t>
            </w:r>
            <w:r>
              <w:rPr>
                <w:b/>
                <w:color w:val="0D5F78"/>
              </w:rPr>
              <w:t>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273C06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273C06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273C06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273C06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273C06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copie):</w:t>
            </w:r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273C06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</w:t>
            </w:r>
            <w:r w:rsidRPr="00243AD6">
              <w:rPr>
                <w:sz w:val="16"/>
                <w:lang w:val="fr-FR"/>
              </w:rPr>
              <w:t>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273C06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de a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273C06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propria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</w:t>
            </w:r>
            <w:r w:rsidRPr="00243AD6">
              <w:rPr>
                <w:i/>
                <w:sz w:val="17"/>
                <w:lang w:val="fr-FR"/>
              </w:rPr>
              <w:t>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273C06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273C06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273C06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273C06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p w14:paraId="5C7515B8" w14:textId="77777777" w:rsidR="00437621" w:rsidRPr="00F83523" w:rsidRDefault="00437621" w:rsidP="00437621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12CF1F85" w14:textId="778C17F0" w:rsidR="00437621" w:rsidRPr="00F83523" w:rsidRDefault="00437621" w:rsidP="00437621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550B25">
        <w:rPr>
          <w:rFonts w:ascii="Arial" w:hAnsi="Arial" w:cs="Arial"/>
          <w:b/>
          <w:sz w:val="16"/>
          <w:szCs w:val="16"/>
        </w:rPr>
        <w:t>adrul</w:t>
      </w:r>
      <w:proofErr w:type="spellEnd"/>
      <w:r w:rsidR="00550B25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50B25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550B25">
        <w:rPr>
          <w:rFonts w:ascii="Arial" w:hAnsi="Arial" w:cs="Arial"/>
          <w:b/>
          <w:sz w:val="16"/>
          <w:szCs w:val="16"/>
        </w:rPr>
        <w:t xml:space="preserve">  </w:t>
      </w:r>
      <w:proofErr w:type="spellStart"/>
      <w:r w:rsidR="00550B25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550B25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50B25">
        <w:rPr>
          <w:rFonts w:ascii="Arial" w:hAnsi="Arial" w:cs="Arial"/>
          <w:b/>
          <w:sz w:val="16"/>
          <w:szCs w:val="16"/>
        </w:rPr>
        <w:t>Tautii</w:t>
      </w:r>
      <w:proofErr w:type="spellEnd"/>
      <w:r w:rsidR="00550B25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550B25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2EF8E578" w14:textId="6F94052B" w:rsidR="00437621" w:rsidRPr="00437621" w:rsidRDefault="00550B25" w:rsidP="00437621">
      <w:pPr>
        <w:spacing w:after="60"/>
        <w:jc w:val="both"/>
        <w:rPr>
          <w:rFonts w:cs="Times New Roman"/>
          <w:bCs/>
          <w:sz w:val="16"/>
          <w:szCs w:val="16"/>
        </w:rPr>
      </w:pPr>
      <w:proofErr w:type="spellStart"/>
      <w:r>
        <w:rPr>
          <w:rFonts w:cs="Times New Roman"/>
          <w:bCs/>
          <w:sz w:val="16"/>
          <w:szCs w:val="16"/>
        </w:rPr>
        <w:t>Primăria</w:t>
      </w:r>
      <w:proofErr w:type="spellEnd"/>
      <w:r>
        <w:rPr>
          <w:rFonts w:cs="Times New Roman"/>
          <w:bCs/>
          <w:sz w:val="16"/>
          <w:szCs w:val="16"/>
        </w:rPr>
        <w:t xml:space="preserve"> </w:t>
      </w:r>
      <w:proofErr w:type="spellStart"/>
      <w:r>
        <w:rPr>
          <w:rFonts w:cs="Times New Roman"/>
          <w:bCs/>
          <w:sz w:val="16"/>
          <w:szCs w:val="16"/>
        </w:rPr>
        <w:t>Orasului</w:t>
      </w:r>
      <w:proofErr w:type="spellEnd"/>
      <w:r>
        <w:rPr>
          <w:rFonts w:cs="Times New Roman"/>
          <w:bCs/>
          <w:sz w:val="16"/>
          <w:szCs w:val="16"/>
        </w:rPr>
        <w:t xml:space="preserve"> </w:t>
      </w:r>
      <w:proofErr w:type="spellStart"/>
      <w:r>
        <w:rPr>
          <w:rFonts w:cs="Times New Roman"/>
          <w:bCs/>
          <w:sz w:val="16"/>
          <w:szCs w:val="16"/>
        </w:rPr>
        <w:t>Tautii</w:t>
      </w:r>
      <w:proofErr w:type="spellEnd"/>
      <w:r>
        <w:rPr>
          <w:rFonts w:cs="Times New Roman"/>
          <w:bCs/>
          <w:sz w:val="16"/>
          <w:szCs w:val="16"/>
        </w:rPr>
        <w:t xml:space="preserve"> </w:t>
      </w:r>
      <w:proofErr w:type="spellStart"/>
      <w:r>
        <w:rPr>
          <w:rFonts w:cs="Times New Roman"/>
          <w:bCs/>
          <w:sz w:val="16"/>
          <w:szCs w:val="16"/>
        </w:rPr>
        <w:t>Magheraus</w:t>
      </w:r>
      <w:proofErr w:type="spellEnd"/>
      <w:r>
        <w:rPr>
          <w:rFonts w:cs="Times New Roman"/>
          <w:bCs/>
          <w:sz w:val="16"/>
          <w:szCs w:val="16"/>
        </w:rPr>
        <w:t xml:space="preserve">, </w:t>
      </w:r>
      <w:proofErr w:type="spellStart"/>
      <w:r>
        <w:rPr>
          <w:rFonts w:cs="Times New Roman"/>
          <w:bCs/>
          <w:sz w:val="16"/>
          <w:szCs w:val="16"/>
        </w:rPr>
        <w:t>județul</w:t>
      </w:r>
      <w:proofErr w:type="spellEnd"/>
      <w:r>
        <w:rPr>
          <w:rFonts w:cs="Times New Roman"/>
          <w:bCs/>
          <w:sz w:val="16"/>
          <w:szCs w:val="16"/>
        </w:rPr>
        <w:t xml:space="preserve"> </w:t>
      </w:r>
      <w:proofErr w:type="spellStart"/>
      <w:r>
        <w:rPr>
          <w:rFonts w:cs="Times New Roman"/>
          <w:bCs/>
          <w:sz w:val="16"/>
          <w:szCs w:val="16"/>
        </w:rPr>
        <w:t>Maramures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prelucrează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dumneavoastră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cu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caracter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personalprin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prezenta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cerere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prin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mijloace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automatizate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>/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manuale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destinate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îndeplinirii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obligațiilor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legale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. Este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necesar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ne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furnizați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deoarece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refuzul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dumneavoastră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determină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imposibilitatea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soluționării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cererii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Informațiile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înregistrate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sunt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destinate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utilizării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de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către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operator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pot fi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comunicate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altor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instituții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societăți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sau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terți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baza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limitele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prevederilor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legale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sunt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păstrate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doar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pentru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perioada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necesară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îndeplinirii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scopurilor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scopurilor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pentru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care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au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fost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colectate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cu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respectarea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legislației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vigoare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. Conform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Regulamentului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General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privind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Protecția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(UE) 679/2016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privind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protecția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persoanelor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fizice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ceea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privește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prelucrarea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cu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caracter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personal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privind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libera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circulație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acestor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date,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beneficiați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de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dreptul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de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acces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dreptul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rectificarea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ștergerea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la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restricționarea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prelucrării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la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portabilitatea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dreptul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opoziție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dreptul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de 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nu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fi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supus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unui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proces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individual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automatizat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Pentru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execrcitarea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acestor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drepturi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vă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puteți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adresa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cu o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cerere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scrisă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datată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semnată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sediul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primăriei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sau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la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adresa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de e-</w:t>
      </w:r>
      <w:proofErr w:type="gramStart"/>
      <w:r w:rsidR="00437621" w:rsidRPr="00437621">
        <w:rPr>
          <w:rFonts w:cs="Times New Roman"/>
          <w:bCs/>
          <w:sz w:val="16"/>
          <w:szCs w:val="16"/>
        </w:rPr>
        <w:t xml:space="preserve">mail </w:t>
      </w:r>
      <w:r>
        <w:t>:</w:t>
      </w:r>
      <w:proofErr w:type="gramEnd"/>
      <w:r>
        <w:t xml:space="preserve"> </w:t>
      </w:r>
      <w:hyperlink r:id="rId10" w:history="1">
        <w:r w:rsidRPr="0004348B">
          <w:rPr>
            <w:rStyle w:val="Hyperlink"/>
          </w:rPr>
          <w:t>primaria@tautiimagheraus.ro</w:t>
        </w:r>
      </w:hyperlink>
      <w:r>
        <w:t xml:space="preserve"> </w:t>
      </w:r>
      <w:r w:rsidR="00437621" w:rsidRPr="00437621">
        <w:rPr>
          <w:rFonts w:cs="Times New Roman"/>
          <w:bCs/>
          <w:sz w:val="16"/>
          <w:szCs w:val="16"/>
        </w:rPr>
        <w:t xml:space="preserve">De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asemenea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,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vă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este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recunoscut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dreptul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de a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vă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adresa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ANSPDCP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și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justiției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.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Datele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dumneavoastră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nu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sunt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transferate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în</w:t>
      </w:r>
      <w:proofErr w:type="spellEnd"/>
      <w:r w:rsidR="00437621" w:rsidRPr="00437621">
        <w:rPr>
          <w:rFonts w:cs="Times New Roman"/>
          <w:bCs/>
          <w:sz w:val="16"/>
          <w:szCs w:val="16"/>
        </w:rPr>
        <w:t xml:space="preserve"> </w:t>
      </w:r>
      <w:proofErr w:type="spellStart"/>
      <w:r w:rsidR="00437621" w:rsidRPr="00437621">
        <w:rPr>
          <w:rFonts w:cs="Times New Roman"/>
          <w:bCs/>
          <w:sz w:val="16"/>
          <w:szCs w:val="16"/>
        </w:rPr>
        <w:t>străinătate</w:t>
      </w:r>
      <w:proofErr w:type="spellEnd"/>
      <w:r w:rsidR="00437621" w:rsidRPr="00437621">
        <w:rPr>
          <w:rFonts w:cs="Times New Roman"/>
          <w:bCs/>
          <w:sz w:val="16"/>
          <w:szCs w:val="16"/>
        </w:rPr>
        <w:t>.</w:t>
      </w:r>
    </w:p>
    <w:p w14:paraId="1D87F042" w14:textId="77777777" w:rsidR="00437621" w:rsidRPr="00F83523" w:rsidRDefault="00437621" w:rsidP="00437621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0318C848" w14:textId="77777777" w:rsidR="00437621" w:rsidRPr="004A0D27" w:rsidRDefault="00437621" w:rsidP="00437621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propria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sunt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8C81D63" w14:textId="7F444AE8" w:rsidR="00437621" w:rsidRPr="004A0D27" w:rsidRDefault="00437621" w:rsidP="00437621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</w:t>
      </w:r>
      <w:r w:rsidR="00550B25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50B25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="00550B25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50B25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="00550B25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50B25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550B25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50B25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550B25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550B25">
        <w:rPr>
          <w:rFonts w:cs="Times New Roman"/>
          <w:b/>
          <w:i/>
          <w:iCs/>
          <w:sz w:val="20"/>
          <w:szCs w:val="20"/>
        </w:rPr>
        <w:t>Magheraus</w:t>
      </w:r>
      <w:bookmarkStart w:id="0" w:name="_GoBack"/>
      <w:bookmarkEnd w:id="0"/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601C57C0" w14:textId="77777777" w:rsidR="00437621" w:rsidRPr="004A0D27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3A5F4A1A" w14:textId="77777777" w:rsidR="00437621" w:rsidRPr="00A73A85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74AA89C1" w14:textId="77777777" w:rsidR="00437621" w:rsidRPr="00D51051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4D73A7CD" w14:textId="77777777" w:rsidR="00437621" w:rsidRPr="00D51051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68F93285" w14:textId="77777777" w:rsidR="00437621" w:rsidRPr="00F83523" w:rsidRDefault="00437621" w:rsidP="00437621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3B140A5C" w14:textId="77777777" w:rsidR="00437621" w:rsidRPr="00F83523" w:rsidRDefault="00437621" w:rsidP="00437621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6BCEB965" w14:textId="77777777" w:rsidR="00437621" w:rsidRDefault="00437621">
      <w:pPr>
        <w:spacing w:line="168" w:lineRule="auto"/>
      </w:pPr>
    </w:p>
    <w:sectPr w:rsidR="00437621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E6DA9" w14:textId="77777777" w:rsidR="00273C06" w:rsidRDefault="00273C06">
      <w:r>
        <w:separator/>
      </w:r>
    </w:p>
  </w:endnote>
  <w:endnote w:type="continuationSeparator" w:id="0">
    <w:p w14:paraId="5D61ADE4" w14:textId="77777777" w:rsidR="00273C06" w:rsidRDefault="0027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84EE5" w14:textId="23249E35" w:rsidR="007F7E84" w:rsidRDefault="00273C06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F11B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F11BC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B2347" w14:textId="77777777" w:rsidR="00273C06" w:rsidRDefault="00273C06">
      <w:r>
        <w:separator/>
      </w:r>
    </w:p>
  </w:footnote>
  <w:footnote w:type="continuationSeparator" w:id="0">
    <w:p w14:paraId="084203F0" w14:textId="77777777" w:rsidR="00273C06" w:rsidRDefault="00273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3AD6"/>
    <w:rsid w:val="00273C06"/>
    <w:rsid w:val="0029639D"/>
    <w:rsid w:val="0031113E"/>
    <w:rsid w:val="00326F90"/>
    <w:rsid w:val="00411853"/>
    <w:rsid w:val="0041750F"/>
    <w:rsid w:val="00437621"/>
    <w:rsid w:val="004D2499"/>
    <w:rsid w:val="004E3C9A"/>
    <w:rsid w:val="00505208"/>
    <w:rsid w:val="00550B25"/>
    <w:rsid w:val="006816CD"/>
    <w:rsid w:val="006C103E"/>
    <w:rsid w:val="00730580"/>
    <w:rsid w:val="007F7E84"/>
    <w:rsid w:val="00972AA7"/>
    <w:rsid w:val="00A24382"/>
    <w:rsid w:val="00AA1D8D"/>
    <w:rsid w:val="00B47730"/>
    <w:rsid w:val="00BF1A07"/>
    <w:rsid w:val="00CB0664"/>
    <w:rsid w:val="00D237CA"/>
    <w:rsid w:val="00E61A6B"/>
    <w:rsid w:val="00EF11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76536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43762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7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43762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7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rimaria@tautiimagheraus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66FBC0-2863-44C3-93FF-95CE9368E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6</cp:revision>
  <cp:lastPrinted>2026-09-07T11:13:00Z</cp:lastPrinted>
  <dcterms:created xsi:type="dcterms:W3CDTF">2026-08-31T10:09:00Z</dcterms:created>
  <dcterms:modified xsi:type="dcterms:W3CDTF">2026-09-07T11:13:00Z</dcterms:modified>
  <cp:category/>
</cp:coreProperties>
</file>