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05A036C1" w:rsidR="007A6244" w:rsidRDefault="00A92D93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1E4EDE12" wp14:editId="49A97953">
                  <wp:extent cx="450850" cy="55499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44A8C253" w:rsidR="007A6244" w:rsidRPr="00750F62" w:rsidRDefault="00A92D93" w:rsidP="00750F62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MARAMURES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252C7A8" w14:textId="4DA76F9D" w:rsidR="007A6244" w:rsidRDefault="00A92D93" w:rsidP="00A92D93">
            <w:pPr>
              <w:keepNext/>
            </w:pPr>
            <w:r>
              <w:rPr>
                <w:b/>
                <w:sz w:val="24"/>
                <w:szCs w:val="24"/>
              </w:rPr>
              <w:t xml:space="preserve">                          ORASUL TAUTII MAGHERAUS</w:t>
            </w: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257D03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9D5BC3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4C5F2013" w:rsidR="007A6244" w:rsidRPr="009D5BC3" w:rsidRDefault="00A92D93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257D03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A0AC928" w14:textId="6A239446" w:rsidR="00750F62" w:rsidRPr="004A0D27" w:rsidRDefault="00A92D93" w:rsidP="00750F62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Str. </w:t>
            </w:r>
            <w:proofErr w:type="gramStart"/>
            <w:r>
              <w:rPr>
                <w:sz w:val="16"/>
                <w:szCs w:val="16"/>
              </w:rPr>
              <w:t>1 ,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750F62" w:rsidRPr="004A0D27">
              <w:rPr>
                <w:sz w:val="16"/>
                <w:szCs w:val="16"/>
              </w:rPr>
              <w:t xml:space="preserve"> nr. 1</w:t>
            </w:r>
            <w:r>
              <w:rPr>
                <w:sz w:val="16"/>
                <w:szCs w:val="16"/>
              </w:rPr>
              <w:t>94 , tel.: 0262/293048</w:t>
            </w:r>
            <w:r w:rsidR="00750F62" w:rsidRPr="004A0D27">
              <w:rPr>
                <w:sz w:val="16"/>
                <w:szCs w:val="16"/>
              </w:rPr>
              <w:t xml:space="preserve">, </w:t>
            </w:r>
          </w:p>
          <w:p w14:paraId="4FE355EF" w14:textId="4F87971F" w:rsidR="007A6244" w:rsidRDefault="00750F62" w:rsidP="00A92D93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10" w:history="1">
              <w:r w:rsidR="00A92D93" w:rsidRPr="00970BDB">
                <w:rPr>
                  <w:rStyle w:val="Hyperlink"/>
                  <w:rFonts w:ascii="GoudyOlSt BT" w:hAnsi="GoudyOlSt BT"/>
                  <w:sz w:val="16"/>
                  <w:szCs w:val="16"/>
                </w:rPr>
                <w:t>primaria@tautiimagheraus.ro</w:t>
              </w:r>
            </w:hyperlink>
            <w:r w:rsidR="00A92D93">
              <w:rPr>
                <w:rFonts w:ascii="GoudyOlSt BT" w:hAnsi="GoudyOlSt BT"/>
                <w:sz w:val="16"/>
                <w:szCs w:val="16"/>
              </w:rPr>
              <w:t xml:space="preserve"> </w:t>
            </w:r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</w:t>
            </w:r>
            <w:r w:rsidR="00A92D93">
              <w:rPr>
                <w:rFonts w:ascii="GoudyOlSt BT" w:hAnsi="GoudyOlSt BT"/>
                <w:sz w:val="16"/>
                <w:szCs w:val="16"/>
              </w:rPr>
              <w:t>tautiimagheraus.ro</w:t>
            </w:r>
            <w:r>
              <w:t xml:space="preserve"> 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257D03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257D03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257D0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E3EC3B6" w14:textId="6020B953" w:rsidR="007A6244" w:rsidRPr="009D5BC3" w:rsidRDefault="00257D03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750F6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410ABEC" w:rsidR="007A6244" w:rsidRPr="009D5BC3" w:rsidRDefault="00750F62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A92D9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92D93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A92D9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92D93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A92D9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A92D93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257D03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257D03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257D03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257D03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257D0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257D03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257D03">
            <w:r>
              <w:rPr>
                <w:b/>
                <w:color w:val="0D5F78"/>
              </w:rPr>
              <w:t xml:space="preserve">În calitate de </w:t>
            </w:r>
            <w:r>
              <w:rPr>
                <w:b/>
                <w:color w:val="0D5F78"/>
              </w:rPr>
              <w:t>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257D03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257D03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257D03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257D03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257D03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257D03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257D03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proofErr w:type="gramEnd"/>
      <w:r w:rsidRPr="007F2503">
        <w:rPr>
          <w:sz w:val="18"/>
          <w:szCs w:val="18"/>
          <w:lang w:val="fr-FR"/>
        </w:rPr>
        <w:t>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proofErr w:type="gramStart"/>
      <w:r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257D03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257D03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257D03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257D03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257D03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257D03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257D03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257D03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p w14:paraId="0773A0D9" w14:textId="77777777" w:rsidR="00750F62" w:rsidRDefault="00750F62">
      <w:pPr>
        <w:spacing w:line="168" w:lineRule="auto"/>
      </w:pPr>
    </w:p>
    <w:p w14:paraId="46688FC3" w14:textId="77777777" w:rsidR="00750F62" w:rsidRDefault="00750F62">
      <w:pPr>
        <w:spacing w:line="168" w:lineRule="auto"/>
      </w:pPr>
    </w:p>
    <w:p w14:paraId="6188A655" w14:textId="77777777" w:rsidR="00750F62" w:rsidRDefault="00750F62">
      <w:pPr>
        <w:spacing w:line="168" w:lineRule="auto"/>
      </w:pPr>
    </w:p>
    <w:p w14:paraId="1419AFC8" w14:textId="77777777" w:rsidR="00750F62" w:rsidRDefault="00750F62">
      <w:pPr>
        <w:spacing w:line="168" w:lineRule="auto"/>
      </w:pPr>
    </w:p>
    <w:p w14:paraId="1F552311" w14:textId="77777777" w:rsidR="00750F62" w:rsidRDefault="00750F62">
      <w:pPr>
        <w:spacing w:line="168" w:lineRule="auto"/>
      </w:pPr>
    </w:p>
    <w:p w14:paraId="48D826E1" w14:textId="77777777" w:rsidR="00750F62" w:rsidRDefault="00750F62">
      <w:pPr>
        <w:spacing w:line="168" w:lineRule="auto"/>
      </w:pPr>
    </w:p>
    <w:p w14:paraId="01D67F48" w14:textId="77777777" w:rsidR="00750F62" w:rsidRDefault="00750F62">
      <w:pPr>
        <w:spacing w:line="168" w:lineRule="auto"/>
      </w:pPr>
    </w:p>
    <w:p w14:paraId="7D14DC46" w14:textId="77777777" w:rsidR="00750F62" w:rsidRDefault="00750F62">
      <w:pPr>
        <w:spacing w:line="168" w:lineRule="auto"/>
      </w:pPr>
    </w:p>
    <w:p w14:paraId="2D535142" w14:textId="77777777" w:rsidR="00750F62" w:rsidRDefault="00750F62">
      <w:pPr>
        <w:spacing w:line="168" w:lineRule="auto"/>
      </w:pPr>
    </w:p>
    <w:p w14:paraId="57D1A6D5" w14:textId="77777777" w:rsidR="00750F62" w:rsidRDefault="00750F62">
      <w:pPr>
        <w:spacing w:line="168" w:lineRule="auto"/>
      </w:pPr>
    </w:p>
    <w:p w14:paraId="382FB571" w14:textId="77777777" w:rsidR="00750F62" w:rsidRDefault="00750F62">
      <w:pPr>
        <w:spacing w:line="168" w:lineRule="auto"/>
      </w:pPr>
    </w:p>
    <w:p w14:paraId="427339BE" w14:textId="77777777" w:rsidR="00750F62" w:rsidRDefault="00750F62">
      <w:pPr>
        <w:spacing w:line="168" w:lineRule="auto"/>
      </w:pPr>
    </w:p>
    <w:p w14:paraId="5D48D938" w14:textId="77777777" w:rsidR="00750F62" w:rsidRDefault="00750F62">
      <w:pPr>
        <w:spacing w:line="168" w:lineRule="auto"/>
      </w:pPr>
    </w:p>
    <w:p w14:paraId="071EBB79" w14:textId="77777777" w:rsidR="00750F62" w:rsidRDefault="00750F62">
      <w:pPr>
        <w:spacing w:line="168" w:lineRule="auto"/>
      </w:pPr>
    </w:p>
    <w:p w14:paraId="55C5607F" w14:textId="77777777" w:rsidR="00750F62" w:rsidRDefault="00750F62">
      <w:pPr>
        <w:spacing w:line="168" w:lineRule="auto"/>
      </w:pPr>
    </w:p>
    <w:p w14:paraId="5FA0F587" w14:textId="77777777" w:rsidR="00750F62" w:rsidRDefault="00750F62">
      <w:pPr>
        <w:spacing w:line="168" w:lineRule="auto"/>
      </w:pPr>
    </w:p>
    <w:p w14:paraId="29D8F00C" w14:textId="77777777" w:rsidR="00750F62" w:rsidRPr="00F83523" w:rsidRDefault="00750F62" w:rsidP="00750F6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027DB90E" w14:textId="2800AA67" w:rsidR="00750F62" w:rsidRPr="00F83523" w:rsidRDefault="00750F62" w:rsidP="00750F6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830510">
        <w:rPr>
          <w:rFonts w:ascii="Arial" w:hAnsi="Arial" w:cs="Arial"/>
          <w:b/>
          <w:sz w:val="16"/>
          <w:szCs w:val="16"/>
        </w:rPr>
        <w:t>adrul</w:t>
      </w:r>
      <w:proofErr w:type="spellEnd"/>
      <w:r w:rsidR="00830510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830510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830510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830510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830510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830510">
        <w:rPr>
          <w:rFonts w:ascii="Arial" w:hAnsi="Arial" w:cs="Arial"/>
          <w:b/>
          <w:sz w:val="16"/>
          <w:szCs w:val="16"/>
        </w:rPr>
        <w:t>Tautii</w:t>
      </w:r>
      <w:proofErr w:type="spellEnd"/>
      <w:r w:rsidR="00830510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830510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2C310682" w14:textId="62EEFBC9" w:rsidR="00750F62" w:rsidRDefault="00830510" w:rsidP="00750F62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>
        <w:rPr>
          <w:rFonts w:cs="Times New Roman"/>
          <w:bCs/>
          <w:sz w:val="18"/>
          <w:szCs w:val="18"/>
        </w:rPr>
        <w:t>Primăria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Orasului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Tautii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Magheraus</w:t>
      </w:r>
      <w:proofErr w:type="spellEnd"/>
      <w:r>
        <w:rPr>
          <w:rFonts w:cs="Times New Roman"/>
          <w:bCs/>
          <w:sz w:val="18"/>
          <w:szCs w:val="18"/>
        </w:rPr>
        <w:t xml:space="preserve">, </w:t>
      </w:r>
      <w:proofErr w:type="spellStart"/>
      <w:r>
        <w:rPr>
          <w:rFonts w:cs="Times New Roman"/>
          <w:bCs/>
          <w:sz w:val="18"/>
          <w:szCs w:val="18"/>
        </w:rPr>
        <w:t>județul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Maramures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prezenta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prin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mijloace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>/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manuale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necesar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ne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furnizați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deoarece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refuzul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determină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cererii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sunt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către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comunicate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altor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sau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terți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baza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limitele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sunt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păstrate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doar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perioada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necesară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care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au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fost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colectate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vigoare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fizice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ceea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privește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libera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acces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ștergerea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opoziție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nu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supus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unui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proces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drepturi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vă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puteți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scrisă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datată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semnată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sediul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primăriei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sau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de e-</w:t>
      </w:r>
      <w:proofErr w:type="gramStart"/>
      <w:r w:rsidR="00750F62" w:rsidRPr="00F83523">
        <w:rPr>
          <w:rFonts w:cs="Times New Roman"/>
          <w:bCs/>
          <w:sz w:val="18"/>
          <w:szCs w:val="18"/>
        </w:rPr>
        <w:t xml:space="preserve">mail </w:t>
      </w:r>
      <w:r>
        <w:t>:</w:t>
      </w:r>
      <w:proofErr w:type="gramEnd"/>
      <w:r>
        <w:t xml:space="preserve"> </w:t>
      </w:r>
      <w:hyperlink r:id="rId11" w:history="1">
        <w:r w:rsidRPr="00970BDB">
          <w:rPr>
            <w:rStyle w:val="Hyperlink"/>
          </w:rPr>
          <w:t>primaria@tautiimagheraus.ro</w:t>
        </w:r>
      </w:hyperlink>
      <w:r>
        <w:t xml:space="preserve"> </w:t>
      </w:r>
      <w:bookmarkStart w:id="0" w:name="_GoBack"/>
      <w:bookmarkEnd w:id="0"/>
      <w:r w:rsidR="00750F62" w:rsidRPr="00F83523">
        <w:rPr>
          <w:rFonts w:cs="Times New Roman"/>
          <w:bCs/>
          <w:sz w:val="18"/>
          <w:szCs w:val="18"/>
        </w:rPr>
        <w:t xml:space="preserve">De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asemenea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vă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este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recunoscut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vă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și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justiției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nu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sunt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în</w:t>
      </w:r>
      <w:proofErr w:type="spellEnd"/>
      <w:r w:rsidR="00750F62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750F62"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="00750F62" w:rsidRPr="00F83523">
        <w:rPr>
          <w:rFonts w:cs="Times New Roman"/>
          <w:bCs/>
          <w:sz w:val="18"/>
          <w:szCs w:val="18"/>
        </w:rPr>
        <w:t>.</w:t>
      </w:r>
    </w:p>
    <w:p w14:paraId="6FD37A73" w14:textId="77777777" w:rsidR="00750F62" w:rsidRPr="00F83523" w:rsidRDefault="00750F62" w:rsidP="00750F62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1F0D7ABA" w14:textId="77777777" w:rsidR="00750F62" w:rsidRPr="004A0D27" w:rsidRDefault="00750F62" w:rsidP="00750F62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propria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sunt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329E93D" w14:textId="639051D3" w:rsidR="00750F62" w:rsidRPr="004A0D27" w:rsidRDefault="00750F62" w:rsidP="00750F62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</w:t>
      </w:r>
      <w:r w:rsidR="00830510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830510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="00830510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830510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="00830510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830510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830510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830510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830510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830510">
        <w:rPr>
          <w:rFonts w:cs="Times New Roman"/>
          <w:b/>
          <w:i/>
          <w:iCs/>
          <w:sz w:val="20"/>
          <w:szCs w:val="20"/>
        </w:rPr>
        <w:t>Magheraus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59E5C7CA" w14:textId="77777777" w:rsidR="00750F62" w:rsidRPr="004A0D27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5F2E692C" w14:textId="77777777" w:rsidR="00750F62" w:rsidRPr="00A73A85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1285A031" w14:textId="77777777" w:rsidR="00750F62" w:rsidRPr="00D51051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B5F3E29" w14:textId="77777777" w:rsidR="00750F62" w:rsidRPr="00D51051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7FE073DF" w14:textId="77777777" w:rsidR="00750F62" w:rsidRPr="00F83523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60CA2F11" w14:textId="77777777" w:rsidR="00750F62" w:rsidRPr="00F83523" w:rsidRDefault="00750F62" w:rsidP="00750F62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16327C58" w14:textId="77777777" w:rsidR="00750F62" w:rsidRDefault="00750F62">
      <w:pPr>
        <w:spacing w:line="168" w:lineRule="auto"/>
      </w:pPr>
    </w:p>
    <w:sectPr w:rsidR="00750F62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6A1A6A" w14:textId="77777777" w:rsidR="00257D03" w:rsidRDefault="00257D03">
      <w:r>
        <w:separator/>
      </w:r>
    </w:p>
  </w:endnote>
  <w:endnote w:type="continuationSeparator" w:id="0">
    <w:p w14:paraId="610F9CB5" w14:textId="77777777" w:rsidR="00257D03" w:rsidRDefault="00257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19F4" w14:textId="2E95B5F8" w:rsidR="007A6244" w:rsidRDefault="00257D03">
    <w:pPr>
      <w:pStyle w:val="Footer"/>
      <w:tabs>
        <w:tab w:val="right" w:pos="9639"/>
      </w:tabs>
    </w:pPr>
    <w:r>
      <w:rPr>
        <w:color w:val="595959"/>
      </w:rPr>
      <w:t>F_A_02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1661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1661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A8A873" w14:textId="77777777" w:rsidR="00257D03" w:rsidRDefault="00257D03">
      <w:r>
        <w:separator/>
      </w:r>
    </w:p>
  </w:footnote>
  <w:footnote w:type="continuationSeparator" w:id="0">
    <w:p w14:paraId="57594B6F" w14:textId="77777777" w:rsidR="00257D03" w:rsidRDefault="00257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C74"/>
    <w:rsid w:val="00257D03"/>
    <w:rsid w:val="0029639D"/>
    <w:rsid w:val="00316611"/>
    <w:rsid w:val="00324024"/>
    <w:rsid w:val="00326F90"/>
    <w:rsid w:val="006C103E"/>
    <w:rsid w:val="00730580"/>
    <w:rsid w:val="00750F62"/>
    <w:rsid w:val="007A6244"/>
    <w:rsid w:val="007F2503"/>
    <w:rsid w:val="00830510"/>
    <w:rsid w:val="009C5408"/>
    <w:rsid w:val="009D5BC3"/>
    <w:rsid w:val="00A92D9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FB27A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750F6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750F6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imaria@tautiimagheraus.ro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rimaria@tautiimagheraus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1E5DF6-8EC2-42AF-8DB6-ED0F797D7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5</cp:revision>
  <cp:lastPrinted>2026-09-07T11:28:00Z</cp:lastPrinted>
  <dcterms:created xsi:type="dcterms:W3CDTF">2026-08-31T09:04:00Z</dcterms:created>
  <dcterms:modified xsi:type="dcterms:W3CDTF">2026-09-07T11:28:00Z</dcterms:modified>
  <cp:category/>
</cp:coreProperties>
</file>