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600BD507" w:rsidR="00A11ECC" w:rsidRDefault="002348B9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28993113" wp14:editId="0419778B">
                  <wp:extent cx="485775" cy="6667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13A67C32" w14:textId="77777777" w:rsidR="00A11ECC" w:rsidRDefault="0056479A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F924B6" w14:textId="74F73ED6" w:rsidR="002348B9" w:rsidRPr="002348B9" w:rsidRDefault="002348B9">
            <w:pPr>
              <w:keepNext/>
              <w:rPr>
                <w:b/>
                <w:sz w:val="24"/>
                <w:szCs w:val="24"/>
              </w:rPr>
            </w:pPr>
            <w:r w:rsidRPr="002348B9">
              <w:rPr>
                <w:b/>
                <w:sz w:val="24"/>
                <w:szCs w:val="24"/>
              </w:rPr>
              <w:t>MARAMURES</w:t>
            </w:r>
            <w:bookmarkStart w:id="0" w:name="_GoBack"/>
            <w:bookmarkEnd w:id="0"/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1E67140C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7378C482" w14:textId="160CFAE7" w:rsidR="00A11ECC" w:rsidRDefault="002348B9" w:rsidP="00F9199B">
            <w:pPr>
              <w:keepNext/>
              <w:jc w:val="center"/>
            </w:pPr>
            <w:r>
              <w:rPr>
                <w:b/>
                <w:sz w:val="24"/>
                <w:szCs w:val="24"/>
              </w:rPr>
              <w:t>ORASUL TAUTII MAGHERAUS</w:t>
            </w: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56479A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6EC3AC74" w:rsidR="00A11ECC" w:rsidRPr="00E6757A" w:rsidRDefault="002348B9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3627170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56479A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5A1A514F" w14:textId="3B250CA2" w:rsidR="00F9199B" w:rsidRPr="004A0D27" w:rsidRDefault="002348B9" w:rsidP="00F9199B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Str. 1</w:t>
            </w:r>
            <w:proofErr w:type="gramStart"/>
            <w:r>
              <w:rPr>
                <w:sz w:val="16"/>
                <w:szCs w:val="16"/>
              </w:rPr>
              <w:t xml:space="preserve">, </w:t>
            </w:r>
            <w:r w:rsidR="00F9199B" w:rsidRPr="004A0D27">
              <w:rPr>
                <w:sz w:val="16"/>
                <w:szCs w:val="16"/>
              </w:rPr>
              <w:t xml:space="preserve"> nr</w:t>
            </w:r>
            <w:proofErr w:type="gramEnd"/>
            <w:r w:rsidR="00F9199B" w:rsidRPr="004A0D27">
              <w:rPr>
                <w:sz w:val="16"/>
                <w:szCs w:val="16"/>
              </w:rPr>
              <w:t>. 1</w:t>
            </w:r>
            <w:r>
              <w:rPr>
                <w:sz w:val="16"/>
                <w:szCs w:val="16"/>
              </w:rPr>
              <w:t>94 , tel.: 0262/293048</w:t>
            </w:r>
            <w:r w:rsidR="00F9199B" w:rsidRPr="004A0D27">
              <w:rPr>
                <w:sz w:val="16"/>
                <w:szCs w:val="16"/>
              </w:rPr>
              <w:t xml:space="preserve">, </w:t>
            </w:r>
          </w:p>
          <w:p w14:paraId="17684A54" w14:textId="335529E9" w:rsidR="00A11ECC" w:rsidRDefault="00F9199B" w:rsidP="002348B9">
            <w:pPr>
              <w:keepNext/>
            </w:pPr>
            <w:r w:rsidRPr="004A0D27">
              <w:rPr>
                <w:rFonts w:ascii="GoudyOlSt BT" w:hAnsi="GoudyOlSt BT"/>
                <w:sz w:val="16"/>
                <w:szCs w:val="16"/>
              </w:rPr>
              <w:t>e-mail:</w:t>
            </w:r>
            <w:r w:rsidR="002348B9">
              <w:t xml:space="preserve"> </w:t>
            </w:r>
            <w:hyperlink r:id="rId10" w:history="1">
              <w:r w:rsidR="002348B9" w:rsidRPr="00F15181">
                <w:rPr>
                  <w:rStyle w:val="Hyperlink"/>
                </w:rPr>
                <w:t>primaria@tautiimagheraus.ro</w:t>
              </w:r>
            </w:hyperlink>
            <w:r w:rsidR="002348B9">
              <w:t xml:space="preserve"> </w:t>
            </w:r>
            <w:r w:rsidRPr="004A0D27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hyperlink r:id="rId11" w:history="1">
              <w:r w:rsidR="002348B9" w:rsidRPr="00F15181">
                <w:rPr>
                  <w:rStyle w:val="Hyperlink"/>
                  <w:rFonts w:ascii="GoudyOlSt BT" w:hAnsi="GoudyOlSt BT"/>
                  <w:sz w:val="16"/>
                  <w:szCs w:val="16"/>
                </w:rPr>
                <w:t>www.tautiimagheraus.ro</w:t>
              </w:r>
            </w:hyperlink>
            <w:r w:rsidR="002348B9">
              <w:rPr>
                <w:rFonts w:ascii="GoudyOlSt BT" w:hAnsi="GoudyOlSt BT"/>
                <w:sz w:val="16"/>
                <w:szCs w:val="16"/>
              </w:rPr>
              <w:t xml:space="preserve"> 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56479A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56479A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56479A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56479A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2804ABDC" w14:textId="5850E59A" w:rsidR="00A11ECC" w:rsidRPr="00E6757A" w:rsidRDefault="0056479A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F9199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177C1BB8" w:rsidR="00A11ECC" w:rsidRPr="00E6757A" w:rsidRDefault="00F9199B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="002348B9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2348B9">
              <w:rPr>
                <w:b/>
                <w:bCs/>
                <w:sz w:val="20"/>
                <w:szCs w:val="20"/>
                <w:lang w:val="fr-FR"/>
              </w:rPr>
              <w:t>Orasului</w:t>
            </w:r>
            <w:proofErr w:type="spellEnd"/>
            <w:r w:rsidR="002348B9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2348B9">
              <w:rPr>
                <w:b/>
                <w:bCs/>
                <w:sz w:val="20"/>
                <w:szCs w:val="20"/>
                <w:lang w:val="fr-FR"/>
              </w:rPr>
              <w:t>Tautii</w:t>
            </w:r>
            <w:proofErr w:type="spellEnd"/>
            <w:r w:rsidR="002348B9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2348B9">
              <w:rPr>
                <w:b/>
                <w:bCs/>
                <w:sz w:val="20"/>
                <w:szCs w:val="20"/>
                <w:lang w:val="fr-FR"/>
              </w:rPr>
              <w:t>Magheraus</w:t>
            </w:r>
            <w:proofErr w:type="spellEnd"/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56479A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</w:t>
            </w:r>
            <w:r w:rsidRPr="00E6757A">
              <w:rPr>
                <w:lang w:val="fr-FR"/>
              </w:rPr>
              <w:t>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56479A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56479A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56479A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56479A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56479A">
            <w:r>
              <w:rPr>
                <w:b/>
                <w:color w:val="0D5F78"/>
              </w:rPr>
              <w:t xml:space="preserve">Telefon / </w:t>
            </w:r>
            <w:r>
              <w:rPr>
                <w:b/>
                <w:color w:val="0D5F78"/>
              </w:rPr>
              <w:t>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56479A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56479A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56479A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56479A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56479A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56479A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56479A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56479A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56479A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56479A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56479A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082A13BA" w:rsidR="00A11ECC" w:rsidRPr="00F9199B" w:rsidRDefault="002348B9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Maramures</w:t>
            </w:r>
            <w:proofErr w:type="spellEnd"/>
          </w:p>
        </w:tc>
        <w:tc>
          <w:tcPr>
            <w:tcW w:w="3212" w:type="dxa"/>
            <w:gridSpan w:val="2"/>
          </w:tcPr>
          <w:p w14:paraId="54B9E1A5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 xml:space="preserve">Municipiu / oraș / </w:t>
            </w:r>
            <w:r>
              <w:rPr>
                <w:b/>
                <w:color w:val="0D5F78"/>
              </w:rPr>
              <w:t>comună</w:t>
            </w:r>
          </w:p>
          <w:p w14:paraId="7A126BAD" w14:textId="11A02288" w:rsidR="00A11ECC" w:rsidRPr="00F9199B" w:rsidRDefault="002348B9">
            <w:pPr>
              <w:keepNext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Orasul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Tautii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Magheraus</w:t>
            </w:r>
            <w:proofErr w:type="spellEnd"/>
          </w:p>
        </w:tc>
        <w:tc>
          <w:tcPr>
            <w:tcW w:w="3212" w:type="dxa"/>
            <w:gridSpan w:val="2"/>
          </w:tcPr>
          <w:p w14:paraId="2FB9D75E" w14:textId="475983DD" w:rsidR="00A11ECC" w:rsidRDefault="0056479A">
            <w:pPr>
              <w:keepNext/>
            </w:pPr>
            <w:r>
              <w:rPr>
                <w:b/>
                <w:color w:val="0D5F78"/>
              </w:rPr>
              <w:t>Sat / sector</w:t>
            </w:r>
            <w:r w:rsidR="002348B9">
              <w:rPr>
                <w:b/>
                <w:color w:val="0D5F78"/>
              </w:rPr>
              <w:t>/</w:t>
            </w:r>
            <w:proofErr w:type="spellStart"/>
            <w:r w:rsidR="002348B9">
              <w:rPr>
                <w:b/>
                <w:color w:val="0D5F78"/>
              </w:rPr>
              <w:t>localitate</w:t>
            </w:r>
            <w:proofErr w:type="spellEnd"/>
          </w:p>
          <w:p w14:paraId="0787ED05" w14:textId="31F41624" w:rsidR="00A11ECC" w:rsidRPr="00F9199B" w:rsidRDefault="00A11ECC">
            <w:pPr>
              <w:keepNext/>
              <w:rPr>
                <w:sz w:val="20"/>
                <w:szCs w:val="20"/>
              </w:rPr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56479A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56479A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56479A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56479A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56479A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56479A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56479A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56479A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Default="00A11ECC">
      <w:pPr>
        <w:spacing w:line="168" w:lineRule="auto"/>
        <w:rPr>
          <w:lang w:val="fr-FR"/>
        </w:rPr>
      </w:pPr>
    </w:p>
    <w:p w14:paraId="25642018" w14:textId="77777777" w:rsidR="00F9199B" w:rsidRDefault="00F9199B">
      <w:pPr>
        <w:spacing w:line="168" w:lineRule="auto"/>
        <w:rPr>
          <w:lang w:val="fr-FR"/>
        </w:rPr>
      </w:pPr>
    </w:p>
    <w:p w14:paraId="037960D9" w14:textId="77777777" w:rsidR="00F9199B" w:rsidRDefault="00F9199B">
      <w:pPr>
        <w:spacing w:line="168" w:lineRule="auto"/>
        <w:rPr>
          <w:lang w:val="fr-FR"/>
        </w:rPr>
      </w:pPr>
    </w:p>
    <w:p w14:paraId="263089D0" w14:textId="77777777" w:rsidR="00F9199B" w:rsidRDefault="00F9199B">
      <w:pPr>
        <w:spacing w:line="168" w:lineRule="auto"/>
        <w:rPr>
          <w:lang w:val="fr-FR"/>
        </w:rPr>
      </w:pPr>
    </w:p>
    <w:p w14:paraId="0A1E8E58" w14:textId="77777777" w:rsidR="00F9199B" w:rsidRDefault="00F9199B">
      <w:pPr>
        <w:spacing w:line="168" w:lineRule="auto"/>
        <w:rPr>
          <w:lang w:val="fr-FR"/>
        </w:rPr>
      </w:pPr>
    </w:p>
    <w:p w14:paraId="3FF665F9" w14:textId="77777777" w:rsidR="00F9199B" w:rsidRDefault="00F9199B">
      <w:pPr>
        <w:spacing w:line="168" w:lineRule="auto"/>
        <w:rPr>
          <w:lang w:val="fr-FR"/>
        </w:rPr>
      </w:pPr>
    </w:p>
    <w:p w14:paraId="68633D7F" w14:textId="77777777" w:rsidR="00F9199B" w:rsidRDefault="00F9199B">
      <w:pPr>
        <w:spacing w:line="168" w:lineRule="auto"/>
        <w:rPr>
          <w:lang w:val="fr-FR"/>
        </w:rPr>
      </w:pPr>
    </w:p>
    <w:p w14:paraId="7381CC8B" w14:textId="77777777" w:rsidR="00F9199B" w:rsidRDefault="00F9199B">
      <w:pPr>
        <w:spacing w:line="168" w:lineRule="auto"/>
        <w:rPr>
          <w:lang w:val="fr-FR"/>
        </w:rPr>
      </w:pPr>
    </w:p>
    <w:p w14:paraId="467C5F7B" w14:textId="77777777" w:rsidR="00F9199B" w:rsidRPr="00F83523" w:rsidRDefault="00F9199B" w:rsidP="00F9199B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r w:rsidRPr="00F83523">
        <w:rPr>
          <w:rFonts w:ascii="Arial" w:hAnsi="Arial" w:cs="Arial"/>
          <w:b/>
          <w:sz w:val="16"/>
          <w:szCs w:val="16"/>
        </w:rPr>
        <w:lastRenderedPageBreak/>
        <w:t>NOTĂ DE INFORMARE</w:t>
      </w:r>
    </w:p>
    <w:p w14:paraId="2C67DC3C" w14:textId="259D0F27" w:rsidR="00F9199B" w:rsidRPr="00F83523" w:rsidRDefault="00F9199B" w:rsidP="00F9199B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</w:t>
      </w:r>
      <w:r w:rsidR="002348B9">
        <w:rPr>
          <w:rFonts w:ascii="Arial" w:hAnsi="Arial" w:cs="Arial"/>
          <w:b/>
          <w:sz w:val="16"/>
          <w:szCs w:val="16"/>
        </w:rPr>
        <w:t>adrul</w:t>
      </w:r>
      <w:proofErr w:type="spellEnd"/>
      <w:r w:rsidR="002348B9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2348B9">
        <w:rPr>
          <w:rFonts w:ascii="Arial" w:hAnsi="Arial" w:cs="Arial"/>
          <w:b/>
          <w:sz w:val="16"/>
          <w:szCs w:val="16"/>
        </w:rPr>
        <w:t>Primăriei</w:t>
      </w:r>
      <w:proofErr w:type="spellEnd"/>
      <w:r w:rsidR="002348B9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2348B9">
        <w:rPr>
          <w:rFonts w:ascii="Arial" w:hAnsi="Arial" w:cs="Arial"/>
          <w:b/>
          <w:sz w:val="16"/>
          <w:szCs w:val="16"/>
        </w:rPr>
        <w:t>Orasului</w:t>
      </w:r>
      <w:proofErr w:type="spellEnd"/>
      <w:r w:rsidR="002348B9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2348B9">
        <w:rPr>
          <w:rFonts w:ascii="Arial" w:hAnsi="Arial" w:cs="Arial"/>
          <w:b/>
          <w:sz w:val="16"/>
          <w:szCs w:val="16"/>
        </w:rPr>
        <w:t>Tautii</w:t>
      </w:r>
      <w:proofErr w:type="spellEnd"/>
      <w:r w:rsidR="002348B9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2348B9">
        <w:rPr>
          <w:rFonts w:ascii="Arial" w:hAnsi="Arial" w:cs="Arial"/>
          <w:b/>
          <w:sz w:val="16"/>
          <w:szCs w:val="16"/>
        </w:rPr>
        <w:t>Magheraus</w:t>
      </w:r>
      <w:proofErr w:type="spellEnd"/>
    </w:p>
    <w:p w14:paraId="2778A884" w14:textId="1CA02B9A" w:rsidR="00F9199B" w:rsidRDefault="002348B9" w:rsidP="00F9199B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>
        <w:rPr>
          <w:rFonts w:cs="Times New Roman"/>
          <w:bCs/>
          <w:sz w:val="18"/>
          <w:szCs w:val="18"/>
        </w:rPr>
        <w:t>Primăria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Orasului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Tautii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Magheraus</w:t>
      </w:r>
      <w:proofErr w:type="spellEnd"/>
      <w:r>
        <w:rPr>
          <w:rFonts w:cs="Times New Roman"/>
          <w:bCs/>
          <w:sz w:val="18"/>
          <w:szCs w:val="18"/>
        </w:rPr>
        <w:t xml:space="preserve">, </w:t>
      </w:r>
      <w:proofErr w:type="spellStart"/>
      <w:r>
        <w:rPr>
          <w:rFonts w:cs="Times New Roman"/>
          <w:bCs/>
          <w:sz w:val="18"/>
          <w:szCs w:val="18"/>
        </w:rPr>
        <w:t>județul</w:t>
      </w:r>
      <w:proofErr w:type="spellEnd"/>
      <w:r>
        <w:rPr>
          <w:rFonts w:cs="Times New Roman"/>
          <w:bCs/>
          <w:sz w:val="18"/>
          <w:szCs w:val="18"/>
        </w:rPr>
        <w:t xml:space="preserve"> </w:t>
      </w:r>
      <w:proofErr w:type="spellStart"/>
      <w:r>
        <w:rPr>
          <w:rFonts w:cs="Times New Roman"/>
          <w:bCs/>
          <w:sz w:val="18"/>
          <w:szCs w:val="18"/>
        </w:rPr>
        <w:t>Maramures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caracter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prezenta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cerere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prin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mijloace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>/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manuale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destinate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legale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necesar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să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ne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furnizați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deoarece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refuzul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determină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cererii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sunt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destinate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către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dar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comunicate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și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altor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sau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terți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în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baza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și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în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limitele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legale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sunt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păstrate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doar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pentru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perioada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necesară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scopurilor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scopurilor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pentru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care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au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fost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colectate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înn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vigoare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privind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Protecția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privind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protecția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fizice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în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ceea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ce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privește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caracter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și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privind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libera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a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acestor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acces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și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ștergerea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datelor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opoziție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și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nu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supus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unui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proces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Pentru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acestor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drepturi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vă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puteți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adresa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cerere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scrisă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datată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și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semnată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sediul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primăriei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sau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adresa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de e-</w:t>
      </w:r>
      <w:proofErr w:type="gramStart"/>
      <w:r w:rsidR="00F9199B" w:rsidRPr="00F83523">
        <w:rPr>
          <w:rFonts w:cs="Times New Roman"/>
          <w:bCs/>
          <w:sz w:val="18"/>
          <w:szCs w:val="18"/>
        </w:rPr>
        <w:t xml:space="preserve">mail </w:t>
      </w:r>
      <w:r>
        <w:t xml:space="preserve"> </w:t>
      </w:r>
      <w:proofErr w:type="gramEnd"/>
      <w:r>
        <w:fldChar w:fldCharType="begin"/>
      </w:r>
      <w:r>
        <w:instrText xml:space="preserve"> HYPERLINK "mailto:primaria@tautiimagheraus.ro" </w:instrText>
      </w:r>
      <w:r>
        <w:fldChar w:fldCharType="separate"/>
      </w:r>
      <w:r w:rsidRPr="00F15181">
        <w:rPr>
          <w:rStyle w:val="Hyperlink"/>
        </w:rPr>
        <w:t>primaria@tautiimagheraus.ro</w:t>
      </w:r>
      <w:r>
        <w:fldChar w:fldCharType="end"/>
      </w:r>
      <w:r>
        <w:t xml:space="preserve"> </w:t>
      </w:r>
      <w:r w:rsidR="00F9199B" w:rsidRPr="00F83523">
        <w:rPr>
          <w:rFonts w:cs="Times New Roman"/>
          <w:bCs/>
          <w:sz w:val="18"/>
          <w:szCs w:val="18"/>
        </w:rPr>
        <w:t xml:space="preserve">De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asemenea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vă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este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recunoscut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dreptul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vă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adresa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și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justiției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Datele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nu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sunt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în</w:t>
      </w:r>
      <w:proofErr w:type="spellEnd"/>
      <w:r w:rsidR="00F9199B"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F9199B"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="00F9199B" w:rsidRPr="00F83523">
        <w:rPr>
          <w:rFonts w:cs="Times New Roman"/>
          <w:bCs/>
          <w:sz w:val="18"/>
          <w:szCs w:val="18"/>
        </w:rPr>
        <w:t>.</w:t>
      </w:r>
    </w:p>
    <w:p w14:paraId="5AE584B4" w14:textId="77777777" w:rsidR="00F9199B" w:rsidRPr="00F83523" w:rsidRDefault="00F9199B" w:rsidP="00F9199B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3220C26F" w14:textId="77777777" w:rsidR="00F9199B" w:rsidRPr="004A0D27" w:rsidRDefault="00F9199B" w:rsidP="00F9199B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proofErr w:type="gramStart"/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prin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propria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răspundere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sunt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2DCFFC62" w14:textId="33B622F9" w:rsidR="00F9199B" w:rsidRPr="004A0D27" w:rsidRDefault="00F9199B" w:rsidP="00F9199B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sunt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="002348B9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2348B9">
        <w:rPr>
          <w:rFonts w:cs="Times New Roman"/>
          <w:b/>
          <w:i/>
          <w:iCs/>
          <w:sz w:val="20"/>
          <w:szCs w:val="20"/>
        </w:rPr>
        <w:t>Orasului</w:t>
      </w:r>
      <w:proofErr w:type="spellEnd"/>
      <w:r w:rsidR="002348B9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2348B9">
        <w:rPr>
          <w:rFonts w:cs="Times New Roman"/>
          <w:b/>
          <w:i/>
          <w:iCs/>
          <w:sz w:val="20"/>
          <w:szCs w:val="20"/>
        </w:rPr>
        <w:t>Tautii</w:t>
      </w:r>
      <w:proofErr w:type="spellEnd"/>
      <w:r w:rsidR="002348B9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2348B9">
        <w:rPr>
          <w:rFonts w:cs="Times New Roman"/>
          <w:b/>
          <w:i/>
          <w:iCs/>
          <w:sz w:val="20"/>
          <w:szCs w:val="20"/>
        </w:rPr>
        <w:t>Magheraus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1F121033" w14:textId="77777777" w:rsidR="00F9199B" w:rsidRPr="004A0D27" w:rsidRDefault="00F9199B" w:rsidP="00F9199B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13042AC7" w14:textId="77777777" w:rsidR="00F9199B" w:rsidRPr="00A73A85" w:rsidRDefault="00F9199B" w:rsidP="00F9199B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21E9DB41" w14:textId="77777777" w:rsidR="00F9199B" w:rsidRPr="00D51051" w:rsidRDefault="00F9199B" w:rsidP="00F9199B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238D009E" w14:textId="77777777" w:rsidR="00F9199B" w:rsidRPr="00D51051" w:rsidRDefault="00F9199B" w:rsidP="00F9199B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735D631F" w14:textId="77777777" w:rsidR="00F9199B" w:rsidRPr="00F83523" w:rsidRDefault="00F9199B" w:rsidP="00F9199B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60B07F2A" w14:textId="77777777" w:rsidR="00F9199B" w:rsidRPr="00F83523" w:rsidRDefault="00F9199B" w:rsidP="00F9199B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legitim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p w14:paraId="31BFD39C" w14:textId="77777777" w:rsidR="00F9199B" w:rsidRPr="00E6757A" w:rsidRDefault="00F9199B">
      <w:pPr>
        <w:spacing w:line="168" w:lineRule="auto"/>
        <w:rPr>
          <w:lang w:val="fr-FR"/>
        </w:rPr>
      </w:pPr>
    </w:p>
    <w:sectPr w:rsidR="00F9199B" w:rsidRPr="00E6757A" w:rsidSect="00034616"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8DA045" w14:textId="77777777" w:rsidR="0056479A" w:rsidRDefault="0056479A">
      <w:r>
        <w:separator/>
      </w:r>
    </w:p>
  </w:endnote>
  <w:endnote w:type="continuationSeparator" w:id="0">
    <w:p w14:paraId="57B227B6" w14:textId="77777777" w:rsidR="0056479A" w:rsidRDefault="00564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FAD8D" w14:textId="547B7A71" w:rsidR="00A11ECC" w:rsidRDefault="0056479A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4717F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4717FE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6466AA" w14:textId="77777777" w:rsidR="0056479A" w:rsidRDefault="0056479A">
      <w:r>
        <w:separator/>
      </w:r>
    </w:p>
  </w:footnote>
  <w:footnote w:type="continuationSeparator" w:id="0">
    <w:p w14:paraId="721CD7ED" w14:textId="77777777" w:rsidR="0056479A" w:rsidRDefault="00564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348B9"/>
    <w:rsid w:val="0029639D"/>
    <w:rsid w:val="00326F90"/>
    <w:rsid w:val="00453CDD"/>
    <w:rsid w:val="004717FE"/>
    <w:rsid w:val="0056479A"/>
    <w:rsid w:val="006C103E"/>
    <w:rsid w:val="00721545"/>
    <w:rsid w:val="00730580"/>
    <w:rsid w:val="00A11ECC"/>
    <w:rsid w:val="00AA1D8D"/>
    <w:rsid w:val="00B47730"/>
    <w:rsid w:val="00CB0664"/>
    <w:rsid w:val="00E61A6B"/>
    <w:rsid w:val="00E6757A"/>
    <w:rsid w:val="00F919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1E95A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F9199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8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F9199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8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autiimagheraus.ro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rimaria@tautiimagheraus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C705EA-7DB5-4D51-B71E-E09AA82CC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5124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user</cp:lastModifiedBy>
  <cp:revision>5</cp:revision>
  <cp:lastPrinted>2026-09-08T07:41:00Z</cp:lastPrinted>
  <dcterms:created xsi:type="dcterms:W3CDTF">2026-08-31T09:25:00Z</dcterms:created>
  <dcterms:modified xsi:type="dcterms:W3CDTF">2026-09-08T07:41:00Z</dcterms:modified>
  <cp:category/>
</cp:coreProperties>
</file>