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27561181" w:rsidR="00AD35FD" w:rsidRDefault="00C85A0A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1C6B446E" wp14:editId="24CB53AE">
                  <wp:extent cx="485775" cy="6667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63D9566" w14:textId="62593A3A" w:rsidR="00AD35FD" w:rsidRDefault="00C85A0A">
            <w:pPr>
              <w:keepNext/>
            </w:pPr>
            <w:r>
              <w:rPr>
                <w:b/>
                <w:sz w:val="22"/>
              </w:rPr>
              <w:t>MARAMURES</w:t>
            </w: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01EECC2B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411B3CAD" w14:textId="2E7C6011" w:rsidR="00AD35FD" w:rsidRDefault="00C85A0A" w:rsidP="008A5324">
            <w:pPr>
              <w:keepNext/>
              <w:jc w:val="center"/>
            </w:pPr>
            <w:r>
              <w:rPr>
                <w:b/>
                <w:sz w:val="24"/>
                <w:szCs w:val="24"/>
              </w:rPr>
              <w:t>ORASUL TAUTII MAGHERAUS</w:t>
            </w: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B01792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7050CD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6A073BB1" w:rsidR="00AD35FD" w:rsidRPr="007050CD" w:rsidRDefault="00C85A0A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3627170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B01792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AD9B43E" w14:textId="3DADB2BA" w:rsidR="008A5324" w:rsidRPr="004A0D27" w:rsidRDefault="00C85A0A" w:rsidP="008A5324">
            <w:pPr>
              <w:tabs>
                <w:tab w:val="center" w:pos="4513"/>
                <w:tab w:val="right" w:pos="9026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Str. </w:t>
            </w:r>
            <w:proofErr w:type="gramStart"/>
            <w:r>
              <w:rPr>
                <w:sz w:val="16"/>
                <w:szCs w:val="16"/>
              </w:rPr>
              <w:t>1 ,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="008A5324" w:rsidRPr="004A0D27">
              <w:rPr>
                <w:sz w:val="16"/>
                <w:szCs w:val="16"/>
              </w:rPr>
              <w:t>nr. 1</w:t>
            </w:r>
            <w:r>
              <w:rPr>
                <w:sz w:val="16"/>
                <w:szCs w:val="16"/>
              </w:rPr>
              <w:t>94 , tel.: 0262/293048</w:t>
            </w:r>
            <w:r w:rsidR="008A5324" w:rsidRPr="004A0D27">
              <w:rPr>
                <w:sz w:val="16"/>
                <w:szCs w:val="16"/>
              </w:rPr>
              <w:t xml:space="preserve">, </w:t>
            </w:r>
          </w:p>
          <w:p w14:paraId="1C11E709" w14:textId="431EC348" w:rsidR="00AD35FD" w:rsidRDefault="008A5324" w:rsidP="00C85A0A">
            <w:pPr>
              <w:keepNext/>
            </w:pPr>
            <w:r w:rsidRPr="004A0D27">
              <w:rPr>
                <w:rFonts w:ascii="GoudyOlSt BT" w:hAnsi="GoudyOlSt BT"/>
                <w:sz w:val="16"/>
                <w:szCs w:val="16"/>
              </w:rPr>
              <w:t>e-mail:</w:t>
            </w:r>
            <w:r w:rsidR="00C85A0A">
              <w:t xml:space="preserve"> </w:t>
            </w:r>
            <w:hyperlink r:id="rId10" w:history="1">
              <w:r w:rsidR="00C85A0A" w:rsidRPr="00F15181">
                <w:rPr>
                  <w:rStyle w:val="Hyperlink"/>
                </w:rPr>
                <w:t>primaria@tautiimagheraus.ro</w:t>
              </w:r>
            </w:hyperlink>
            <w:r w:rsidR="00C85A0A">
              <w:t xml:space="preserve"> </w:t>
            </w:r>
            <w:r w:rsidRPr="004A0D27">
              <w:rPr>
                <w:rFonts w:ascii="GoudyOlSt BT" w:hAnsi="GoudyOlSt BT"/>
                <w:color w:val="4472C4"/>
                <w:sz w:val="16"/>
                <w:szCs w:val="16"/>
              </w:rPr>
              <w:t xml:space="preserve">, </w:t>
            </w:r>
            <w:r w:rsidRPr="004A0D27">
              <w:rPr>
                <w:rFonts w:ascii="GoudyOlSt BT" w:hAnsi="GoudyOlSt BT"/>
                <w:sz w:val="16"/>
                <w:szCs w:val="16"/>
              </w:rPr>
              <w:t>www.</w:t>
            </w:r>
            <w:r w:rsidR="00C85A0A">
              <w:rPr>
                <w:rFonts w:ascii="GoudyOlSt BT" w:hAnsi="GoudyOlSt BT"/>
                <w:sz w:val="16"/>
                <w:szCs w:val="16"/>
              </w:rPr>
              <w:t>tautiimagheraus</w:t>
            </w:r>
            <w:r w:rsidRPr="004A0D27">
              <w:rPr>
                <w:rFonts w:ascii="GoudyOlSt BT" w:hAnsi="GoudyOlSt BT"/>
                <w:sz w:val="16"/>
                <w:szCs w:val="16"/>
              </w:rPr>
              <w:t>.ro</w:t>
            </w:r>
            <w:r>
              <w:t xml:space="preserve"> </w:t>
            </w:r>
            <w:r w:rsidR="00C85A0A">
              <w:t xml:space="preserve">  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B01792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B01792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B01792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B01792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39A5EB00" w14:textId="77777777" w:rsidR="00C85A0A" w:rsidRDefault="008A5324" w:rsidP="007050CD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 w:rsidR="006F5F4C"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="00C85A0A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85A0A">
              <w:rPr>
                <w:b/>
                <w:bCs/>
                <w:sz w:val="20"/>
                <w:szCs w:val="20"/>
                <w:lang w:val="fr-FR"/>
              </w:rPr>
              <w:t>Orasului</w:t>
            </w:r>
            <w:proofErr w:type="spellEnd"/>
            <w:r w:rsidR="00C85A0A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85A0A">
              <w:rPr>
                <w:b/>
                <w:bCs/>
                <w:sz w:val="20"/>
                <w:szCs w:val="20"/>
                <w:lang w:val="fr-FR"/>
              </w:rPr>
              <w:t>Tautii</w:t>
            </w:r>
            <w:proofErr w:type="spellEnd"/>
            <w:r w:rsidR="00C85A0A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proofErr w:type="gramStart"/>
            <w:r w:rsidR="00C85A0A">
              <w:rPr>
                <w:b/>
                <w:bCs/>
                <w:sz w:val="20"/>
                <w:szCs w:val="20"/>
                <w:lang w:val="fr-FR"/>
              </w:rPr>
              <w:t>Magheraus</w:t>
            </w:r>
            <w:proofErr w:type="spellEnd"/>
            <w:r w:rsidR="00C85A0A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r w:rsidR="006F5F4C">
              <w:rPr>
                <w:b/>
                <w:bCs/>
                <w:sz w:val="20"/>
                <w:szCs w:val="20"/>
                <w:lang w:val="fr-FR"/>
              </w:rPr>
              <w:t>,</w:t>
            </w:r>
            <w:proofErr w:type="gramEnd"/>
            <w:r w:rsidR="006F5F4C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</w:p>
          <w:p w14:paraId="29E26C9F" w14:textId="7F16E434" w:rsidR="00AD35FD" w:rsidRPr="007050CD" w:rsidRDefault="00C85A0A" w:rsidP="007050CD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D</w:t>
            </w:r>
            <w:r w:rsidR="006F5F4C">
              <w:rPr>
                <w:b/>
                <w:bCs/>
                <w:sz w:val="20"/>
                <w:szCs w:val="20"/>
                <w:lang w:val="fr-FR"/>
              </w:rPr>
              <w:t xml:space="preserve">-lui </w:t>
            </w:r>
            <w:proofErr w:type="spellStart"/>
            <w:r w:rsidR="006F5F4C">
              <w:rPr>
                <w:b/>
                <w:bCs/>
                <w:sz w:val="20"/>
                <w:szCs w:val="20"/>
                <w:lang w:val="fr-FR"/>
              </w:rPr>
              <w:t>primar</w:t>
            </w:r>
            <w:proofErr w:type="spellEnd"/>
            <w:r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B01792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B01792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B01792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B01792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B01792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B01792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B01792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B01792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553F91F3" w:rsidR="00AD35FD" w:rsidRDefault="008A5324">
            <w:pPr>
              <w:keepNext/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="00C85A0A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85A0A">
              <w:rPr>
                <w:b/>
                <w:bCs/>
                <w:sz w:val="20"/>
                <w:szCs w:val="20"/>
                <w:lang w:val="fr-FR"/>
              </w:rPr>
              <w:t>Orasului</w:t>
            </w:r>
            <w:proofErr w:type="spellEnd"/>
            <w:r w:rsidR="00C85A0A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85A0A">
              <w:rPr>
                <w:b/>
                <w:bCs/>
                <w:sz w:val="20"/>
                <w:szCs w:val="20"/>
                <w:lang w:val="fr-FR"/>
              </w:rPr>
              <w:t>Tautii</w:t>
            </w:r>
            <w:proofErr w:type="spellEnd"/>
            <w:r w:rsidR="00C85A0A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85A0A">
              <w:rPr>
                <w:b/>
                <w:bCs/>
                <w:sz w:val="20"/>
                <w:szCs w:val="20"/>
                <w:lang w:val="fr-FR"/>
              </w:rPr>
              <w:t>Magheraus</w:t>
            </w:r>
            <w:proofErr w:type="spellEnd"/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B01792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B01792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B01792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B01792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 xml:space="preserve">ADUC </w:t>
      </w:r>
      <w:r w:rsidRPr="005E6036">
        <w:rPr>
          <w:b/>
          <w:sz w:val="28"/>
          <w:szCs w:val="28"/>
        </w:rPr>
        <w:t>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B01792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B01792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B01792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au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B01792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B01792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B01792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3DE9A785" w:rsidR="00AD35FD" w:rsidRDefault="00C85A0A">
            <w:pPr>
              <w:keepNext/>
            </w:pPr>
            <w:proofErr w:type="spellStart"/>
            <w:r>
              <w:rPr>
                <w:b/>
                <w:sz w:val="20"/>
                <w:szCs w:val="20"/>
              </w:rPr>
              <w:t>Maramures</w:t>
            </w:r>
            <w:proofErr w:type="spellEnd"/>
          </w:p>
        </w:tc>
        <w:tc>
          <w:tcPr>
            <w:tcW w:w="3212" w:type="dxa"/>
            <w:gridSpan w:val="2"/>
          </w:tcPr>
          <w:p w14:paraId="365ED677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8293331" w:rsidR="00AD35FD" w:rsidRDefault="00C85A0A">
            <w:pPr>
              <w:keepNext/>
            </w:pPr>
            <w:proofErr w:type="spellStart"/>
            <w:r>
              <w:rPr>
                <w:b/>
                <w:sz w:val="20"/>
                <w:szCs w:val="20"/>
              </w:rPr>
              <w:t>Orasul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Tautii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Magheraus</w:t>
            </w:r>
            <w:proofErr w:type="spellEnd"/>
          </w:p>
        </w:tc>
        <w:tc>
          <w:tcPr>
            <w:tcW w:w="3212" w:type="dxa"/>
            <w:gridSpan w:val="2"/>
          </w:tcPr>
          <w:p w14:paraId="621EB7A6" w14:textId="44283637" w:rsidR="00AD35FD" w:rsidRDefault="00B01792">
            <w:pPr>
              <w:keepNext/>
            </w:pPr>
            <w:r>
              <w:rPr>
                <w:b/>
                <w:color w:val="0D5F78"/>
              </w:rPr>
              <w:t>Sat / sector</w:t>
            </w:r>
            <w:r w:rsidR="00C85A0A">
              <w:rPr>
                <w:b/>
                <w:color w:val="0D5F78"/>
              </w:rPr>
              <w:t>/</w:t>
            </w:r>
            <w:proofErr w:type="spellStart"/>
            <w:r w:rsidR="00C85A0A">
              <w:rPr>
                <w:b/>
                <w:color w:val="0D5F78"/>
              </w:rPr>
              <w:t>localitate</w:t>
            </w:r>
            <w:proofErr w:type="spellEnd"/>
          </w:p>
          <w:p w14:paraId="4F784361" w14:textId="54D6A6B3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B01792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B01792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B01792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B01792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B01792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B01792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B01792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B01792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B01792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B01792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p w14:paraId="778B9E27" w14:textId="77777777" w:rsidR="008A5324" w:rsidRDefault="008A5324">
      <w:pPr>
        <w:spacing w:line="168" w:lineRule="auto"/>
      </w:pPr>
    </w:p>
    <w:p w14:paraId="0FC42EC7" w14:textId="77777777" w:rsidR="008A5324" w:rsidRDefault="008A5324">
      <w:pPr>
        <w:spacing w:line="168" w:lineRule="auto"/>
      </w:pPr>
    </w:p>
    <w:p w14:paraId="50CEF7F5" w14:textId="77777777" w:rsidR="008A5324" w:rsidRDefault="008A5324">
      <w:pPr>
        <w:spacing w:line="168" w:lineRule="auto"/>
      </w:pPr>
    </w:p>
    <w:p w14:paraId="5DBA428A" w14:textId="77777777" w:rsidR="008A5324" w:rsidRDefault="008A5324">
      <w:pPr>
        <w:spacing w:line="168" w:lineRule="auto"/>
      </w:pPr>
    </w:p>
    <w:p w14:paraId="48F77867" w14:textId="77777777" w:rsidR="008A5324" w:rsidRDefault="008A5324">
      <w:pPr>
        <w:spacing w:line="168" w:lineRule="auto"/>
      </w:pPr>
    </w:p>
    <w:p w14:paraId="2F689802" w14:textId="77777777" w:rsidR="008A5324" w:rsidRDefault="008A5324">
      <w:pPr>
        <w:spacing w:line="168" w:lineRule="auto"/>
      </w:pPr>
    </w:p>
    <w:p w14:paraId="3B15BBA9" w14:textId="77777777" w:rsidR="008A5324" w:rsidRDefault="008A5324">
      <w:pPr>
        <w:spacing w:line="168" w:lineRule="auto"/>
      </w:pPr>
    </w:p>
    <w:p w14:paraId="37DB522A" w14:textId="77777777" w:rsidR="008A5324" w:rsidRPr="00F83523" w:rsidRDefault="008A5324" w:rsidP="008A5324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r w:rsidRPr="00F83523">
        <w:rPr>
          <w:rFonts w:ascii="Arial" w:hAnsi="Arial" w:cs="Arial"/>
          <w:b/>
          <w:sz w:val="16"/>
          <w:szCs w:val="16"/>
        </w:rPr>
        <w:lastRenderedPageBreak/>
        <w:t>NOTĂ DE INFORMARE</w:t>
      </w:r>
    </w:p>
    <w:p w14:paraId="73EBF7DC" w14:textId="0C0524E2" w:rsidR="008A5324" w:rsidRPr="00F83523" w:rsidRDefault="008A5324" w:rsidP="008A5324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</w:t>
      </w:r>
      <w:r w:rsidR="00C85A0A">
        <w:rPr>
          <w:rFonts w:ascii="Arial" w:hAnsi="Arial" w:cs="Arial"/>
          <w:b/>
          <w:sz w:val="16"/>
          <w:szCs w:val="16"/>
        </w:rPr>
        <w:t>adrul</w:t>
      </w:r>
      <w:proofErr w:type="spellEnd"/>
      <w:r w:rsidR="00C85A0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C85A0A">
        <w:rPr>
          <w:rFonts w:ascii="Arial" w:hAnsi="Arial" w:cs="Arial"/>
          <w:b/>
          <w:sz w:val="16"/>
          <w:szCs w:val="16"/>
        </w:rPr>
        <w:t>Primăriei</w:t>
      </w:r>
      <w:proofErr w:type="spellEnd"/>
      <w:r w:rsidR="00C85A0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C85A0A">
        <w:rPr>
          <w:rFonts w:ascii="Arial" w:hAnsi="Arial" w:cs="Arial"/>
          <w:b/>
          <w:sz w:val="16"/>
          <w:szCs w:val="16"/>
        </w:rPr>
        <w:t>Orasului</w:t>
      </w:r>
      <w:proofErr w:type="spellEnd"/>
      <w:r w:rsidR="00C85A0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C85A0A">
        <w:rPr>
          <w:rFonts w:ascii="Arial" w:hAnsi="Arial" w:cs="Arial"/>
          <w:b/>
          <w:sz w:val="16"/>
          <w:szCs w:val="16"/>
        </w:rPr>
        <w:t>Tautii</w:t>
      </w:r>
      <w:proofErr w:type="spellEnd"/>
      <w:r w:rsidR="00C85A0A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C85A0A">
        <w:rPr>
          <w:rFonts w:ascii="Arial" w:hAnsi="Arial" w:cs="Arial"/>
          <w:b/>
          <w:sz w:val="16"/>
          <w:szCs w:val="16"/>
        </w:rPr>
        <w:t>Magheraus</w:t>
      </w:r>
      <w:proofErr w:type="spellEnd"/>
    </w:p>
    <w:p w14:paraId="3E90B4A0" w14:textId="4E6B9E30" w:rsidR="008A5324" w:rsidRDefault="008A5324" w:rsidP="008A5324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r w:rsidR="00C85A0A">
        <w:rPr>
          <w:rFonts w:cs="Times New Roman"/>
          <w:bCs/>
          <w:sz w:val="18"/>
          <w:szCs w:val="18"/>
        </w:rPr>
        <w:t>Orasului</w:t>
      </w:r>
      <w:proofErr w:type="spellEnd"/>
      <w:r w:rsidR="00C85A0A">
        <w:rPr>
          <w:rFonts w:cs="Times New Roman"/>
          <w:bCs/>
          <w:sz w:val="18"/>
          <w:szCs w:val="18"/>
        </w:rPr>
        <w:t xml:space="preserve"> </w:t>
      </w:r>
      <w:proofErr w:type="spellStart"/>
      <w:r w:rsidR="00C85A0A">
        <w:rPr>
          <w:rFonts w:cs="Times New Roman"/>
          <w:bCs/>
          <w:sz w:val="18"/>
          <w:szCs w:val="18"/>
        </w:rPr>
        <w:t>Tautii</w:t>
      </w:r>
      <w:proofErr w:type="spellEnd"/>
      <w:r w:rsidR="00C85A0A">
        <w:rPr>
          <w:rFonts w:cs="Times New Roman"/>
          <w:bCs/>
          <w:sz w:val="18"/>
          <w:szCs w:val="18"/>
        </w:rPr>
        <w:t xml:space="preserve"> </w:t>
      </w:r>
      <w:proofErr w:type="spellStart"/>
      <w:r w:rsidR="00C85A0A">
        <w:rPr>
          <w:rFonts w:cs="Times New Roman"/>
          <w:bCs/>
          <w:sz w:val="18"/>
          <w:szCs w:val="18"/>
        </w:rPr>
        <w:t>Magheraus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="00C85A0A">
        <w:rPr>
          <w:rFonts w:cs="Times New Roman"/>
          <w:bCs/>
          <w:sz w:val="18"/>
          <w:szCs w:val="18"/>
        </w:rPr>
        <w:t>județul</w:t>
      </w:r>
      <w:proofErr w:type="spellEnd"/>
      <w:r w:rsidR="00C85A0A">
        <w:rPr>
          <w:rFonts w:cs="Times New Roman"/>
          <w:bCs/>
          <w:sz w:val="18"/>
          <w:szCs w:val="18"/>
        </w:rPr>
        <w:t xml:space="preserve"> </w:t>
      </w:r>
      <w:proofErr w:type="spellStart"/>
      <w:r w:rsidR="00C85A0A">
        <w:rPr>
          <w:rFonts w:cs="Times New Roman"/>
          <w:bCs/>
          <w:sz w:val="18"/>
          <w:szCs w:val="18"/>
        </w:rPr>
        <w:t>Maramures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destinate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sunt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destinate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sunt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libera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proofErr w:type="gram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proofErr w:type="gram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e-mail</w:t>
      </w:r>
      <w:r w:rsidR="00C85A0A">
        <w:t xml:space="preserve"> </w:t>
      </w:r>
      <w:hyperlink r:id="rId11" w:history="1">
        <w:r w:rsidR="00C85A0A" w:rsidRPr="00F15181">
          <w:rPr>
            <w:rStyle w:val="Hyperlink"/>
          </w:rPr>
          <w:t>primaria@tautiimagheraus.ro</w:t>
        </w:r>
      </w:hyperlink>
      <w:r w:rsidR="00C85A0A">
        <w:t xml:space="preserve"> </w:t>
      </w:r>
      <w:r w:rsidRPr="00F83523">
        <w:rPr>
          <w:rFonts w:cs="Times New Roman"/>
          <w:bCs/>
          <w:sz w:val="18"/>
          <w:szCs w:val="18"/>
        </w:rPr>
        <w:t xml:space="preserve">. 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</w:t>
      </w:r>
      <w:proofErr w:type="spellStart"/>
      <w:r w:rsidRPr="00F83523">
        <w:rPr>
          <w:rFonts w:cs="Times New Roman"/>
          <w:bCs/>
          <w:sz w:val="18"/>
          <w:szCs w:val="18"/>
        </w:rPr>
        <w:t>sunt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506E21C9" w14:textId="77777777" w:rsidR="008A5324" w:rsidRPr="00F83523" w:rsidRDefault="008A5324" w:rsidP="008A5324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2C12F6AF" w14:textId="77777777" w:rsidR="008A5324" w:rsidRPr="004A0D27" w:rsidRDefault="008A5324" w:rsidP="008A5324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proofErr w:type="gramStart"/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prin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propria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răspundere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sunt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6E8E692B" w14:textId="50FAC39A" w:rsidR="008A5324" w:rsidRPr="004A0D27" w:rsidRDefault="008A5324" w:rsidP="008A5324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sunt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="00C85A0A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C85A0A">
        <w:rPr>
          <w:rFonts w:cs="Times New Roman"/>
          <w:b/>
          <w:i/>
          <w:iCs/>
          <w:sz w:val="20"/>
          <w:szCs w:val="20"/>
        </w:rPr>
        <w:t>orasului</w:t>
      </w:r>
      <w:proofErr w:type="spellEnd"/>
      <w:r w:rsidR="00C85A0A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AB6334">
        <w:rPr>
          <w:rFonts w:cs="Times New Roman"/>
          <w:b/>
          <w:i/>
          <w:iCs/>
          <w:sz w:val="20"/>
          <w:szCs w:val="20"/>
        </w:rPr>
        <w:t>T</w:t>
      </w:r>
      <w:r w:rsidR="00C85A0A">
        <w:rPr>
          <w:rFonts w:cs="Times New Roman"/>
          <w:b/>
          <w:i/>
          <w:iCs/>
          <w:sz w:val="20"/>
          <w:szCs w:val="20"/>
        </w:rPr>
        <w:t>autii</w:t>
      </w:r>
      <w:proofErr w:type="spellEnd"/>
      <w:r w:rsidR="00C85A0A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AB6334">
        <w:rPr>
          <w:rFonts w:cs="Times New Roman"/>
          <w:b/>
          <w:i/>
          <w:iCs/>
          <w:sz w:val="20"/>
          <w:szCs w:val="20"/>
        </w:rPr>
        <w:t>M</w:t>
      </w:r>
      <w:bookmarkStart w:id="0" w:name="_GoBack"/>
      <w:bookmarkEnd w:id="0"/>
      <w:r w:rsidR="00C85A0A">
        <w:rPr>
          <w:rFonts w:cs="Times New Roman"/>
          <w:b/>
          <w:i/>
          <w:iCs/>
          <w:sz w:val="20"/>
          <w:szCs w:val="20"/>
        </w:rPr>
        <w:t>agheraus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68658F67" w14:textId="77777777" w:rsidR="008A5324" w:rsidRPr="004A0D27" w:rsidRDefault="008A5324" w:rsidP="008A5324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1B3B5B21" w14:textId="77777777" w:rsidR="008A5324" w:rsidRPr="00A73A85" w:rsidRDefault="008A5324" w:rsidP="008A5324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4F23CC5E" w14:textId="77777777" w:rsidR="008A5324" w:rsidRPr="00D51051" w:rsidRDefault="008A5324" w:rsidP="008A5324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2B6401A6" w14:textId="77777777" w:rsidR="008A5324" w:rsidRPr="00D51051" w:rsidRDefault="008A5324" w:rsidP="008A5324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36A00C6E" w14:textId="77777777" w:rsidR="008A5324" w:rsidRPr="00F83523" w:rsidRDefault="008A5324" w:rsidP="008A5324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3509AA9C" w14:textId="77777777" w:rsidR="008A5324" w:rsidRPr="00F83523" w:rsidRDefault="008A5324" w:rsidP="008A5324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legitim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p w14:paraId="1528CDD6" w14:textId="77777777" w:rsidR="008A5324" w:rsidRDefault="008A5324">
      <w:pPr>
        <w:spacing w:line="168" w:lineRule="auto"/>
      </w:pPr>
    </w:p>
    <w:sectPr w:rsidR="008A5324" w:rsidSect="00034616"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002778" w14:textId="77777777" w:rsidR="00B01792" w:rsidRDefault="00B01792">
      <w:r>
        <w:separator/>
      </w:r>
    </w:p>
  </w:endnote>
  <w:endnote w:type="continuationSeparator" w:id="0">
    <w:p w14:paraId="59A3B156" w14:textId="77777777" w:rsidR="00B01792" w:rsidRDefault="00B01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OlSt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6F1F6F" w14:textId="7C30F0FC" w:rsidR="00AD35FD" w:rsidRDefault="00B01792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31F7D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31F7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F0799D" w14:textId="77777777" w:rsidR="00B01792" w:rsidRDefault="00B01792">
      <w:r>
        <w:separator/>
      </w:r>
    </w:p>
  </w:footnote>
  <w:footnote w:type="continuationSeparator" w:id="0">
    <w:p w14:paraId="126CF13E" w14:textId="77777777" w:rsidR="00B01792" w:rsidRDefault="00B017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331F7D"/>
    <w:rsid w:val="004042FA"/>
    <w:rsid w:val="004F062B"/>
    <w:rsid w:val="005E6036"/>
    <w:rsid w:val="006C103E"/>
    <w:rsid w:val="006F5F4C"/>
    <w:rsid w:val="007050CD"/>
    <w:rsid w:val="00730580"/>
    <w:rsid w:val="008A5324"/>
    <w:rsid w:val="008E3393"/>
    <w:rsid w:val="00AA1D8D"/>
    <w:rsid w:val="00AB5F80"/>
    <w:rsid w:val="00AB6334"/>
    <w:rsid w:val="00AD35FD"/>
    <w:rsid w:val="00B01792"/>
    <w:rsid w:val="00B47730"/>
    <w:rsid w:val="00B769B5"/>
    <w:rsid w:val="00BE0229"/>
    <w:rsid w:val="00C85A0A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7E384F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8A5324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A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8A5324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A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A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primaria@tautiimagheraus.ro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primaria@tautiimagheraus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1802A3-AFB5-4D91-9ADE-497BEA62A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4911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user</cp:lastModifiedBy>
  <cp:revision>7</cp:revision>
  <cp:lastPrinted>2026-09-08T07:54:00Z</cp:lastPrinted>
  <dcterms:created xsi:type="dcterms:W3CDTF">2026-08-31T09:38:00Z</dcterms:created>
  <dcterms:modified xsi:type="dcterms:W3CDTF">2026-09-08T07:54:00Z</dcterms:modified>
  <cp:category/>
</cp:coreProperties>
</file>