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1D65274D" w:rsidR="00E25052" w:rsidRDefault="00652C7A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6671D6E2" wp14:editId="2D046A0C">
                  <wp:extent cx="485775" cy="666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1858B0A4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084C25F" w14:textId="77777777" w:rsidR="0079185D" w:rsidRDefault="00AC5685" w:rsidP="00C16509">
            <w:pPr>
              <w:tabs>
                <w:tab w:val="center" w:pos="4513"/>
                <w:tab w:val="right" w:pos="9026"/>
              </w:tabs>
              <w:rPr>
                <w:b/>
                <w:szCs w:val="24"/>
              </w:rPr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C16509">
              <w:rPr>
                <w:b/>
                <w:color w:val="0D5F78"/>
              </w:rPr>
              <w:t xml:space="preserve"> </w:t>
            </w:r>
            <w:r w:rsidR="00C16509">
              <w:rPr>
                <w:b/>
                <w:szCs w:val="24"/>
              </w:rPr>
              <w:t xml:space="preserve"> </w:t>
            </w:r>
          </w:p>
          <w:p w14:paraId="1F74738E" w14:textId="3D94FDB1" w:rsidR="00E25052" w:rsidRPr="0079185D" w:rsidRDefault="00652C7A" w:rsidP="0079185D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MARAMURES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11559AEF" w:rsidR="00E25052" w:rsidRDefault="00652C7A" w:rsidP="0079185D">
            <w:pPr>
              <w:tabs>
                <w:tab w:val="center" w:pos="4513"/>
                <w:tab w:val="right" w:pos="9026"/>
              </w:tabs>
              <w:jc w:val="center"/>
            </w:pPr>
            <w:r>
              <w:rPr>
                <w:b/>
                <w:sz w:val="24"/>
                <w:szCs w:val="24"/>
              </w:rPr>
              <w:t>ORASUL TAUTII MAGHERAUS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AC5685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22628A62" w:rsidR="00E25052" w:rsidRPr="00EA12E5" w:rsidRDefault="00652C7A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AC5685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4EE0975" w14:textId="6FFBDAED" w:rsidR="00EA12E5" w:rsidRPr="004A0D27" w:rsidRDefault="00652C7A" w:rsidP="00EA12E5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Str. </w:t>
            </w:r>
            <w:proofErr w:type="gramStart"/>
            <w:r>
              <w:rPr>
                <w:sz w:val="16"/>
                <w:szCs w:val="16"/>
              </w:rPr>
              <w:t>1 ,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EA12E5" w:rsidRPr="004A0D27">
              <w:rPr>
                <w:sz w:val="16"/>
                <w:szCs w:val="16"/>
              </w:rPr>
              <w:t xml:space="preserve"> nr. 1</w:t>
            </w:r>
            <w:r>
              <w:rPr>
                <w:sz w:val="16"/>
                <w:szCs w:val="16"/>
              </w:rPr>
              <w:t>94 , tel.: 0262/293048</w:t>
            </w:r>
            <w:r w:rsidR="00EA12E5" w:rsidRPr="004A0D27">
              <w:rPr>
                <w:sz w:val="16"/>
                <w:szCs w:val="16"/>
              </w:rPr>
              <w:t xml:space="preserve">, </w:t>
            </w:r>
          </w:p>
          <w:p w14:paraId="78A52A4D" w14:textId="7A2F0CA1" w:rsidR="00E25052" w:rsidRDefault="00EA12E5" w:rsidP="00652C7A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>e-mail:</w:t>
            </w:r>
            <w:r w:rsidR="00652C7A">
              <w:t xml:space="preserve">  </w:t>
            </w:r>
            <w:hyperlink r:id="rId10" w:history="1">
              <w:r w:rsidR="00652C7A" w:rsidRPr="00F15181">
                <w:rPr>
                  <w:rStyle w:val="Hyperlink"/>
                </w:rPr>
                <w:t>primaria@tautiimagheraus.ro</w:t>
              </w:r>
            </w:hyperlink>
            <w:r w:rsidR="00652C7A">
              <w:t xml:space="preserve"> </w:t>
            </w:r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</w:t>
            </w:r>
            <w:r w:rsidR="00652C7A">
              <w:rPr>
                <w:rFonts w:ascii="GoudyOlSt BT" w:hAnsi="GoudyOlSt BT"/>
                <w:sz w:val="16"/>
                <w:szCs w:val="16"/>
              </w:rPr>
              <w:t>tautiimagheraus.ro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AC5685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AC5685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AC568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5C4842F2" w14:textId="158EA3AF" w:rsidR="00E25052" w:rsidRPr="00F801F2" w:rsidRDefault="00AC5685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B044FB">
              <w:rPr>
                <w:b/>
                <w:color w:val="0D5F78"/>
                <w:lang w:val="fr-FR"/>
              </w:rPr>
              <w:t xml:space="preserve"> 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49277768" w:rsidR="00E25052" w:rsidRPr="00B044FB" w:rsidRDefault="00B044FB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652C7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652C7A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652C7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652C7A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652C7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652C7A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AC5685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AC5685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AC568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AC568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AC568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AC568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AC5685">
            <w:r>
              <w:rPr>
                <w:b/>
                <w:color w:val="0D5F78"/>
              </w:rPr>
              <w:t xml:space="preserve">În calitate de </w:t>
            </w:r>
            <w:r>
              <w:rPr>
                <w:b/>
                <w:color w:val="0D5F78"/>
              </w:rPr>
              <w:t>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AC5685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AC5685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AC5685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AC5685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AC5685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AC5685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B72A81B" w:rsidR="00E25052" w:rsidRPr="00B044FB" w:rsidRDefault="00652C7A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Maramures</w:t>
            </w:r>
            <w:proofErr w:type="spellEnd"/>
          </w:p>
        </w:tc>
        <w:tc>
          <w:tcPr>
            <w:tcW w:w="3212" w:type="dxa"/>
            <w:gridSpan w:val="2"/>
          </w:tcPr>
          <w:p w14:paraId="45C06A6B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532E3EB8" w14:textId="3F0F3D4E" w:rsidR="00B044FB" w:rsidRPr="00B044FB" w:rsidRDefault="00652C7A" w:rsidP="00652C7A">
            <w:pPr>
              <w:tabs>
                <w:tab w:val="center" w:pos="4513"/>
                <w:tab w:val="right" w:pos="9026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Oras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Tautii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Magheraus</w:t>
            </w:r>
            <w:proofErr w:type="spellEnd"/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46AFB832" w:rsidR="00E25052" w:rsidRDefault="00AC5685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652C7A">
              <w:rPr>
                <w:b/>
                <w:color w:val="0D5F78"/>
              </w:rPr>
              <w:t>/</w:t>
            </w:r>
            <w:proofErr w:type="spellStart"/>
            <w:r w:rsidR="00652C7A">
              <w:rPr>
                <w:b/>
                <w:color w:val="0D5F78"/>
              </w:rPr>
              <w:t>localitate</w:t>
            </w:r>
            <w:proofErr w:type="spellEnd"/>
          </w:p>
          <w:p w14:paraId="3E7C20BC" w14:textId="3AA9889B" w:rsidR="00E25052" w:rsidRDefault="00E25052" w:rsidP="00C66DC5">
            <w:pPr>
              <w:tabs>
                <w:tab w:val="center" w:pos="4513"/>
                <w:tab w:val="right" w:pos="9026"/>
              </w:tabs>
              <w:jc w:val="center"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AC5685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AC5685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AC5685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AC5685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AC5685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AC5685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AC5685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de e-mail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</w:t>
            </w:r>
            <w:proofErr w:type="gramEnd"/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AC5685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AC5685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AC5685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AC5685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39095D90" w14:textId="77777777" w:rsidR="004A0D27" w:rsidRDefault="004A0D27" w:rsidP="00F8517F"/>
    <w:p w14:paraId="25146590" w14:textId="77777777" w:rsidR="004A0D27" w:rsidRDefault="004A0D27" w:rsidP="00F8517F"/>
    <w:p w14:paraId="14B18411" w14:textId="77777777" w:rsidR="004A0D27" w:rsidRDefault="004A0D27" w:rsidP="00F8517F"/>
    <w:p w14:paraId="50345972" w14:textId="77777777" w:rsidR="004A0D27" w:rsidRDefault="004A0D27" w:rsidP="00F8517F"/>
    <w:p w14:paraId="6BA9CA02" w14:textId="77777777" w:rsidR="004A0D27" w:rsidRDefault="004A0D27" w:rsidP="00F8517F"/>
    <w:p w14:paraId="7E4C0E66" w14:textId="77777777" w:rsidR="004A0D27" w:rsidRDefault="004A0D27" w:rsidP="00F8517F"/>
    <w:p w14:paraId="66E493E1" w14:textId="77777777" w:rsidR="004A0D27" w:rsidRDefault="004A0D27" w:rsidP="00F8517F"/>
    <w:p w14:paraId="1FC24734" w14:textId="77777777" w:rsidR="004A0D27" w:rsidRDefault="004A0D27" w:rsidP="00F8517F"/>
    <w:p w14:paraId="52BF921F" w14:textId="77777777" w:rsidR="004A0D27" w:rsidRDefault="004A0D27" w:rsidP="00F8517F"/>
    <w:p w14:paraId="07E8340E" w14:textId="77777777" w:rsidR="004A0D27" w:rsidRPr="00F83523" w:rsidRDefault="004A0D27" w:rsidP="004A0D27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78364"/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7221B701" w14:textId="58BB9A88" w:rsidR="004A0D27" w:rsidRPr="00F83523" w:rsidRDefault="004A0D27" w:rsidP="004A0D27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652C7A">
        <w:rPr>
          <w:rFonts w:ascii="Arial" w:hAnsi="Arial" w:cs="Arial"/>
          <w:b/>
          <w:sz w:val="16"/>
          <w:szCs w:val="16"/>
        </w:rPr>
        <w:t>adrul</w:t>
      </w:r>
      <w:proofErr w:type="spellEnd"/>
      <w:r w:rsidR="00652C7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652C7A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652C7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652C7A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652C7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652C7A">
        <w:rPr>
          <w:rFonts w:ascii="Arial" w:hAnsi="Arial" w:cs="Arial"/>
          <w:b/>
          <w:sz w:val="16"/>
          <w:szCs w:val="16"/>
        </w:rPr>
        <w:t>Tautii</w:t>
      </w:r>
      <w:proofErr w:type="spellEnd"/>
      <w:r w:rsidR="00652C7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652C7A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12768ADE" w14:textId="1065F216" w:rsidR="004A0D27" w:rsidRDefault="00652C7A" w:rsidP="004A0D27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>
        <w:rPr>
          <w:rFonts w:cs="Times New Roman"/>
          <w:bCs/>
          <w:sz w:val="18"/>
          <w:szCs w:val="18"/>
        </w:rPr>
        <w:t>Primăria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Orasului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Tautii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Magheraus</w:t>
      </w:r>
      <w:proofErr w:type="spellEnd"/>
      <w:r>
        <w:rPr>
          <w:rFonts w:cs="Times New Roman"/>
          <w:bCs/>
          <w:sz w:val="18"/>
          <w:szCs w:val="18"/>
        </w:rPr>
        <w:t xml:space="preserve">, </w:t>
      </w:r>
      <w:proofErr w:type="spellStart"/>
      <w:r>
        <w:rPr>
          <w:rFonts w:cs="Times New Roman"/>
          <w:bCs/>
          <w:sz w:val="18"/>
          <w:szCs w:val="18"/>
        </w:rPr>
        <w:t>județul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Maramures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prezenta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prin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mijloace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>/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manuale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necesar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ne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furnizați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deoarece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refuzul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determină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cererii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sunt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către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comunicate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altor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sau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terți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baza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limitele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sunt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păstrate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doar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perioada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necesară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care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au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fost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colectate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vigoare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fizice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ceea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privește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libera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acces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ștergerea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opoziție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nu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supus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unui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proces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drepturi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vă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puteți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scrisă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datată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semnată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sediul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primăriei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sau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de e-</w:t>
      </w:r>
      <w:proofErr w:type="gramStart"/>
      <w:r w:rsidR="004A0D27" w:rsidRPr="00F83523">
        <w:rPr>
          <w:rFonts w:cs="Times New Roman"/>
          <w:bCs/>
          <w:sz w:val="18"/>
          <w:szCs w:val="18"/>
        </w:rPr>
        <w:t xml:space="preserve">mail </w:t>
      </w:r>
      <w:r>
        <w:t>:</w:t>
      </w:r>
      <w:proofErr w:type="gramEnd"/>
      <w:r>
        <w:t xml:space="preserve"> </w:t>
      </w:r>
      <w:hyperlink r:id="rId11" w:history="1">
        <w:r w:rsidRPr="00F15181">
          <w:rPr>
            <w:rStyle w:val="Hyperlink"/>
          </w:rPr>
          <w:t>primaria@tautiimagheraus.ro</w:t>
        </w:r>
      </w:hyperlink>
      <w:r>
        <w:t xml:space="preserve"> </w:t>
      </w:r>
      <w:r w:rsidR="004A0D27" w:rsidRPr="00F83523">
        <w:rPr>
          <w:rFonts w:cs="Times New Roman"/>
          <w:bCs/>
          <w:sz w:val="18"/>
          <w:szCs w:val="18"/>
        </w:rPr>
        <w:t xml:space="preserve">De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asemenea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vă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este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recunoscut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vă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și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justiției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nu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sunt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în</w:t>
      </w:r>
      <w:proofErr w:type="spellEnd"/>
      <w:r w:rsidR="004A0D27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4A0D27"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="004A0D27" w:rsidRPr="00F83523">
        <w:rPr>
          <w:rFonts w:cs="Times New Roman"/>
          <w:bCs/>
          <w:sz w:val="18"/>
          <w:szCs w:val="18"/>
        </w:rPr>
        <w:t>.</w:t>
      </w:r>
    </w:p>
    <w:p w14:paraId="68BA1088" w14:textId="77777777" w:rsidR="004A0D27" w:rsidRPr="00F83523" w:rsidRDefault="004A0D27" w:rsidP="004A0D27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45191FDA" w14:textId="77777777" w:rsidR="004A0D27" w:rsidRPr="004A0D27" w:rsidRDefault="004A0D27" w:rsidP="004A0D27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propria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sunt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FE7BDFE" w14:textId="74AFCF6E" w:rsidR="004A0D27" w:rsidRPr="004A0D27" w:rsidRDefault="004A0D27" w:rsidP="004A0D27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652C7A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652C7A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652C7A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652C7A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652C7A">
        <w:rPr>
          <w:rFonts w:cs="Times New Roman"/>
          <w:b/>
          <w:i/>
          <w:iCs/>
          <w:sz w:val="20"/>
          <w:szCs w:val="20"/>
        </w:rPr>
        <w:t>Magheraus</w:t>
      </w:r>
      <w:bookmarkStart w:id="1" w:name="_GoBack"/>
      <w:bookmarkEnd w:id="1"/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2870A446" w14:textId="186A04DA" w:rsidR="004A0D27" w:rsidRPr="004A0D27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045AD398" w14:textId="77777777" w:rsidR="004A0D27" w:rsidRPr="00A73A85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2B74309B" w14:textId="77777777" w:rsidR="004A0D27" w:rsidRPr="00D51051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379819A" w14:textId="77777777" w:rsidR="004A0D27" w:rsidRPr="00D51051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076DBBE1" w14:textId="77777777" w:rsidR="004A0D27" w:rsidRPr="00F83523" w:rsidRDefault="004A0D27" w:rsidP="004A0D27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17CD4C6E" w14:textId="77777777" w:rsidR="004A0D27" w:rsidRPr="00F83523" w:rsidRDefault="004A0D27" w:rsidP="004A0D27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bookmarkEnd w:id="0"/>
    <w:p w14:paraId="7C0C88C7" w14:textId="77777777" w:rsidR="004A0D27" w:rsidRDefault="004A0D27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A67D26" w14:textId="77777777" w:rsidR="00AC5685" w:rsidRDefault="00AC5685">
      <w:r>
        <w:separator/>
      </w:r>
    </w:p>
  </w:endnote>
  <w:endnote w:type="continuationSeparator" w:id="0">
    <w:p w14:paraId="48C20F6D" w14:textId="77777777" w:rsidR="00AC5685" w:rsidRDefault="00AC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B80A8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B80A8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C3D45F" w14:textId="77777777" w:rsidR="00AC5685" w:rsidRDefault="00AC5685">
      <w:r>
        <w:separator/>
      </w:r>
    </w:p>
  </w:footnote>
  <w:footnote w:type="continuationSeparator" w:id="0">
    <w:p w14:paraId="3673D00F" w14:textId="77777777" w:rsidR="00AC5685" w:rsidRDefault="00AC5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3CFD"/>
    <w:rsid w:val="000F55B4"/>
    <w:rsid w:val="0015074B"/>
    <w:rsid w:val="001B30B7"/>
    <w:rsid w:val="0021562A"/>
    <w:rsid w:val="0029639D"/>
    <w:rsid w:val="002A63DE"/>
    <w:rsid w:val="00326F90"/>
    <w:rsid w:val="004A0D27"/>
    <w:rsid w:val="005754E5"/>
    <w:rsid w:val="00652C7A"/>
    <w:rsid w:val="006C103E"/>
    <w:rsid w:val="00730580"/>
    <w:rsid w:val="00763A7C"/>
    <w:rsid w:val="0079185D"/>
    <w:rsid w:val="00861954"/>
    <w:rsid w:val="00905CC5"/>
    <w:rsid w:val="009B5021"/>
    <w:rsid w:val="00A03978"/>
    <w:rsid w:val="00AA1D8D"/>
    <w:rsid w:val="00AC5685"/>
    <w:rsid w:val="00B044FB"/>
    <w:rsid w:val="00B16250"/>
    <w:rsid w:val="00B47730"/>
    <w:rsid w:val="00B80A81"/>
    <w:rsid w:val="00C16509"/>
    <w:rsid w:val="00C66DC5"/>
    <w:rsid w:val="00CB0664"/>
    <w:rsid w:val="00CB0B13"/>
    <w:rsid w:val="00D948D6"/>
    <w:rsid w:val="00E25052"/>
    <w:rsid w:val="00E61A6B"/>
    <w:rsid w:val="00EA12E5"/>
    <w:rsid w:val="00F34B9F"/>
    <w:rsid w:val="00F801F2"/>
    <w:rsid w:val="00F8517F"/>
    <w:rsid w:val="00FC693F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B5398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EA12E5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EA12E5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imaria@tautiimagheraus.ro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rimaria@tautiimagheraus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F0BFAA-6A15-40EF-85F8-FC08B4388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13</cp:revision>
  <cp:lastPrinted>2026-09-08T07:10:00Z</cp:lastPrinted>
  <dcterms:created xsi:type="dcterms:W3CDTF">2026-08-31T07:10:00Z</dcterms:created>
  <dcterms:modified xsi:type="dcterms:W3CDTF">2026-09-08T07:10:00Z</dcterms:modified>
  <cp:category/>
</cp:coreProperties>
</file>