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1E1635" w14:paraId="4C68BCA7" w14:textId="77777777">
        <w:trPr>
          <w:cantSplit/>
          <w:trHeight w:val="510"/>
        </w:trPr>
        <w:tc>
          <w:tcPr>
            <w:tcW w:w="1606" w:type="dxa"/>
            <w:vMerge w:val="restart"/>
            <w:vAlign w:val="center"/>
          </w:tcPr>
          <w:p w14:paraId="573C7D55" w14:textId="4F9F9507" w:rsidR="001E1635" w:rsidRDefault="00BB18C8">
            <w:pPr>
              <w:keepNext/>
              <w:jc w:val="center"/>
            </w:pPr>
            <w:r>
              <w:rPr>
                <w:noProof/>
              </w:rPr>
              <w:drawing>
                <wp:inline distT="0" distB="0" distL="0" distR="0" wp14:anchorId="1F165A59" wp14:editId="0CC729E9">
                  <wp:extent cx="485775" cy="666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5775" cy="666750"/>
                          </a:xfrm>
                          <a:prstGeom prst="rect">
                            <a:avLst/>
                          </a:prstGeom>
                          <a:noFill/>
                        </pic:spPr>
                      </pic:pic>
                    </a:graphicData>
                  </a:graphic>
                </wp:inline>
              </w:drawing>
            </w:r>
          </w:p>
        </w:tc>
        <w:tc>
          <w:tcPr>
            <w:tcW w:w="8030" w:type="dxa"/>
            <w:gridSpan w:val="3"/>
            <w:shd w:val="clear" w:color="auto" w:fill="F0F0F0"/>
          </w:tcPr>
          <w:p w14:paraId="46A0FA06" w14:textId="77777777" w:rsidR="001E1635" w:rsidRDefault="001F7E0D">
            <w:pPr>
              <w:keepNext/>
            </w:pPr>
            <w:r>
              <w:rPr>
                <w:b/>
                <w:color w:val="0D5F78"/>
              </w:rPr>
              <w:t>Județul</w:t>
            </w:r>
          </w:p>
          <w:p w14:paraId="28A49159" w14:textId="39C780BA" w:rsidR="001E1635" w:rsidRDefault="00BB18C8">
            <w:pPr>
              <w:keepNext/>
            </w:pPr>
            <w:r>
              <w:rPr>
                <w:b/>
                <w:sz w:val="22"/>
              </w:rPr>
              <w:t>MARAMURES</w:t>
            </w:r>
          </w:p>
        </w:tc>
      </w:tr>
      <w:tr w:rsidR="001E1635" w14:paraId="51C0757A" w14:textId="77777777">
        <w:trPr>
          <w:cantSplit/>
          <w:trHeight w:val="510"/>
        </w:trPr>
        <w:tc>
          <w:tcPr>
            <w:tcW w:w="1606" w:type="dxa"/>
            <w:vMerge/>
          </w:tcPr>
          <w:p w14:paraId="691A2AC8" w14:textId="77777777" w:rsidR="001E1635" w:rsidRDefault="001E1635"/>
        </w:tc>
        <w:tc>
          <w:tcPr>
            <w:tcW w:w="8030" w:type="dxa"/>
            <w:gridSpan w:val="3"/>
            <w:shd w:val="clear" w:color="auto" w:fill="F0F0F0"/>
          </w:tcPr>
          <w:p w14:paraId="2BE82BE0" w14:textId="77777777" w:rsidR="001E1635" w:rsidRDefault="001F7E0D">
            <w:pPr>
              <w:keepNext/>
            </w:pPr>
            <w:r>
              <w:rPr>
                <w:b/>
                <w:color w:val="0D5F78"/>
              </w:rPr>
              <w:t>Autoritatea administrației publice</w:t>
            </w:r>
          </w:p>
          <w:p w14:paraId="6C93295C" w14:textId="73300ECF" w:rsidR="00C51A51" w:rsidRPr="00C16509" w:rsidRDefault="00BB18C8" w:rsidP="00C51A51">
            <w:pPr>
              <w:tabs>
                <w:tab w:val="center" w:pos="4513"/>
                <w:tab w:val="right" w:pos="9026"/>
              </w:tabs>
              <w:jc w:val="center"/>
              <w:rPr>
                <w:b/>
                <w:sz w:val="24"/>
                <w:szCs w:val="24"/>
              </w:rPr>
            </w:pPr>
            <w:r>
              <w:rPr>
                <w:b/>
                <w:sz w:val="24"/>
                <w:szCs w:val="24"/>
              </w:rPr>
              <w:t>ORASUL TAUTII MAGHERAUS</w:t>
            </w:r>
          </w:p>
          <w:p w14:paraId="04E7F576" w14:textId="77777777" w:rsidR="001E1635" w:rsidRDefault="001E1635">
            <w:pPr>
              <w:keepNext/>
            </w:pPr>
          </w:p>
        </w:tc>
      </w:tr>
      <w:tr w:rsidR="001E1635" w14:paraId="2631F304" w14:textId="77777777">
        <w:trPr>
          <w:cantSplit/>
          <w:trHeight w:val="510"/>
        </w:trPr>
        <w:tc>
          <w:tcPr>
            <w:tcW w:w="1606" w:type="dxa"/>
            <w:vMerge/>
          </w:tcPr>
          <w:p w14:paraId="5F679958" w14:textId="77777777" w:rsidR="001E1635" w:rsidRDefault="001E1635"/>
        </w:tc>
        <w:tc>
          <w:tcPr>
            <w:tcW w:w="2409" w:type="dxa"/>
            <w:shd w:val="clear" w:color="auto" w:fill="F0F0F0"/>
          </w:tcPr>
          <w:p w14:paraId="24729E83" w14:textId="77777777" w:rsidR="001E1635" w:rsidRPr="006257CA" w:rsidRDefault="001F7E0D">
            <w:pPr>
              <w:keepNext/>
              <w:rPr>
                <w:lang w:val="fr-FR"/>
              </w:rPr>
            </w:pPr>
            <w:r w:rsidRPr="006257CA">
              <w:rPr>
                <w:b/>
                <w:color w:val="0D5F78"/>
                <w:lang w:val="fr-FR"/>
              </w:rPr>
              <w:t>Cod de identificare fiscală (CIF)</w:t>
            </w:r>
          </w:p>
          <w:p w14:paraId="5C37BD63" w14:textId="64E21367" w:rsidR="001E1635" w:rsidRPr="00C51A51" w:rsidRDefault="00BB18C8">
            <w:pPr>
              <w:keepNext/>
              <w:rPr>
                <w:b/>
                <w:bCs/>
                <w:lang w:val="fr-FR"/>
              </w:rPr>
            </w:pPr>
            <w:r>
              <w:rPr>
                <w:b/>
                <w:bCs/>
                <w:sz w:val="20"/>
                <w:szCs w:val="20"/>
                <w:lang w:val="fr-FR"/>
              </w:rPr>
              <w:t>3627170</w:t>
            </w:r>
          </w:p>
        </w:tc>
        <w:tc>
          <w:tcPr>
            <w:tcW w:w="5621" w:type="dxa"/>
            <w:gridSpan w:val="2"/>
            <w:shd w:val="clear" w:color="auto" w:fill="F0F0F0"/>
          </w:tcPr>
          <w:p w14:paraId="616968D6" w14:textId="77777777" w:rsidR="001E1635" w:rsidRDefault="001F7E0D">
            <w:pPr>
              <w:keepNext/>
            </w:pPr>
            <w:r>
              <w:rPr>
                <w:b/>
                <w:color w:val="0D5F78"/>
              </w:rPr>
              <w:t>Adresa oficială</w:t>
            </w:r>
          </w:p>
          <w:p w14:paraId="22908AC3" w14:textId="435213E0" w:rsidR="00C51A51" w:rsidRPr="00C51A51" w:rsidRDefault="00BB18C8" w:rsidP="00C51A51">
            <w:pPr>
              <w:tabs>
                <w:tab w:val="center" w:pos="4513"/>
                <w:tab w:val="right" w:pos="9026"/>
              </w:tabs>
              <w:rPr>
                <w:sz w:val="18"/>
                <w:szCs w:val="18"/>
              </w:rPr>
            </w:pPr>
            <w:r>
              <w:rPr>
                <w:sz w:val="18"/>
                <w:szCs w:val="18"/>
              </w:rPr>
              <w:t xml:space="preserve">Str. 1 , </w:t>
            </w:r>
            <w:r w:rsidR="00C51A51" w:rsidRPr="00C51A51">
              <w:rPr>
                <w:sz w:val="18"/>
                <w:szCs w:val="18"/>
              </w:rPr>
              <w:t xml:space="preserve"> nr. 1</w:t>
            </w:r>
            <w:r>
              <w:rPr>
                <w:sz w:val="18"/>
                <w:szCs w:val="18"/>
              </w:rPr>
              <w:t>94 , tel.: 0262/293048</w:t>
            </w:r>
            <w:r w:rsidR="00C51A51" w:rsidRPr="00C51A51">
              <w:rPr>
                <w:sz w:val="18"/>
                <w:szCs w:val="18"/>
              </w:rPr>
              <w:t xml:space="preserve">, </w:t>
            </w:r>
          </w:p>
          <w:p w14:paraId="0EA9E139" w14:textId="30A550FA" w:rsidR="001E1635" w:rsidRPr="00C51A51" w:rsidRDefault="00C51A51" w:rsidP="00BB18C8">
            <w:pPr>
              <w:tabs>
                <w:tab w:val="center" w:pos="4513"/>
                <w:tab w:val="right" w:pos="9026"/>
              </w:tabs>
            </w:pPr>
            <w:r w:rsidRPr="00C51A51">
              <w:rPr>
                <w:rFonts w:ascii="GoudyOlSt BT" w:hAnsi="GoudyOlSt BT"/>
                <w:sz w:val="18"/>
                <w:szCs w:val="18"/>
              </w:rPr>
              <w:t>e-mail:</w:t>
            </w:r>
            <w:r w:rsidR="00BB18C8">
              <w:t xml:space="preserve"> </w:t>
            </w:r>
            <w:hyperlink r:id="rId9" w:history="1">
              <w:r w:rsidR="00BB18C8" w:rsidRPr="00F15181">
                <w:rPr>
                  <w:rStyle w:val="Hyperlink"/>
                </w:rPr>
                <w:t>primaria@tautiimagheraus.ro</w:t>
              </w:r>
            </w:hyperlink>
            <w:r w:rsidR="00BB18C8">
              <w:t xml:space="preserve"> </w:t>
            </w:r>
            <w:r w:rsidRPr="00C51A51">
              <w:rPr>
                <w:rFonts w:ascii="GoudyOlSt BT" w:hAnsi="GoudyOlSt BT"/>
                <w:color w:val="4472C4"/>
                <w:sz w:val="18"/>
                <w:szCs w:val="18"/>
              </w:rPr>
              <w:t xml:space="preserve">, </w:t>
            </w:r>
            <w:r w:rsidRPr="00C51A51">
              <w:rPr>
                <w:rFonts w:ascii="GoudyOlSt BT" w:hAnsi="GoudyOlSt BT"/>
                <w:sz w:val="18"/>
                <w:szCs w:val="18"/>
              </w:rPr>
              <w:t>www.</w:t>
            </w:r>
            <w:r w:rsidR="00BB18C8">
              <w:rPr>
                <w:rFonts w:ascii="GoudyOlSt BT" w:hAnsi="GoudyOlSt BT"/>
                <w:sz w:val="18"/>
                <w:szCs w:val="18"/>
              </w:rPr>
              <w:t>tautiimagheraus.ro</w:t>
            </w:r>
          </w:p>
        </w:tc>
      </w:tr>
      <w:tr w:rsidR="001E1635" w14:paraId="0E65AED2" w14:textId="77777777">
        <w:trPr>
          <w:cantSplit/>
          <w:trHeight w:val="510"/>
        </w:trPr>
        <w:tc>
          <w:tcPr>
            <w:tcW w:w="1606" w:type="dxa"/>
            <w:vMerge/>
          </w:tcPr>
          <w:p w14:paraId="6544B9D7" w14:textId="77777777" w:rsidR="001E1635" w:rsidRDefault="001E1635"/>
        </w:tc>
        <w:tc>
          <w:tcPr>
            <w:tcW w:w="4818" w:type="dxa"/>
            <w:gridSpan w:val="2"/>
            <w:shd w:val="clear" w:color="auto" w:fill="F0F0F0"/>
          </w:tcPr>
          <w:p w14:paraId="189A61B2" w14:textId="559FF8FF" w:rsidR="001E1635" w:rsidRDefault="008664A4">
            <w:pPr>
              <w:keepNext/>
            </w:pPr>
            <w:r>
              <w:rPr>
                <w:b/>
                <w:color w:val="0D5F78"/>
              </w:rPr>
              <w:t xml:space="preserve">                                </w:t>
            </w:r>
            <w:r w:rsidR="001F7E0D">
              <w:rPr>
                <w:b/>
                <w:color w:val="0D5F78"/>
              </w:rPr>
              <w:t>Număr de înregistrare</w:t>
            </w:r>
          </w:p>
          <w:p w14:paraId="75A2B56A" w14:textId="23A527FF" w:rsidR="001E1635" w:rsidRPr="008664A4" w:rsidRDefault="001E1635">
            <w:pPr>
              <w:keepNext/>
              <w:rPr>
                <w:b/>
              </w:rPr>
            </w:pPr>
          </w:p>
        </w:tc>
        <w:tc>
          <w:tcPr>
            <w:tcW w:w="3212" w:type="dxa"/>
            <w:shd w:val="clear" w:color="auto" w:fill="F0F0F0"/>
          </w:tcPr>
          <w:p w14:paraId="7E1695D8" w14:textId="752020E8" w:rsidR="001E1635" w:rsidRDefault="008664A4">
            <w:pPr>
              <w:keepNext/>
            </w:pPr>
            <w:r>
              <w:rPr>
                <w:b/>
                <w:color w:val="0D5F78"/>
              </w:rPr>
              <w:t xml:space="preserve">                          </w:t>
            </w:r>
            <w:r w:rsidR="001F7E0D">
              <w:rPr>
                <w:b/>
                <w:color w:val="0D5F78"/>
              </w:rPr>
              <w:t>Data</w:t>
            </w:r>
          </w:p>
          <w:p w14:paraId="437F86DD" w14:textId="11FC1B42" w:rsidR="001E1635" w:rsidRPr="003E2705" w:rsidRDefault="001E1635">
            <w:pPr>
              <w:keepNext/>
              <w:rPr>
                <w:b/>
              </w:rPr>
            </w:pPr>
          </w:p>
        </w:tc>
      </w:tr>
      <w:tr w:rsidR="001E1635" w:rsidRPr="00A37FAC" w14:paraId="39119751" w14:textId="77777777">
        <w:trPr>
          <w:cantSplit/>
        </w:trPr>
        <w:tc>
          <w:tcPr>
            <w:tcW w:w="9636" w:type="dxa"/>
            <w:gridSpan w:val="4"/>
            <w:shd w:val="clear" w:color="auto" w:fill="F0F0F0"/>
          </w:tcPr>
          <w:p w14:paraId="6DF05C4B" w14:textId="77777777" w:rsidR="001E1635" w:rsidRPr="006257CA" w:rsidRDefault="001F7E0D">
            <w:pPr>
              <w:rPr>
                <w:lang w:val="fr-FR"/>
              </w:rPr>
            </w:pPr>
            <w:r w:rsidRPr="006257CA">
              <w:rPr>
                <w:i/>
                <w:color w:val="595959"/>
                <w:lang w:val="fr-FR"/>
              </w:rPr>
              <w:t xml:space="preserve"> se completează de autoritate — solicitantul nu scrie în această zonă</w:t>
            </w:r>
          </w:p>
        </w:tc>
      </w:tr>
    </w:tbl>
    <w:p w14:paraId="72E6D1D1" w14:textId="77777777" w:rsidR="001E1635" w:rsidRPr="006257CA" w:rsidRDefault="001E1635">
      <w:pPr>
        <w:spacing w:line="168" w:lineRule="auto"/>
        <w:rPr>
          <w:lang w:val="fr-FR"/>
        </w:rPr>
      </w:pPr>
    </w:p>
    <w:p w14:paraId="1DD2FBAB" w14:textId="6A747212" w:rsidR="001E1635" w:rsidRPr="00A37FAC" w:rsidRDefault="001F7E0D" w:rsidP="006257CA">
      <w:pPr>
        <w:spacing w:before="140" w:after="40"/>
        <w:jc w:val="center"/>
        <w:rPr>
          <w:sz w:val="28"/>
          <w:szCs w:val="28"/>
        </w:rPr>
      </w:pPr>
      <w:r w:rsidRPr="00A37FAC">
        <w:rPr>
          <w:b/>
          <w:sz w:val="28"/>
          <w:szCs w:val="28"/>
        </w:rPr>
        <w:t>CERERE</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1E1635" w14:paraId="2045E07B" w14:textId="77777777">
        <w:trPr>
          <w:cantSplit/>
        </w:trPr>
        <w:tc>
          <w:tcPr>
            <w:tcW w:w="9636" w:type="dxa"/>
            <w:shd w:val="clear" w:color="auto" w:fill="F4F4F4"/>
          </w:tcPr>
          <w:p w14:paraId="420DA37E" w14:textId="77777777" w:rsidR="001E1635" w:rsidRDefault="001F7E0D">
            <w:pPr>
              <w:keepNext/>
            </w:pPr>
            <w:r>
              <w:rPr>
                <w:b/>
                <w:sz w:val="16"/>
              </w:rPr>
              <w:t xml:space="preserve"> 1. </w:t>
            </w:r>
            <w:r>
              <w:rPr>
                <w:b/>
                <w:color w:val="000000"/>
                <w:sz w:val="18"/>
              </w:rPr>
              <w:t>CĂTRE</w:t>
            </w:r>
          </w:p>
        </w:tc>
      </w:tr>
      <w:tr w:rsidR="001E1635" w:rsidRPr="00A37FAC" w14:paraId="3420F494" w14:textId="77777777">
        <w:trPr>
          <w:cantSplit/>
          <w:trHeight w:val="510"/>
        </w:trPr>
        <w:tc>
          <w:tcPr>
            <w:tcW w:w="9636" w:type="dxa"/>
          </w:tcPr>
          <w:p w14:paraId="2670D99B" w14:textId="49FFCA06" w:rsidR="001E1635" w:rsidRPr="006257CA" w:rsidRDefault="001F7E0D">
            <w:pPr>
              <w:keepNext/>
              <w:rPr>
                <w:lang w:val="fr-FR"/>
              </w:rPr>
            </w:pPr>
            <w:r w:rsidRPr="006257CA">
              <w:rPr>
                <w:b/>
                <w:color w:val="0D5F78"/>
                <w:lang w:val="fr-FR"/>
              </w:rPr>
              <w:t>Instituția</w:t>
            </w:r>
            <w:r w:rsidR="00C51A51">
              <w:rPr>
                <w:b/>
                <w:color w:val="0D5F78"/>
                <w:lang w:val="fr-FR"/>
              </w:rPr>
              <w:t xml:space="preserve"> </w:t>
            </w:r>
            <w:r w:rsidRPr="006257CA">
              <w:rPr>
                <w:i/>
                <w:color w:val="7A7A7A"/>
                <w:lang w:val="fr-FR"/>
              </w:rPr>
              <w:t>primăria municipiului / orașului / comunei · primăria de sector · consiliul județean</w:t>
            </w:r>
          </w:p>
          <w:p w14:paraId="5258CF99" w14:textId="2B3FF177" w:rsidR="001E1635" w:rsidRPr="006257CA" w:rsidRDefault="00C51A51">
            <w:pPr>
              <w:keepNext/>
              <w:rPr>
                <w:lang w:val="fr-FR"/>
              </w:rPr>
            </w:pPr>
            <w:r w:rsidRPr="00B044FB">
              <w:rPr>
                <w:b/>
                <w:bCs/>
                <w:sz w:val="20"/>
                <w:szCs w:val="20"/>
                <w:lang w:val="fr-FR"/>
              </w:rPr>
              <w:t>Prim</w:t>
            </w:r>
            <w:r>
              <w:rPr>
                <w:b/>
                <w:bCs/>
                <w:sz w:val="20"/>
                <w:szCs w:val="20"/>
                <w:lang w:val="fr-FR"/>
              </w:rPr>
              <w:t>ăria</w:t>
            </w:r>
            <w:r w:rsidR="00BB18C8">
              <w:rPr>
                <w:b/>
                <w:bCs/>
                <w:sz w:val="20"/>
                <w:szCs w:val="20"/>
                <w:lang w:val="fr-FR"/>
              </w:rPr>
              <w:t xml:space="preserve"> Orasului Tautii Magheraus</w:t>
            </w:r>
          </w:p>
        </w:tc>
      </w:tr>
      <w:tr w:rsidR="001E1635" w:rsidRPr="00A37FAC" w14:paraId="75BAA432" w14:textId="77777777">
        <w:trPr>
          <w:cantSplit/>
        </w:trPr>
        <w:tc>
          <w:tcPr>
            <w:tcW w:w="9636" w:type="dxa"/>
            <w:shd w:val="clear" w:color="auto" w:fill="F4F4F4"/>
          </w:tcPr>
          <w:p w14:paraId="6F539CFE" w14:textId="77777777" w:rsidR="001E1635" w:rsidRPr="006257CA" w:rsidRDefault="001F7E0D">
            <w:pPr>
              <w:spacing w:line="228" w:lineRule="auto"/>
              <w:rPr>
                <w:lang w:val="fr-FR"/>
              </w:rPr>
            </w:pPr>
            <w:r w:rsidRPr="006257CA">
              <w:rPr>
                <w:lang w:val="fr-FR"/>
              </w:rPr>
              <w:t>Cererea va fi transmisă către președintele consiliului județean, primarul general, primarul de sector sau primarul municipiului / orașului / comunei, după caz.</w:t>
            </w:r>
          </w:p>
        </w:tc>
      </w:tr>
    </w:tbl>
    <w:p w14:paraId="143A0FF9" w14:textId="77777777" w:rsidR="001E1635" w:rsidRPr="006257CA" w:rsidRDefault="001E163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1E1635" w14:paraId="5854020C" w14:textId="77777777">
        <w:trPr>
          <w:cantSplit/>
        </w:trPr>
        <w:tc>
          <w:tcPr>
            <w:tcW w:w="9636" w:type="dxa"/>
            <w:gridSpan w:val="8"/>
            <w:shd w:val="clear" w:color="auto" w:fill="F4F4F4"/>
          </w:tcPr>
          <w:p w14:paraId="12837609" w14:textId="77777777" w:rsidR="001E1635" w:rsidRDefault="001F7E0D">
            <w:pPr>
              <w:keepNext/>
            </w:pPr>
            <w:r w:rsidRPr="006257CA">
              <w:rPr>
                <w:b/>
                <w:sz w:val="16"/>
                <w:lang w:val="fr-FR"/>
              </w:rPr>
              <w:t xml:space="preserve"> </w:t>
            </w:r>
            <w:r>
              <w:rPr>
                <w:b/>
                <w:sz w:val="16"/>
              </w:rPr>
              <w:t xml:space="preserve">2. </w:t>
            </w:r>
            <w:r>
              <w:rPr>
                <w:b/>
                <w:color w:val="000000"/>
                <w:sz w:val="18"/>
              </w:rPr>
              <w:t>SOLICITANTUL</w:t>
            </w:r>
          </w:p>
        </w:tc>
      </w:tr>
      <w:tr w:rsidR="001E1635" w14:paraId="4480B39A" w14:textId="77777777">
        <w:trPr>
          <w:cantSplit/>
          <w:trHeight w:val="510"/>
        </w:trPr>
        <w:tc>
          <w:tcPr>
            <w:tcW w:w="5621" w:type="dxa"/>
            <w:gridSpan w:val="5"/>
          </w:tcPr>
          <w:p w14:paraId="29DF6AD7" w14:textId="367873A9" w:rsidR="001E1635" w:rsidRDefault="005B504D">
            <w:pPr>
              <w:keepNext/>
            </w:pPr>
            <w:r>
              <w:rPr>
                <w:b/>
                <w:color w:val="0D5F78"/>
              </w:rPr>
              <w:t xml:space="preserve">                                          </w:t>
            </w:r>
            <w:r w:rsidR="001F7E0D">
              <w:rPr>
                <w:b/>
                <w:color w:val="0D5F78"/>
              </w:rPr>
              <w:t>Nume și prenume</w:t>
            </w:r>
          </w:p>
          <w:p w14:paraId="7B1283D5" w14:textId="044AD6D1" w:rsidR="001E1635" w:rsidRPr="005B504D" w:rsidRDefault="005B504D">
            <w:pPr>
              <w:keepNext/>
              <w:rPr>
                <w:b/>
              </w:rPr>
            </w:pPr>
            <w:r>
              <w:rPr>
                <w:b/>
              </w:rPr>
              <w:t xml:space="preserve">                               </w:t>
            </w:r>
          </w:p>
        </w:tc>
        <w:tc>
          <w:tcPr>
            <w:tcW w:w="4015" w:type="dxa"/>
            <w:gridSpan w:val="3"/>
          </w:tcPr>
          <w:p w14:paraId="10587865" w14:textId="77777777" w:rsidR="001E1635" w:rsidRDefault="001F7E0D">
            <w:pPr>
              <w:keepNext/>
            </w:pPr>
            <w:r>
              <w:rPr>
                <w:b/>
                <w:color w:val="0D5F78"/>
              </w:rPr>
              <w:t>CNP</w:t>
            </w:r>
          </w:p>
          <w:p w14:paraId="2D0F7177" w14:textId="77777777" w:rsidR="001E1635" w:rsidRDefault="001E1635">
            <w:pPr>
              <w:keepNext/>
            </w:pPr>
          </w:p>
        </w:tc>
      </w:tr>
      <w:tr w:rsidR="001E1635" w14:paraId="281AC35D" w14:textId="77777777">
        <w:trPr>
          <w:cantSplit/>
        </w:trPr>
        <w:tc>
          <w:tcPr>
            <w:tcW w:w="9636" w:type="dxa"/>
            <w:gridSpan w:val="8"/>
            <w:shd w:val="clear" w:color="auto" w:fill="F4F4F4"/>
          </w:tcPr>
          <w:p w14:paraId="1876FED4" w14:textId="77777777" w:rsidR="001E1635" w:rsidRDefault="001F7E0D">
            <w:pPr>
              <w:keepNext/>
            </w:pPr>
            <w:r>
              <w:rPr>
                <w:sz w:val="16"/>
              </w:rPr>
              <w:t xml:space="preserve"> Act de identitate</w:t>
            </w:r>
          </w:p>
        </w:tc>
      </w:tr>
      <w:tr w:rsidR="001E1635" w14:paraId="3790C6C1" w14:textId="77777777">
        <w:trPr>
          <w:cantSplit/>
          <w:trHeight w:val="510"/>
        </w:trPr>
        <w:tc>
          <w:tcPr>
            <w:tcW w:w="1606" w:type="dxa"/>
          </w:tcPr>
          <w:p w14:paraId="25C5910B" w14:textId="77777777" w:rsidR="001E1635" w:rsidRDefault="001F7E0D">
            <w:pPr>
              <w:keepNext/>
            </w:pPr>
            <w:r>
              <w:rPr>
                <w:b/>
                <w:color w:val="0D5F78"/>
              </w:rPr>
              <w:t>Seria</w:t>
            </w:r>
          </w:p>
          <w:p w14:paraId="275A06B3" w14:textId="77777777" w:rsidR="001E1635" w:rsidRDefault="001E1635">
            <w:pPr>
              <w:keepNext/>
            </w:pPr>
          </w:p>
        </w:tc>
        <w:tc>
          <w:tcPr>
            <w:tcW w:w="1606" w:type="dxa"/>
          </w:tcPr>
          <w:p w14:paraId="43BFC13E" w14:textId="77777777" w:rsidR="001E1635" w:rsidRDefault="001F7E0D">
            <w:pPr>
              <w:keepNext/>
            </w:pPr>
            <w:r>
              <w:rPr>
                <w:b/>
                <w:color w:val="0D5F78"/>
              </w:rPr>
              <w:t>Numărul</w:t>
            </w:r>
          </w:p>
          <w:p w14:paraId="2E65348D" w14:textId="77777777" w:rsidR="001E1635" w:rsidRDefault="001E1635">
            <w:pPr>
              <w:keepNext/>
            </w:pPr>
          </w:p>
        </w:tc>
        <w:tc>
          <w:tcPr>
            <w:tcW w:w="4818" w:type="dxa"/>
            <w:gridSpan w:val="5"/>
          </w:tcPr>
          <w:p w14:paraId="7B9DD492" w14:textId="77777777" w:rsidR="001E1635" w:rsidRDefault="001F7E0D">
            <w:pPr>
              <w:keepNext/>
            </w:pPr>
            <w:r>
              <w:rPr>
                <w:b/>
                <w:color w:val="0D5F78"/>
              </w:rPr>
              <w:t>Eliberat de</w:t>
            </w:r>
          </w:p>
          <w:p w14:paraId="70F0CC96" w14:textId="77777777" w:rsidR="001E1635" w:rsidRDefault="001E1635">
            <w:pPr>
              <w:keepNext/>
            </w:pPr>
          </w:p>
        </w:tc>
        <w:tc>
          <w:tcPr>
            <w:tcW w:w="1606" w:type="dxa"/>
          </w:tcPr>
          <w:p w14:paraId="60E597E4" w14:textId="77777777" w:rsidR="001E1635" w:rsidRDefault="001F7E0D">
            <w:pPr>
              <w:keepNext/>
            </w:pPr>
            <w:r>
              <w:rPr>
                <w:b/>
                <w:color w:val="0D5F78"/>
              </w:rPr>
              <w:t>La data</w:t>
            </w:r>
          </w:p>
          <w:p w14:paraId="6300FA57" w14:textId="77777777" w:rsidR="001E1635" w:rsidRDefault="001E1635">
            <w:pPr>
              <w:keepNext/>
            </w:pPr>
          </w:p>
        </w:tc>
      </w:tr>
      <w:tr w:rsidR="001E1635" w14:paraId="67FFBA1F" w14:textId="77777777">
        <w:trPr>
          <w:cantSplit/>
        </w:trPr>
        <w:tc>
          <w:tcPr>
            <w:tcW w:w="9636" w:type="dxa"/>
            <w:gridSpan w:val="8"/>
            <w:shd w:val="clear" w:color="auto" w:fill="F4F4F4"/>
          </w:tcPr>
          <w:p w14:paraId="4825AA36" w14:textId="77777777" w:rsidR="001E1635" w:rsidRDefault="001F7E0D">
            <w:pPr>
              <w:keepNext/>
            </w:pPr>
            <w:r>
              <w:rPr>
                <w:sz w:val="16"/>
              </w:rPr>
              <w:t xml:space="preserve"> Domiciliul</w:t>
            </w:r>
          </w:p>
        </w:tc>
      </w:tr>
      <w:tr w:rsidR="001E1635" w14:paraId="5A3E1F29" w14:textId="77777777">
        <w:trPr>
          <w:cantSplit/>
          <w:trHeight w:val="510"/>
        </w:trPr>
        <w:tc>
          <w:tcPr>
            <w:tcW w:w="3212" w:type="dxa"/>
            <w:gridSpan w:val="2"/>
          </w:tcPr>
          <w:p w14:paraId="589435AA" w14:textId="1E49F3EF" w:rsidR="001E1635" w:rsidRDefault="005B504D">
            <w:pPr>
              <w:keepNext/>
            </w:pPr>
            <w:r>
              <w:rPr>
                <w:b/>
                <w:color w:val="0D5F78"/>
              </w:rPr>
              <w:t xml:space="preserve">                      </w:t>
            </w:r>
            <w:r w:rsidR="001F7E0D">
              <w:rPr>
                <w:b/>
                <w:color w:val="0D5F78"/>
              </w:rPr>
              <w:t>Județul</w:t>
            </w:r>
          </w:p>
          <w:p w14:paraId="48DBA502" w14:textId="5702D812" w:rsidR="001E1635" w:rsidRPr="005B504D" w:rsidRDefault="005B504D">
            <w:pPr>
              <w:keepNext/>
              <w:rPr>
                <w:b/>
              </w:rPr>
            </w:pPr>
            <w:r>
              <w:t xml:space="preserve">                </w:t>
            </w:r>
          </w:p>
        </w:tc>
        <w:tc>
          <w:tcPr>
            <w:tcW w:w="3212" w:type="dxa"/>
            <w:gridSpan w:val="4"/>
          </w:tcPr>
          <w:p w14:paraId="2D5606EF" w14:textId="43284B68" w:rsidR="001E1635" w:rsidRPr="002D7D9F" w:rsidRDefault="002D7D9F">
            <w:pPr>
              <w:keepNext/>
            </w:pPr>
            <w:r w:rsidRPr="002D7D9F">
              <w:rPr>
                <w:b/>
                <w:color w:val="0D5F78"/>
              </w:rPr>
              <w:t xml:space="preserve">     Municipiul</w:t>
            </w:r>
            <w:r w:rsidR="001F7E0D" w:rsidRPr="002D7D9F">
              <w:rPr>
                <w:b/>
                <w:color w:val="0D5F78"/>
              </w:rPr>
              <w:t>/ orașul / comuna</w:t>
            </w:r>
          </w:p>
          <w:p w14:paraId="5854C40F" w14:textId="118160E6" w:rsidR="001E1635" w:rsidRPr="005B504D" w:rsidRDefault="008664A4">
            <w:pPr>
              <w:keepNext/>
              <w:rPr>
                <w:b/>
              </w:rPr>
            </w:pPr>
            <w:r>
              <w:t xml:space="preserve">      </w:t>
            </w:r>
          </w:p>
        </w:tc>
        <w:tc>
          <w:tcPr>
            <w:tcW w:w="3212" w:type="dxa"/>
            <w:gridSpan w:val="2"/>
          </w:tcPr>
          <w:p w14:paraId="46F246FF" w14:textId="3E693B51" w:rsidR="001E1635" w:rsidRDefault="001F7E0D">
            <w:pPr>
              <w:keepNext/>
            </w:pPr>
            <w:r>
              <w:rPr>
                <w:b/>
                <w:color w:val="0D5F78"/>
              </w:rPr>
              <w:t>Satul / sectorul</w:t>
            </w:r>
            <w:r w:rsidR="008664A4">
              <w:rPr>
                <w:b/>
                <w:color w:val="0D5F78"/>
              </w:rPr>
              <w:t>/localitate</w:t>
            </w:r>
          </w:p>
          <w:p w14:paraId="579A6C6B" w14:textId="77777777" w:rsidR="001E1635" w:rsidRDefault="001E1635">
            <w:pPr>
              <w:keepNext/>
            </w:pPr>
          </w:p>
        </w:tc>
      </w:tr>
      <w:tr w:rsidR="001E1635" w14:paraId="476479AF" w14:textId="77777777">
        <w:trPr>
          <w:cantSplit/>
          <w:trHeight w:val="510"/>
        </w:trPr>
        <w:tc>
          <w:tcPr>
            <w:tcW w:w="3212" w:type="dxa"/>
            <w:gridSpan w:val="2"/>
          </w:tcPr>
          <w:p w14:paraId="1C3E3D04" w14:textId="5C7F3DE0" w:rsidR="001E1635" w:rsidRDefault="005B504D">
            <w:pPr>
              <w:keepNext/>
            </w:pPr>
            <w:r>
              <w:rPr>
                <w:b/>
                <w:color w:val="0D5F78"/>
              </w:rPr>
              <w:t xml:space="preserve">                             </w:t>
            </w:r>
            <w:r w:rsidR="001F7E0D">
              <w:rPr>
                <w:b/>
                <w:color w:val="0D5F78"/>
              </w:rPr>
              <w:t>Strada</w:t>
            </w:r>
          </w:p>
          <w:p w14:paraId="1AB7831E" w14:textId="232802E2" w:rsidR="001E1635" w:rsidRPr="005B504D" w:rsidRDefault="005B504D">
            <w:pPr>
              <w:keepNext/>
              <w:rPr>
                <w:b/>
              </w:rPr>
            </w:pPr>
            <w:r w:rsidRPr="005B504D">
              <w:rPr>
                <w:b/>
              </w:rPr>
              <w:t xml:space="preserve">                              </w:t>
            </w:r>
          </w:p>
        </w:tc>
        <w:tc>
          <w:tcPr>
            <w:tcW w:w="803" w:type="dxa"/>
          </w:tcPr>
          <w:p w14:paraId="0D2DE660" w14:textId="77777777" w:rsidR="001E1635" w:rsidRDefault="001F7E0D">
            <w:pPr>
              <w:keepNext/>
            </w:pPr>
            <w:r>
              <w:rPr>
                <w:b/>
                <w:color w:val="0D5F78"/>
              </w:rPr>
              <w:t>Nr.</w:t>
            </w:r>
          </w:p>
          <w:p w14:paraId="34EBA780" w14:textId="5103517F" w:rsidR="001E1635" w:rsidRPr="005B504D" w:rsidRDefault="001E1635">
            <w:pPr>
              <w:keepNext/>
              <w:rPr>
                <w:b/>
              </w:rPr>
            </w:pPr>
          </w:p>
        </w:tc>
        <w:tc>
          <w:tcPr>
            <w:tcW w:w="803" w:type="dxa"/>
          </w:tcPr>
          <w:p w14:paraId="4F859CEF" w14:textId="77777777" w:rsidR="001E1635" w:rsidRDefault="001F7E0D">
            <w:pPr>
              <w:keepNext/>
            </w:pPr>
            <w:r>
              <w:rPr>
                <w:b/>
                <w:color w:val="0D5F78"/>
              </w:rPr>
              <w:t>Sc.</w:t>
            </w:r>
          </w:p>
          <w:p w14:paraId="53E268F2" w14:textId="77777777" w:rsidR="001E1635" w:rsidRDefault="001E1635">
            <w:pPr>
              <w:keepNext/>
            </w:pPr>
          </w:p>
        </w:tc>
        <w:tc>
          <w:tcPr>
            <w:tcW w:w="803" w:type="dxa"/>
          </w:tcPr>
          <w:p w14:paraId="2FE0E9E0" w14:textId="77777777" w:rsidR="001E1635" w:rsidRDefault="001F7E0D">
            <w:pPr>
              <w:keepNext/>
            </w:pPr>
            <w:r>
              <w:rPr>
                <w:b/>
                <w:color w:val="0D5F78"/>
              </w:rPr>
              <w:t>Et.</w:t>
            </w:r>
          </w:p>
          <w:p w14:paraId="627907AC" w14:textId="77777777" w:rsidR="001E1635" w:rsidRDefault="001E1635">
            <w:pPr>
              <w:keepNext/>
            </w:pPr>
          </w:p>
        </w:tc>
        <w:tc>
          <w:tcPr>
            <w:tcW w:w="803" w:type="dxa"/>
          </w:tcPr>
          <w:p w14:paraId="58282E65" w14:textId="77777777" w:rsidR="001E1635" w:rsidRDefault="001F7E0D">
            <w:pPr>
              <w:keepNext/>
            </w:pPr>
            <w:r>
              <w:rPr>
                <w:b/>
                <w:color w:val="0D5F78"/>
              </w:rPr>
              <w:t>Ap.</w:t>
            </w:r>
          </w:p>
          <w:p w14:paraId="1888BB86" w14:textId="77777777" w:rsidR="001E1635" w:rsidRDefault="001E1635">
            <w:pPr>
              <w:keepNext/>
            </w:pPr>
          </w:p>
        </w:tc>
        <w:tc>
          <w:tcPr>
            <w:tcW w:w="1606" w:type="dxa"/>
          </w:tcPr>
          <w:p w14:paraId="508ECD8F" w14:textId="77777777" w:rsidR="001E1635" w:rsidRDefault="001F7E0D">
            <w:pPr>
              <w:keepNext/>
            </w:pPr>
            <w:r>
              <w:rPr>
                <w:b/>
                <w:color w:val="0D5F78"/>
              </w:rPr>
              <w:t>Cod poștal</w:t>
            </w:r>
          </w:p>
          <w:p w14:paraId="1170C48A" w14:textId="77777777" w:rsidR="001E1635" w:rsidRDefault="001E1635">
            <w:pPr>
              <w:keepNext/>
            </w:pPr>
          </w:p>
        </w:tc>
        <w:tc>
          <w:tcPr>
            <w:tcW w:w="1606" w:type="dxa"/>
          </w:tcPr>
          <w:p w14:paraId="2E309097" w14:textId="77777777" w:rsidR="001E1635" w:rsidRDefault="001F7E0D">
            <w:pPr>
              <w:keepNext/>
            </w:pPr>
            <w:r>
              <w:rPr>
                <w:b/>
                <w:color w:val="0D5F78"/>
              </w:rPr>
              <w:t>Țara</w:t>
            </w:r>
          </w:p>
          <w:p w14:paraId="1827BC03" w14:textId="77777777" w:rsidR="001E1635" w:rsidRDefault="001E1635">
            <w:pPr>
              <w:keepNext/>
            </w:pPr>
          </w:p>
        </w:tc>
      </w:tr>
      <w:tr w:rsidR="001E1635" w14:paraId="4797D956" w14:textId="77777777">
        <w:trPr>
          <w:cantSplit/>
        </w:trPr>
        <w:tc>
          <w:tcPr>
            <w:tcW w:w="9636" w:type="dxa"/>
            <w:gridSpan w:val="8"/>
            <w:shd w:val="clear" w:color="auto" w:fill="F4F4F4"/>
          </w:tcPr>
          <w:p w14:paraId="749D0A0F" w14:textId="77777777" w:rsidR="001E1635" w:rsidRDefault="001F7E0D">
            <w:pPr>
              <w:keepNext/>
            </w:pPr>
            <w:r>
              <w:rPr>
                <w:sz w:val="16"/>
              </w:rPr>
              <w:t xml:space="preserve"> Date de contact</w:t>
            </w:r>
          </w:p>
        </w:tc>
      </w:tr>
      <w:tr w:rsidR="001E1635" w14:paraId="10DC5DDE" w14:textId="77777777">
        <w:trPr>
          <w:cantSplit/>
          <w:trHeight w:val="510"/>
        </w:trPr>
        <w:tc>
          <w:tcPr>
            <w:tcW w:w="4015" w:type="dxa"/>
            <w:gridSpan w:val="3"/>
          </w:tcPr>
          <w:p w14:paraId="277983B2" w14:textId="77777777" w:rsidR="001E1635" w:rsidRDefault="001F7E0D">
            <w:pPr>
              <w:keepNext/>
            </w:pPr>
            <w:r>
              <w:rPr>
                <w:b/>
                <w:color w:val="0D5F78"/>
              </w:rPr>
              <w:t>Telefon / fax</w:t>
            </w:r>
          </w:p>
          <w:p w14:paraId="7BBE1A21" w14:textId="77777777" w:rsidR="001E1635" w:rsidRDefault="001E1635">
            <w:pPr>
              <w:keepNext/>
            </w:pPr>
          </w:p>
        </w:tc>
        <w:tc>
          <w:tcPr>
            <w:tcW w:w="5621" w:type="dxa"/>
            <w:gridSpan w:val="5"/>
          </w:tcPr>
          <w:p w14:paraId="46FD555B" w14:textId="77777777" w:rsidR="001E1635" w:rsidRDefault="001F7E0D">
            <w:pPr>
              <w:keepNext/>
            </w:pPr>
            <w:r>
              <w:rPr>
                <w:b/>
                <w:color w:val="0D5F78"/>
              </w:rPr>
              <w:t>E-mail</w:t>
            </w:r>
          </w:p>
          <w:p w14:paraId="7FC05727" w14:textId="77777777" w:rsidR="001E1635" w:rsidRDefault="001E1635">
            <w:pPr>
              <w:keepNext/>
            </w:pPr>
          </w:p>
        </w:tc>
      </w:tr>
      <w:tr w:rsidR="001E1635" w14:paraId="22088ED8" w14:textId="77777777">
        <w:trPr>
          <w:cantSplit/>
        </w:trPr>
        <w:tc>
          <w:tcPr>
            <w:tcW w:w="9636" w:type="dxa"/>
            <w:gridSpan w:val="8"/>
            <w:shd w:val="clear" w:color="auto" w:fill="F4F4F4"/>
          </w:tcPr>
          <w:p w14:paraId="7109DA4C" w14:textId="77777777" w:rsidR="001E1635" w:rsidRDefault="001F7E0D">
            <w:pPr>
              <w:keepNext/>
            </w:pPr>
            <w:r>
              <w:rPr>
                <w:sz w:val="16"/>
              </w:rPr>
              <w:t xml:space="preserve"> Reprezentare</w:t>
            </w:r>
          </w:p>
        </w:tc>
      </w:tr>
      <w:tr w:rsidR="001E1635" w14:paraId="10CEC702" w14:textId="77777777">
        <w:trPr>
          <w:cantSplit/>
          <w:trHeight w:val="510"/>
        </w:trPr>
        <w:tc>
          <w:tcPr>
            <w:tcW w:w="6424" w:type="dxa"/>
            <w:gridSpan w:val="6"/>
          </w:tcPr>
          <w:p w14:paraId="3D5CCA69" w14:textId="77777777" w:rsidR="001E1635" w:rsidRDefault="001F7E0D">
            <w:pPr>
              <w:keepNext/>
            </w:pPr>
            <w:r>
              <w:rPr>
                <w:b/>
                <w:color w:val="0D5F78"/>
              </w:rPr>
              <w:t>În calitate de reprezentant al</w:t>
            </w:r>
          </w:p>
          <w:p w14:paraId="2BCE0519" w14:textId="075A5439" w:rsidR="007B0E64" w:rsidRPr="005B504D" w:rsidRDefault="007B0E64">
            <w:pPr>
              <w:keepNext/>
              <w:rPr>
                <w:b/>
              </w:rPr>
            </w:pPr>
          </w:p>
        </w:tc>
        <w:tc>
          <w:tcPr>
            <w:tcW w:w="3212" w:type="dxa"/>
            <w:gridSpan w:val="2"/>
          </w:tcPr>
          <w:p w14:paraId="19A65997" w14:textId="77777777" w:rsidR="001E1635" w:rsidRPr="002D7D9F" w:rsidRDefault="001F7E0D">
            <w:pPr>
              <w:keepNext/>
            </w:pPr>
            <w:r w:rsidRPr="002D7D9F">
              <w:rPr>
                <w:b/>
                <w:color w:val="0D5F78"/>
              </w:rPr>
              <w:t>CUI / CIF</w:t>
            </w:r>
          </w:p>
          <w:p w14:paraId="1DC7B09A" w14:textId="2F5DD571" w:rsidR="001E1635" w:rsidRPr="005B504D" w:rsidRDefault="001E1635">
            <w:pPr>
              <w:keepNext/>
              <w:rPr>
                <w:b/>
              </w:rPr>
            </w:pPr>
          </w:p>
        </w:tc>
      </w:tr>
      <w:tr w:rsidR="001E1635" w:rsidRPr="00A37FAC" w14:paraId="345755EE" w14:textId="77777777">
        <w:trPr>
          <w:cantSplit/>
        </w:trPr>
        <w:tc>
          <w:tcPr>
            <w:tcW w:w="9636" w:type="dxa"/>
            <w:gridSpan w:val="8"/>
          </w:tcPr>
          <w:p w14:paraId="67B56101" w14:textId="77777777" w:rsidR="001E1635" w:rsidRPr="006257CA" w:rsidRDefault="001F7E0D">
            <w:pPr>
              <w:rPr>
                <w:lang w:val="fr-FR"/>
              </w:rPr>
            </w:pPr>
            <w:r w:rsidRPr="006257CA">
              <w:rPr>
                <w:sz w:val="16"/>
                <w:lang w:val="fr-FR"/>
              </w:rPr>
              <w:t xml:space="preserve"> ☐ titular al dreptului de proprietate     ☐ împuternicit al titularului</w:t>
            </w:r>
          </w:p>
        </w:tc>
      </w:tr>
    </w:tbl>
    <w:p w14:paraId="15885AE3" w14:textId="77777777" w:rsidR="001E1635" w:rsidRPr="006257CA" w:rsidRDefault="001E1635">
      <w:pPr>
        <w:spacing w:line="168" w:lineRule="auto"/>
        <w:rPr>
          <w:lang w:val="fr-FR"/>
        </w:rPr>
      </w:pPr>
    </w:p>
    <w:p w14:paraId="2B137E9F" w14:textId="77777777" w:rsidR="001E1635" w:rsidRPr="006257CA" w:rsidRDefault="001F7E0D">
      <w:pPr>
        <w:spacing w:before="80" w:after="60"/>
        <w:jc w:val="center"/>
        <w:rPr>
          <w:lang w:val="fr-FR"/>
        </w:rPr>
      </w:pPr>
      <w:r w:rsidRPr="006257CA">
        <w:rPr>
          <w:sz w:val="18"/>
          <w:lang w:val="fr-FR"/>
        </w:rPr>
        <w:t>în conformitate cu prevederile Legii nr. 169/2026 privind Codul amenajării teritoriului, urbanismului și construcțiilor,</w:t>
      </w:r>
    </w:p>
    <w:p w14:paraId="25ED7088" w14:textId="77777777" w:rsidR="001E1635" w:rsidRPr="006257CA" w:rsidRDefault="001F7E0D">
      <w:pPr>
        <w:spacing w:before="80" w:after="60"/>
        <w:jc w:val="center"/>
        <w:rPr>
          <w:lang w:val="fr-FR"/>
        </w:rPr>
      </w:pPr>
      <w:r w:rsidRPr="006257CA">
        <w:rPr>
          <w:sz w:val="18"/>
          <w:lang w:val="fr-FR"/>
        </w:rPr>
        <w:t>solicit emiterea</w:t>
      </w:r>
    </w:p>
    <w:p w14:paraId="043C0D46" w14:textId="7C5133BA" w:rsidR="001E1635" w:rsidRDefault="001F7E0D">
      <w:pPr>
        <w:spacing w:after="160"/>
        <w:jc w:val="center"/>
        <w:rPr>
          <w:b/>
          <w:sz w:val="20"/>
          <w:lang w:val="fr-FR"/>
        </w:rPr>
      </w:pPr>
      <w:r w:rsidRPr="006257CA">
        <w:rPr>
          <w:b/>
          <w:sz w:val="20"/>
          <w:lang w:val="fr-FR"/>
        </w:rPr>
        <w:t>CERTIFICATULUI DE URBANISM</w:t>
      </w:r>
      <w:r w:rsidR="00C51A51">
        <w:rPr>
          <w:b/>
          <w:sz w:val="20"/>
          <w:lang w:val="fr-FR"/>
        </w:rPr>
        <w:t xml:space="preserve">    </w:t>
      </w:r>
      <w:r w:rsidRPr="006257CA">
        <w:rPr>
          <w:b/>
          <w:sz w:val="20"/>
          <w:lang w:val="fr-FR"/>
        </w:rPr>
        <w:t>PENTRU OPERAȚIUNI CADASTRALE</w:t>
      </w:r>
    </w:p>
    <w:tbl>
      <w:tblPr>
        <w:tblStyle w:val="TableGrid"/>
        <w:tblW w:w="0" w:type="auto"/>
        <w:tblLayout w:type="fixed"/>
        <w:tblLook w:val="04A0" w:firstRow="1" w:lastRow="0" w:firstColumn="1" w:lastColumn="0" w:noHBand="0" w:noVBand="1"/>
      </w:tblPr>
      <w:tblGrid>
        <w:gridCol w:w="9636"/>
      </w:tblGrid>
      <w:tr w:rsidR="006257CA" w:rsidRPr="006257CA" w14:paraId="1F9B2A48" w14:textId="77777777" w:rsidTr="006257CA">
        <w:tc>
          <w:tcPr>
            <w:tcW w:w="9636" w:type="dxa"/>
          </w:tcPr>
          <w:p w14:paraId="231CB6BD" w14:textId="5A290929" w:rsidR="006257CA" w:rsidRPr="006257CA" w:rsidRDefault="006257CA" w:rsidP="00C245EC">
            <w:pPr>
              <w:rPr>
                <w:rFonts w:ascii="Segoe UI Symbol" w:hAnsi="Segoe UI Symbol" w:cs="Segoe UI Symbol"/>
                <w:b/>
                <w:bCs/>
                <w:sz w:val="18"/>
                <w:szCs w:val="18"/>
              </w:rPr>
            </w:pPr>
            <w:r>
              <w:rPr>
                <w:b/>
                <w:bCs/>
                <w:sz w:val="18"/>
                <w:szCs w:val="18"/>
              </w:rPr>
              <w:t xml:space="preserve">3. </w:t>
            </w:r>
            <w:r w:rsidRPr="006257CA">
              <w:rPr>
                <w:b/>
                <w:bCs/>
                <w:sz w:val="18"/>
                <w:szCs w:val="18"/>
              </w:rPr>
              <w:t>ÎN  VEDEREA REALIZĂRII OPERAȚIUNII CADATRALE :</w:t>
            </w:r>
          </w:p>
        </w:tc>
      </w:tr>
      <w:tr w:rsidR="006257CA" w:rsidRPr="00A37FAC" w14:paraId="3DEC5D63" w14:textId="77777777" w:rsidTr="006257CA">
        <w:tc>
          <w:tcPr>
            <w:tcW w:w="9636" w:type="dxa"/>
          </w:tcPr>
          <w:p w14:paraId="008D0B05" w14:textId="38915779" w:rsidR="006257CA" w:rsidRPr="000F0E2F" w:rsidRDefault="006257CA" w:rsidP="00C245EC">
            <w:pPr>
              <w:rPr>
                <w:lang w:val="fr-FR"/>
              </w:rPr>
            </w:pPr>
            <w:r w:rsidRPr="000F0E2F">
              <w:rPr>
                <w:rFonts w:ascii="Segoe UI Symbol" w:hAnsi="Segoe UI Symbol" w:cs="Segoe UI Symbol"/>
                <w:lang w:val="fr-FR"/>
              </w:rPr>
              <w:t>☐</w:t>
            </w:r>
            <w:r w:rsidRPr="000F0E2F">
              <w:rPr>
                <w:lang w:val="fr-FR"/>
              </w:rPr>
              <w:t xml:space="preserve"> comasare (alipire)     </w:t>
            </w:r>
            <w:r w:rsidR="008664A4">
              <w:rPr>
                <w:rFonts w:ascii="Segoe UI Symbol" w:hAnsi="Segoe UI Symbol" w:cs="Segoe UI Symbol"/>
                <w:lang w:val="fr-FR"/>
              </w:rPr>
              <w:t xml:space="preserve">X </w:t>
            </w:r>
            <w:r w:rsidRPr="000F0E2F">
              <w:rPr>
                <w:lang w:val="fr-FR"/>
              </w:rPr>
              <w:t xml:space="preserve"> dezmembrare (dezlipire)     </w:t>
            </w:r>
            <w:r w:rsidRPr="000F0E2F">
              <w:rPr>
                <w:rFonts w:ascii="Segoe UI Symbol" w:hAnsi="Segoe UI Symbol" w:cs="Segoe UI Symbol"/>
                <w:lang w:val="fr-FR"/>
              </w:rPr>
              <w:t>☐</w:t>
            </w:r>
            <w:r w:rsidRPr="000F0E2F">
              <w:rPr>
                <w:lang w:val="fr-FR"/>
              </w:rPr>
              <w:t xml:space="preserve"> </w:t>
            </w:r>
            <w:r w:rsidRPr="000F0E2F">
              <w:rPr>
                <w:rFonts w:cs="Times New Roman"/>
                <w:lang w:val="fr-FR"/>
              </w:rPr>
              <w:t>î</w:t>
            </w:r>
            <w:r w:rsidRPr="000F0E2F">
              <w:rPr>
                <w:lang w:val="fr-FR"/>
              </w:rPr>
              <w:t>nscrierea unor servitu</w:t>
            </w:r>
            <w:r w:rsidRPr="000F0E2F">
              <w:rPr>
                <w:rFonts w:cs="Times New Roman"/>
                <w:lang w:val="fr-FR"/>
              </w:rPr>
              <w:t>ț</w:t>
            </w:r>
            <w:r w:rsidRPr="000F0E2F">
              <w:rPr>
                <w:lang w:val="fr-FR"/>
              </w:rPr>
              <w:t>i de trecere</w:t>
            </w:r>
          </w:p>
        </w:tc>
      </w:tr>
      <w:tr w:rsidR="006257CA" w:rsidRPr="00A37FAC" w14:paraId="13134CBC" w14:textId="77777777" w:rsidTr="006257CA">
        <w:tc>
          <w:tcPr>
            <w:tcW w:w="9636" w:type="dxa"/>
          </w:tcPr>
          <w:p w14:paraId="2FC77D01" w14:textId="77777777" w:rsidR="006257CA" w:rsidRPr="000F0E2F" w:rsidRDefault="006257CA" w:rsidP="00C245EC">
            <w:pPr>
              <w:rPr>
                <w:lang w:val="fr-FR"/>
              </w:rPr>
            </w:pPr>
            <w:r w:rsidRPr="000F0E2F">
              <w:rPr>
                <w:lang w:val="fr-FR"/>
              </w:rPr>
              <w:t xml:space="preserve"> </w:t>
            </w:r>
            <w:r w:rsidRPr="000F0E2F">
              <w:rPr>
                <w:rFonts w:ascii="Segoe UI Symbol" w:hAnsi="Segoe UI Symbol" w:cs="Segoe UI Symbol"/>
                <w:lang w:val="fr-FR"/>
              </w:rPr>
              <w:t>☐</w:t>
            </w:r>
            <w:r w:rsidRPr="000F0E2F">
              <w:rPr>
                <w:lang w:val="fr-FR"/>
              </w:rPr>
              <w:t xml:space="preserve"> eviden</w:t>
            </w:r>
            <w:r w:rsidRPr="000F0E2F">
              <w:rPr>
                <w:rFonts w:cs="Times New Roman"/>
                <w:lang w:val="fr-FR"/>
              </w:rPr>
              <w:t>ț</w:t>
            </w:r>
            <w:r w:rsidRPr="000F0E2F">
              <w:rPr>
                <w:lang w:val="fr-FR"/>
              </w:rPr>
              <w:t xml:space="preserve">ieri de imobile </w:t>
            </w:r>
            <w:r w:rsidRPr="000F0E2F">
              <w:rPr>
                <w:rFonts w:cs="Times New Roman"/>
                <w:lang w:val="fr-FR"/>
              </w:rPr>
              <w:t>î</w:t>
            </w:r>
            <w:r w:rsidRPr="000F0E2F">
              <w:rPr>
                <w:lang w:val="fr-FR"/>
              </w:rPr>
              <w:t>n cartea funciar</w:t>
            </w:r>
            <w:r w:rsidRPr="000F0E2F">
              <w:rPr>
                <w:rFonts w:cs="Times New Roman"/>
                <w:lang w:val="fr-FR"/>
              </w:rPr>
              <w:t>ă</w:t>
            </w:r>
            <w:r w:rsidRPr="000F0E2F">
              <w:rPr>
                <w:lang w:val="fr-FR"/>
              </w:rPr>
              <w:t xml:space="preserve">     </w:t>
            </w:r>
            <w:r w:rsidRPr="000F0E2F">
              <w:rPr>
                <w:rFonts w:ascii="Segoe UI Symbol" w:hAnsi="Segoe UI Symbol" w:cs="Segoe UI Symbol"/>
                <w:lang w:val="fr-FR"/>
              </w:rPr>
              <w:t>☐</w:t>
            </w:r>
            <w:r w:rsidRPr="000F0E2F">
              <w:rPr>
                <w:lang w:val="fr-FR"/>
              </w:rPr>
              <w:t xml:space="preserve"> reeviden</w:t>
            </w:r>
            <w:r w:rsidRPr="000F0E2F">
              <w:rPr>
                <w:rFonts w:cs="Times New Roman"/>
                <w:lang w:val="fr-FR"/>
              </w:rPr>
              <w:t>ț</w:t>
            </w:r>
            <w:r w:rsidRPr="000F0E2F">
              <w:rPr>
                <w:lang w:val="fr-FR"/>
              </w:rPr>
              <w:t xml:space="preserve">ieri de imobile </w:t>
            </w:r>
            <w:r w:rsidRPr="000F0E2F">
              <w:rPr>
                <w:rFonts w:cs="Times New Roman"/>
                <w:lang w:val="fr-FR"/>
              </w:rPr>
              <w:t>î</w:t>
            </w:r>
            <w:r w:rsidRPr="000F0E2F">
              <w:rPr>
                <w:lang w:val="fr-FR"/>
              </w:rPr>
              <w:t>n cartea funciar</w:t>
            </w:r>
            <w:r w:rsidRPr="000F0E2F">
              <w:rPr>
                <w:rFonts w:cs="Times New Roman"/>
                <w:lang w:val="fr-FR"/>
              </w:rPr>
              <w:t>ă</w:t>
            </w:r>
          </w:p>
        </w:tc>
      </w:tr>
      <w:tr w:rsidR="001E1635" w14:paraId="4130274C" w14:textId="77777777">
        <w:tblPrEx>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PrEx>
        <w:trPr>
          <w:cantSplit/>
        </w:trPr>
        <w:tc>
          <w:tcPr>
            <w:tcW w:w="9636" w:type="dxa"/>
            <w:shd w:val="clear" w:color="auto" w:fill="F4F4F4"/>
          </w:tcPr>
          <w:p w14:paraId="0ED5F54C" w14:textId="12969A2F" w:rsidR="001E1635" w:rsidRDefault="006257CA">
            <w:pPr>
              <w:keepNext/>
            </w:pPr>
            <w:r>
              <w:rPr>
                <w:sz w:val="16"/>
                <w:lang w:val="fr-FR"/>
              </w:rPr>
              <w:t>Descrierea operațiunii cadastrale propuse :</w:t>
            </w:r>
          </w:p>
        </w:tc>
      </w:tr>
      <w:tr w:rsidR="001E1635" w14:paraId="2E947D31" w14:textId="77777777">
        <w:tblPrEx>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PrEx>
        <w:trPr>
          <w:cantSplit/>
        </w:trPr>
        <w:tc>
          <w:tcPr>
            <w:tcW w:w="9636" w:type="dxa"/>
          </w:tcPr>
          <w:p w14:paraId="3AD58CD5" w14:textId="77777777" w:rsidR="001E1635" w:rsidRDefault="001E1635">
            <w:pPr>
              <w:pBdr>
                <w:bottom w:val="dotted" w:sz="6" w:space="0" w:color="999999"/>
              </w:pBdr>
              <w:spacing w:after="80"/>
            </w:pPr>
          </w:p>
          <w:p w14:paraId="5E9FABF3" w14:textId="1B719F3A" w:rsidR="008664A4" w:rsidRPr="005B504D" w:rsidRDefault="008664A4">
            <w:pPr>
              <w:pBdr>
                <w:bottom w:val="dotted" w:sz="6" w:space="0" w:color="999999"/>
              </w:pBdr>
              <w:spacing w:after="80"/>
              <w:rPr>
                <w:b/>
              </w:rPr>
            </w:pPr>
            <w:r w:rsidRPr="005B504D">
              <w:rPr>
                <w:b/>
              </w:rPr>
              <w:t>D</w:t>
            </w:r>
            <w:r w:rsidR="00F64FE9">
              <w:rPr>
                <w:b/>
              </w:rPr>
              <w:t xml:space="preserve">ezmembrare in 6 </w:t>
            </w:r>
            <w:r w:rsidRPr="005B504D">
              <w:rPr>
                <w:b/>
              </w:rPr>
              <w:t xml:space="preserve"> Loturi</w:t>
            </w:r>
          </w:p>
        </w:tc>
      </w:tr>
    </w:tbl>
    <w:p w14:paraId="11939A91" w14:textId="77777777" w:rsidR="001E1635" w:rsidRPr="006257CA" w:rsidRDefault="001E163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1E1635" w14:paraId="41F9A1C0" w14:textId="77777777">
        <w:trPr>
          <w:cantSplit/>
        </w:trPr>
        <w:tc>
          <w:tcPr>
            <w:tcW w:w="9636" w:type="dxa"/>
            <w:gridSpan w:val="6"/>
            <w:shd w:val="clear" w:color="auto" w:fill="F4F4F4"/>
          </w:tcPr>
          <w:p w14:paraId="669D7761" w14:textId="0F69B76E" w:rsidR="001E1635" w:rsidRDefault="001F7E0D">
            <w:pPr>
              <w:keepNext/>
            </w:pPr>
            <w:r w:rsidRPr="006257CA">
              <w:rPr>
                <w:b/>
                <w:sz w:val="16"/>
                <w:lang w:val="fr-FR"/>
              </w:rPr>
              <w:t xml:space="preserve"> </w:t>
            </w:r>
            <w:r w:rsidR="006257CA">
              <w:rPr>
                <w:b/>
                <w:sz w:val="16"/>
              </w:rPr>
              <w:t>4</w:t>
            </w:r>
            <w:r>
              <w:rPr>
                <w:b/>
                <w:sz w:val="16"/>
              </w:rPr>
              <w:t xml:space="preserve">. </w:t>
            </w:r>
            <w:r>
              <w:rPr>
                <w:b/>
                <w:color w:val="000000"/>
                <w:sz w:val="18"/>
              </w:rPr>
              <w:t>IMOBILUL</w:t>
            </w:r>
          </w:p>
        </w:tc>
      </w:tr>
      <w:tr w:rsidR="001E1635" w14:paraId="5CECB338" w14:textId="77777777">
        <w:trPr>
          <w:cantSplit/>
        </w:trPr>
        <w:tc>
          <w:tcPr>
            <w:tcW w:w="9636" w:type="dxa"/>
            <w:gridSpan w:val="6"/>
          </w:tcPr>
          <w:p w14:paraId="20BF109A" w14:textId="2610B9BC" w:rsidR="001E1635" w:rsidRDefault="008664A4">
            <w:pPr>
              <w:keepNext/>
            </w:pPr>
            <w:r>
              <w:rPr>
                <w:sz w:val="16"/>
              </w:rPr>
              <w:t xml:space="preserve"> X  teren      x </w:t>
            </w:r>
            <w:r w:rsidR="001F7E0D">
              <w:rPr>
                <w:sz w:val="16"/>
              </w:rPr>
              <w:t xml:space="preserve"> construcții</w:t>
            </w:r>
          </w:p>
        </w:tc>
      </w:tr>
      <w:tr w:rsidR="001E1635" w14:paraId="45CA87BD" w14:textId="77777777">
        <w:trPr>
          <w:cantSplit/>
          <w:trHeight w:val="510"/>
        </w:trPr>
        <w:tc>
          <w:tcPr>
            <w:tcW w:w="3212" w:type="dxa"/>
            <w:gridSpan w:val="2"/>
          </w:tcPr>
          <w:p w14:paraId="7FA44BEC" w14:textId="77777777" w:rsidR="001E1635" w:rsidRDefault="001F7E0D">
            <w:pPr>
              <w:keepNext/>
            </w:pPr>
            <w:r>
              <w:rPr>
                <w:b/>
                <w:color w:val="0D5F78"/>
              </w:rPr>
              <w:t>Județ</w:t>
            </w:r>
          </w:p>
          <w:p w14:paraId="5D01A21B" w14:textId="3F9004AD" w:rsidR="001E1635" w:rsidRDefault="001E1635">
            <w:pPr>
              <w:keepNext/>
            </w:pPr>
          </w:p>
        </w:tc>
        <w:tc>
          <w:tcPr>
            <w:tcW w:w="3212" w:type="dxa"/>
            <w:gridSpan w:val="2"/>
          </w:tcPr>
          <w:p w14:paraId="22B4CBF0" w14:textId="77777777" w:rsidR="001E1635" w:rsidRDefault="001F7E0D">
            <w:pPr>
              <w:keepNext/>
            </w:pPr>
            <w:r>
              <w:rPr>
                <w:b/>
                <w:color w:val="0D5F78"/>
              </w:rPr>
              <w:t>Municipiu / oraș / comună</w:t>
            </w:r>
          </w:p>
          <w:p w14:paraId="0D007FC5" w14:textId="3DD21583" w:rsidR="001E1635" w:rsidRDefault="001E1635" w:rsidP="00EC759B">
            <w:pPr>
              <w:tabs>
                <w:tab w:val="center" w:pos="4513"/>
                <w:tab w:val="right" w:pos="9026"/>
              </w:tabs>
            </w:pPr>
          </w:p>
        </w:tc>
        <w:tc>
          <w:tcPr>
            <w:tcW w:w="3212" w:type="dxa"/>
            <w:gridSpan w:val="2"/>
          </w:tcPr>
          <w:p w14:paraId="67326A47" w14:textId="6B7A97D7" w:rsidR="001E1635" w:rsidRDefault="001F7E0D">
            <w:pPr>
              <w:keepNext/>
            </w:pPr>
            <w:r>
              <w:rPr>
                <w:b/>
                <w:color w:val="0D5F78"/>
              </w:rPr>
              <w:t>Sat / sector</w:t>
            </w:r>
            <w:r w:rsidR="00BB18C8">
              <w:rPr>
                <w:b/>
                <w:color w:val="0D5F78"/>
              </w:rPr>
              <w:t>/localitate</w:t>
            </w:r>
          </w:p>
          <w:p w14:paraId="14240B19" w14:textId="74B7679F" w:rsidR="001E1635" w:rsidRDefault="001E1635" w:rsidP="00EC759B">
            <w:pPr>
              <w:tabs>
                <w:tab w:val="center" w:pos="4513"/>
                <w:tab w:val="right" w:pos="9026"/>
              </w:tabs>
            </w:pPr>
          </w:p>
        </w:tc>
      </w:tr>
      <w:tr w:rsidR="001E1635" w14:paraId="558EF397" w14:textId="77777777">
        <w:trPr>
          <w:cantSplit/>
          <w:trHeight w:val="510"/>
        </w:trPr>
        <w:tc>
          <w:tcPr>
            <w:tcW w:w="1606" w:type="dxa"/>
          </w:tcPr>
          <w:p w14:paraId="05C62658" w14:textId="77777777" w:rsidR="001E1635" w:rsidRDefault="001F7E0D">
            <w:pPr>
              <w:keepNext/>
            </w:pPr>
            <w:r>
              <w:rPr>
                <w:b/>
                <w:color w:val="0D5F78"/>
              </w:rPr>
              <w:t>Cod poștal</w:t>
            </w:r>
          </w:p>
          <w:p w14:paraId="1DB9B8CA" w14:textId="131042A2" w:rsidR="001E1635" w:rsidRPr="005B504D" w:rsidRDefault="001E1635">
            <w:pPr>
              <w:keepNext/>
              <w:rPr>
                <w:b/>
              </w:rPr>
            </w:pPr>
          </w:p>
        </w:tc>
        <w:tc>
          <w:tcPr>
            <w:tcW w:w="4818" w:type="dxa"/>
            <w:gridSpan w:val="3"/>
          </w:tcPr>
          <w:p w14:paraId="78F2E769" w14:textId="1D803B57" w:rsidR="001E1635" w:rsidRDefault="005B504D">
            <w:pPr>
              <w:keepNext/>
            </w:pPr>
            <w:r>
              <w:rPr>
                <w:b/>
                <w:color w:val="0D5F78"/>
              </w:rPr>
              <w:t xml:space="preserve">                                          </w:t>
            </w:r>
            <w:r w:rsidR="001F7E0D">
              <w:rPr>
                <w:b/>
                <w:color w:val="0D5F78"/>
              </w:rPr>
              <w:t>Strada</w:t>
            </w:r>
          </w:p>
          <w:p w14:paraId="19A492AB" w14:textId="71D8F5E6" w:rsidR="001E1635" w:rsidRPr="005B504D" w:rsidRDefault="005B504D">
            <w:pPr>
              <w:keepNext/>
              <w:rPr>
                <w:b/>
              </w:rPr>
            </w:pPr>
            <w:r>
              <w:rPr>
                <w:b/>
              </w:rPr>
              <w:t xml:space="preserve">                                           </w:t>
            </w:r>
          </w:p>
        </w:tc>
        <w:tc>
          <w:tcPr>
            <w:tcW w:w="803" w:type="dxa"/>
          </w:tcPr>
          <w:p w14:paraId="599B76C6" w14:textId="75A38708" w:rsidR="001E1635" w:rsidRDefault="005B504D">
            <w:pPr>
              <w:keepNext/>
            </w:pPr>
            <w:r>
              <w:rPr>
                <w:b/>
                <w:color w:val="0D5F78"/>
              </w:rPr>
              <w:t xml:space="preserve">   </w:t>
            </w:r>
            <w:r w:rsidR="001F7E0D">
              <w:rPr>
                <w:b/>
                <w:color w:val="0D5F78"/>
              </w:rPr>
              <w:t>Nr.</w:t>
            </w:r>
          </w:p>
          <w:p w14:paraId="3C285CCD" w14:textId="2B5E6979" w:rsidR="001E1635" w:rsidRPr="005B504D" w:rsidRDefault="001E1635" w:rsidP="00F64FE9">
            <w:pPr>
              <w:keepNext/>
              <w:rPr>
                <w:b/>
              </w:rPr>
            </w:pPr>
          </w:p>
        </w:tc>
        <w:tc>
          <w:tcPr>
            <w:tcW w:w="2409" w:type="dxa"/>
          </w:tcPr>
          <w:p w14:paraId="737CFA43" w14:textId="77777777" w:rsidR="001E1635" w:rsidRDefault="001F7E0D">
            <w:pPr>
              <w:keepNext/>
            </w:pPr>
            <w:r>
              <w:rPr>
                <w:b/>
                <w:color w:val="0D5F78"/>
              </w:rPr>
              <w:t>Bl. / sc. / et. / ap.</w:t>
            </w:r>
          </w:p>
          <w:p w14:paraId="1C99DBB8" w14:textId="77777777" w:rsidR="001E1635" w:rsidRDefault="001E1635">
            <w:pPr>
              <w:keepNext/>
            </w:pPr>
          </w:p>
        </w:tc>
      </w:tr>
      <w:tr w:rsidR="001E1635" w14:paraId="7C749B99" w14:textId="77777777">
        <w:trPr>
          <w:cantSplit/>
          <w:trHeight w:val="510"/>
        </w:trPr>
        <w:tc>
          <w:tcPr>
            <w:tcW w:w="5621" w:type="dxa"/>
            <w:gridSpan w:val="3"/>
          </w:tcPr>
          <w:p w14:paraId="6823C836" w14:textId="77777777" w:rsidR="001E1635" w:rsidRPr="006257CA" w:rsidRDefault="001F7E0D">
            <w:pPr>
              <w:keepNext/>
              <w:rPr>
                <w:lang w:val="fr-FR"/>
              </w:rPr>
            </w:pPr>
            <w:r w:rsidRPr="006257CA">
              <w:rPr>
                <w:b/>
                <w:color w:val="0D5F78"/>
                <w:lang w:val="fr-FR"/>
              </w:rPr>
              <w:t>Număr cadastral</w:t>
            </w:r>
          </w:p>
          <w:p w14:paraId="13C46A73" w14:textId="24CD155F" w:rsidR="008664A4" w:rsidRPr="008664A4" w:rsidRDefault="001F7E0D">
            <w:pPr>
              <w:keepNext/>
              <w:rPr>
                <w:b/>
                <w:i/>
              </w:rPr>
            </w:pPr>
            <w:r w:rsidRPr="006257CA">
              <w:rPr>
                <w:i/>
                <w:color w:val="7A7A7A"/>
                <w:lang w:val="fr-FR"/>
              </w:rPr>
              <w:t>dacă imobilul e înscris în e-Terra</w:t>
            </w:r>
            <w:r w:rsidR="008664A4">
              <w:rPr>
                <w:i/>
                <w:color w:val="7A7A7A"/>
                <w:lang w:val="fr-FR"/>
              </w:rPr>
              <w:t> :</w:t>
            </w:r>
            <w:r w:rsidR="008664A4">
              <w:rPr>
                <w:i/>
                <w:color w:val="7A7A7A"/>
              </w:rPr>
              <w:t xml:space="preserve"> </w:t>
            </w:r>
          </w:p>
          <w:p w14:paraId="77A4081E" w14:textId="77777777" w:rsidR="001E1635" w:rsidRPr="006257CA" w:rsidRDefault="001E1635">
            <w:pPr>
              <w:keepNext/>
              <w:rPr>
                <w:lang w:val="fr-FR"/>
              </w:rPr>
            </w:pPr>
          </w:p>
        </w:tc>
        <w:tc>
          <w:tcPr>
            <w:tcW w:w="4015" w:type="dxa"/>
            <w:gridSpan w:val="3"/>
          </w:tcPr>
          <w:p w14:paraId="6AD855B7" w14:textId="77777777" w:rsidR="001E1635" w:rsidRDefault="001F7E0D">
            <w:pPr>
              <w:keepNext/>
            </w:pPr>
            <w:r>
              <w:rPr>
                <w:b/>
                <w:color w:val="0D5F78"/>
              </w:rPr>
              <w:t>Carte funciară nr.</w:t>
            </w:r>
          </w:p>
          <w:p w14:paraId="085D4033" w14:textId="6001169B" w:rsidR="001E1635" w:rsidRPr="008664A4" w:rsidRDefault="001E1635">
            <w:pPr>
              <w:keepNext/>
              <w:rPr>
                <w:b/>
              </w:rPr>
            </w:pPr>
          </w:p>
        </w:tc>
      </w:tr>
    </w:tbl>
    <w:p w14:paraId="6A8F4A2A" w14:textId="1AAC5F68" w:rsidR="001E1635" w:rsidRPr="006257CA" w:rsidRDefault="001E1635" w:rsidP="006257CA"/>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1E1635" w14:paraId="748EC5C4" w14:textId="77777777">
        <w:trPr>
          <w:cantSplit/>
        </w:trPr>
        <w:tc>
          <w:tcPr>
            <w:tcW w:w="9636" w:type="dxa"/>
            <w:shd w:val="clear" w:color="auto" w:fill="F4F4F4"/>
          </w:tcPr>
          <w:p w14:paraId="161D13D6" w14:textId="77777777" w:rsidR="001E1635" w:rsidRDefault="001F7E0D">
            <w:pPr>
              <w:keepNext/>
            </w:pPr>
            <w:r w:rsidRPr="006257CA">
              <w:rPr>
                <w:b/>
                <w:sz w:val="16"/>
                <w:lang w:val="fr-FR"/>
              </w:rPr>
              <w:t xml:space="preserve"> </w:t>
            </w:r>
            <w:r>
              <w:rPr>
                <w:b/>
                <w:sz w:val="16"/>
              </w:rPr>
              <w:t xml:space="preserve">5. </w:t>
            </w:r>
            <w:r>
              <w:rPr>
                <w:b/>
                <w:color w:val="000000"/>
                <w:sz w:val="18"/>
              </w:rPr>
              <w:t>SE ANEXEAZĂ</w:t>
            </w:r>
          </w:p>
        </w:tc>
      </w:tr>
      <w:tr w:rsidR="001E1635" w:rsidRPr="00A37FAC" w14:paraId="289229A3" w14:textId="77777777">
        <w:trPr>
          <w:cantSplit/>
        </w:trPr>
        <w:tc>
          <w:tcPr>
            <w:tcW w:w="9636" w:type="dxa"/>
          </w:tcPr>
          <w:p w14:paraId="595ED756" w14:textId="5F6737E1" w:rsidR="006257CA" w:rsidRDefault="008664A4">
            <w:pPr>
              <w:rPr>
                <w:sz w:val="16"/>
                <w:lang w:val="fr-FR"/>
              </w:rPr>
            </w:pPr>
            <w:r>
              <w:rPr>
                <w:sz w:val="16"/>
                <w:lang w:val="fr-FR"/>
              </w:rPr>
              <w:t xml:space="preserve">  </w:t>
            </w:r>
            <w:r w:rsidR="002D7D9F" w:rsidRPr="006257CA">
              <w:rPr>
                <w:sz w:val="16"/>
                <w:lang w:val="fr-FR"/>
              </w:rPr>
              <w:t>☐</w:t>
            </w:r>
            <w:r>
              <w:rPr>
                <w:sz w:val="16"/>
                <w:lang w:val="fr-FR"/>
              </w:rPr>
              <w:t xml:space="preserve"> </w:t>
            </w:r>
            <w:r w:rsidR="001F7E0D" w:rsidRPr="006257CA">
              <w:rPr>
                <w:sz w:val="16"/>
                <w:lang w:val="fr-FR"/>
              </w:rPr>
              <w:t xml:space="preserve"> documentația cadastrală     </w:t>
            </w:r>
            <w:r w:rsidR="006257CA">
              <w:rPr>
                <w:sz w:val="16"/>
                <w:lang w:val="fr-FR"/>
              </w:rPr>
              <w:t xml:space="preserve">                         </w:t>
            </w:r>
            <w:r w:rsidR="002D7D9F" w:rsidRPr="006257CA">
              <w:rPr>
                <w:sz w:val="16"/>
                <w:lang w:val="fr-FR"/>
              </w:rPr>
              <w:t>☐</w:t>
            </w:r>
            <w:r w:rsidR="006257CA">
              <w:rPr>
                <w:rFonts w:ascii="Segoe UI Symbol" w:hAnsi="Segoe UI Symbol" w:cs="Segoe UI Symbol"/>
                <w:sz w:val="16"/>
                <w:lang w:val="fr-FR"/>
              </w:rPr>
              <w:t xml:space="preserve"> </w:t>
            </w:r>
            <w:r w:rsidR="006257CA" w:rsidRPr="006257CA">
              <w:rPr>
                <w:sz w:val="16"/>
                <w:lang w:val="fr-FR"/>
              </w:rPr>
              <w:t>plan cu o propunere de comasare/dezmembrare</w:t>
            </w:r>
          </w:p>
          <w:p w14:paraId="2445E5EB" w14:textId="3DBBF386" w:rsidR="001E1635" w:rsidRPr="006257CA" w:rsidRDefault="006257CA">
            <w:pPr>
              <w:rPr>
                <w:sz w:val="16"/>
                <w:lang w:val="fr-FR"/>
              </w:rPr>
            </w:pPr>
            <w:r w:rsidRPr="006257CA">
              <w:rPr>
                <w:sz w:val="16"/>
                <w:lang w:val="fr-FR"/>
              </w:rPr>
              <w:t xml:space="preserve"> </w:t>
            </w:r>
            <w:r>
              <w:rPr>
                <w:sz w:val="16"/>
                <w:lang w:val="fr-FR"/>
              </w:rPr>
              <w:t xml:space="preserve"> </w:t>
            </w:r>
            <w:r w:rsidR="002D7D9F" w:rsidRPr="006257CA">
              <w:rPr>
                <w:sz w:val="16"/>
                <w:lang w:val="fr-FR"/>
              </w:rPr>
              <w:t>☐</w:t>
            </w:r>
            <w:r w:rsidRPr="006257CA">
              <w:rPr>
                <w:sz w:val="16"/>
                <w:lang w:val="fr-FR"/>
              </w:rPr>
              <w:t xml:space="preserve"> extras de carte funciară actualizat</w:t>
            </w:r>
            <w:r>
              <w:rPr>
                <w:sz w:val="16"/>
                <w:lang w:val="fr-FR"/>
              </w:rPr>
              <w:t xml:space="preserve">              </w:t>
            </w:r>
            <w:r w:rsidRPr="006257CA">
              <w:rPr>
                <w:sz w:val="16"/>
                <w:lang w:val="fr-FR"/>
              </w:rPr>
              <w:t>☐ plan de încadrare în zonă în sistem Stereo 70</w:t>
            </w:r>
            <w:r>
              <w:rPr>
                <w:sz w:val="16"/>
                <w:lang w:val="fr-FR"/>
              </w:rPr>
              <w:t xml:space="preserve">                    </w:t>
            </w:r>
            <w:r w:rsidRPr="006257CA">
              <w:rPr>
                <w:rFonts w:ascii="Segoe UI Symbol" w:hAnsi="Segoe UI Symbol" w:cs="Segoe UI Symbol"/>
                <w:sz w:val="16"/>
                <w:lang w:val="fr-FR"/>
              </w:rPr>
              <w:t>☐</w:t>
            </w:r>
            <w:r w:rsidRPr="006257CA">
              <w:rPr>
                <w:sz w:val="16"/>
                <w:lang w:val="fr-FR"/>
              </w:rPr>
              <w:t xml:space="preserve"> împuternicirea, dacă este cazul      </w:t>
            </w:r>
          </w:p>
        </w:tc>
      </w:tr>
    </w:tbl>
    <w:p w14:paraId="0A540DB6" w14:textId="77777777" w:rsidR="001E1635" w:rsidRPr="006257CA" w:rsidRDefault="001E163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1E1635" w14:paraId="457DF426" w14:textId="77777777">
        <w:trPr>
          <w:cantSplit/>
        </w:trPr>
        <w:tc>
          <w:tcPr>
            <w:tcW w:w="9636" w:type="dxa"/>
            <w:shd w:val="clear" w:color="auto" w:fill="F4F4F4"/>
          </w:tcPr>
          <w:p w14:paraId="559EBB22" w14:textId="77777777" w:rsidR="001E1635" w:rsidRDefault="001F7E0D">
            <w:pPr>
              <w:keepNext/>
            </w:pPr>
            <w:r w:rsidRPr="006257CA">
              <w:rPr>
                <w:b/>
                <w:sz w:val="16"/>
                <w:lang w:val="fr-FR"/>
              </w:rPr>
              <w:t xml:space="preserve"> </w:t>
            </w:r>
            <w:r>
              <w:rPr>
                <w:b/>
                <w:sz w:val="16"/>
              </w:rPr>
              <w:t xml:space="preserve">6. </w:t>
            </w:r>
            <w:r>
              <w:rPr>
                <w:b/>
                <w:color w:val="000000"/>
                <w:sz w:val="18"/>
              </w:rPr>
              <w:t>COMUNICAREA RĂSPUNSULUI</w:t>
            </w:r>
          </w:p>
        </w:tc>
      </w:tr>
      <w:tr w:rsidR="001E1635" w:rsidRPr="00A37FAC" w14:paraId="49112FAF" w14:textId="77777777">
        <w:trPr>
          <w:cantSplit/>
        </w:trPr>
        <w:tc>
          <w:tcPr>
            <w:tcW w:w="9636" w:type="dxa"/>
          </w:tcPr>
          <w:p w14:paraId="0C0C25C2" w14:textId="27C525B2" w:rsidR="001E1635" w:rsidRPr="006257CA" w:rsidRDefault="001F7E0D">
            <w:pPr>
              <w:rPr>
                <w:lang w:val="fr-FR"/>
              </w:rPr>
            </w:pPr>
            <w:r w:rsidRPr="006257CA">
              <w:rPr>
                <w:sz w:val="16"/>
                <w:lang w:val="fr-FR"/>
              </w:rPr>
              <w:t xml:space="preserve"> ☐ în format scris, prin poștă     ☐ în format digital, la</w:t>
            </w:r>
            <w:r w:rsidR="008664A4">
              <w:rPr>
                <w:sz w:val="16"/>
                <w:lang w:val="fr-FR"/>
              </w:rPr>
              <w:t xml:space="preserve"> adresa de e-mail indicată      </w:t>
            </w:r>
            <w:r w:rsidR="002D7D9F" w:rsidRPr="006257CA">
              <w:rPr>
                <w:sz w:val="16"/>
                <w:lang w:val="fr-FR"/>
              </w:rPr>
              <w:t>☐</w:t>
            </w:r>
            <w:r w:rsidR="008664A4">
              <w:rPr>
                <w:sz w:val="16"/>
                <w:lang w:val="fr-FR"/>
              </w:rPr>
              <w:t xml:space="preserve"> </w:t>
            </w:r>
            <w:r w:rsidRPr="006257CA">
              <w:rPr>
                <w:sz w:val="16"/>
                <w:lang w:val="fr-FR"/>
              </w:rPr>
              <w:t xml:space="preserve"> ridicare de la sediul autorității</w:t>
            </w:r>
          </w:p>
        </w:tc>
      </w:tr>
    </w:tbl>
    <w:p w14:paraId="335F2CDC" w14:textId="77777777" w:rsidR="001E1635" w:rsidRPr="006257CA" w:rsidRDefault="001E163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1E1635" w14:paraId="31A38AB3" w14:textId="77777777">
        <w:trPr>
          <w:cantSplit/>
        </w:trPr>
        <w:tc>
          <w:tcPr>
            <w:tcW w:w="9636" w:type="dxa"/>
            <w:gridSpan w:val="3"/>
            <w:shd w:val="clear" w:color="auto" w:fill="F4F4F4"/>
          </w:tcPr>
          <w:p w14:paraId="6548B70E" w14:textId="77777777" w:rsidR="001E1635" w:rsidRDefault="001F7E0D">
            <w:pPr>
              <w:keepNext/>
            </w:pPr>
            <w:r w:rsidRPr="006257CA">
              <w:rPr>
                <w:b/>
                <w:sz w:val="16"/>
                <w:lang w:val="fr-FR"/>
              </w:rPr>
              <w:t xml:space="preserve"> </w:t>
            </w:r>
            <w:r>
              <w:rPr>
                <w:b/>
                <w:sz w:val="16"/>
              </w:rPr>
              <w:t xml:space="preserve">7. </w:t>
            </w:r>
            <w:r>
              <w:rPr>
                <w:b/>
                <w:color w:val="000000"/>
                <w:sz w:val="18"/>
              </w:rPr>
              <w:t>DATA ȘI SEMNĂTURA</w:t>
            </w:r>
          </w:p>
        </w:tc>
      </w:tr>
      <w:tr w:rsidR="001E1635" w14:paraId="5E47B751" w14:textId="77777777">
        <w:trPr>
          <w:cantSplit/>
          <w:trHeight w:val="510"/>
        </w:trPr>
        <w:tc>
          <w:tcPr>
            <w:tcW w:w="1606" w:type="dxa"/>
          </w:tcPr>
          <w:p w14:paraId="6A0CBD1B" w14:textId="16752AD2" w:rsidR="001E1635" w:rsidRDefault="008664A4">
            <w:r>
              <w:rPr>
                <w:b/>
                <w:color w:val="0D5F78"/>
              </w:rPr>
              <w:t xml:space="preserve">    </w:t>
            </w:r>
            <w:r w:rsidR="001F7E0D">
              <w:rPr>
                <w:b/>
                <w:color w:val="0D5F78"/>
              </w:rPr>
              <w:t>Data</w:t>
            </w:r>
          </w:p>
          <w:p w14:paraId="05BFAAF9" w14:textId="6AB9A7EA" w:rsidR="001E1635" w:rsidRDefault="001E1635"/>
        </w:tc>
        <w:tc>
          <w:tcPr>
            <w:tcW w:w="4818" w:type="dxa"/>
          </w:tcPr>
          <w:p w14:paraId="250ED718" w14:textId="096C2FDF" w:rsidR="001E1635" w:rsidRDefault="008664A4">
            <w:r>
              <w:rPr>
                <w:b/>
                <w:color w:val="0D5F78"/>
              </w:rPr>
              <w:t xml:space="preserve">                                     </w:t>
            </w:r>
            <w:r w:rsidR="001F7E0D">
              <w:rPr>
                <w:b/>
                <w:color w:val="0D5F78"/>
              </w:rPr>
              <w:t>Solicitantul</w:t>
            </w:r>
          </w:p>
          <w:p w14:paraId="455E75E1" w14:textId="6F6BA401" w:rsidR="001E1635" w:rsidRDefault="001E1635"/>
        </w:tc>
        <w:tc>
          <w:tcPr>
            <w:tcW w:w="3212" w:type="dxa"/>
          </w:tcPr>
          <w:p w14:paraId="53DD217D" w14:textId="27F88598" w:rsidR="001E1635" w:rsidRDefault="008664A4">
            <w:r>
              <w:rPr>
                <w:b/>
                <w:color w:val="0D5F78"/>
              </w:rPr>
              <w:t xml:space="preserve">                               </w:t>
            </w:r>
            <w:r w:rsidR="001F7E0D">
              <w:rPr>
                <w:b/>
                <w:color w:val="0D5F78"/>
              </w:rPr>
              <w:t>Semnătura</w:t>
            </w:r>
          </w:p>
          <w:p w14:paraId="655A8FB3" w14:textId="77777777" w:rsidR="001E1635" w:rsidRDefault="001E1635"/>
        </w:tc>
      </w:tr>
    </w:tbl>
    <w:p w14:paraId="005090D8" w14:textId="77777777" w:rsidR="001E1635" w:rsidRDefault="001E1635">
      <w:pPr>
        <w:spacing w:line="168" w:lineRule="auto"/>
      </w:pPr>
    </w:p>
    <w:p w14:paraId="1504DF46" w14:textId="77777777" w:rsidR="00EC759B" w:rsidRDefault="00EC759B">
      <w:pPr>
        <w:spacing w:line="168" w:lineRule="auto"/>
      </w:pPr>
    </w:p>
    <w:p w14:paraId="5F1532BC" w14:textId="77777777" w:rsidR="00EC759B" w:rsidRDefault="00EC759B">
      <w:pPr>
        <w:spacing w:line="168" w:lineRule="auto"/>
      </w:pPr>
    </w:p>
    <w:p w14:paraId="49EFB824" w14:textId="77777777" w:rsidR="00BE6ABF" w:rsidRPr="00F83523" w:rsidRDefault="00BE6ABF" w:rsidP="00BE6ABF">
      <w:pPr>
        <w:spacing w:after="60"/>
        <w:jc w:val="center"/>
        <w:rPr>
          <w:rFonts w:ascii="Arial" w:hAnsi="Arial" w:cs="Arial"/>
          <w:b/>
          <w:sz w:val="16"/>
          <w:szCs w:val="16"/>
        </w:rPr>
      </w:pPr>
      <w:r w:rsidRPr="00F83523">
        <w:rPr>
          <w:rFonts w:ascii="Arial" w:hAnsi="Arial" w:cs="Arial"/>
          <w:b/>
          <w:sz w:val="16"/>
          <w:szCs w:val="16"/>
        </w:rPr>
        <w:lastRenderedPageBreak/>
        <w:t>NOTĂ DE INFORMARE</w:t>
      </w:r>
    </w:p>
    <w:p w14:paraId="0C781319" w14:textId="0165FFE9" w:rsidR="00BE6ABF" w:rsidRPr="00F83523" w:rsidRDefault="00BE6ABF" w:rsidP="00BE6ABF">
      <w:pPr>
        <w:spacing w:after="60"/>
        <w:jc w:val="center"/>
        <w:rPr>
          <w:rFonts w:ascii="Arial" w:hAnsi="Arial" w:cs="Arial"/>
          <w:b/>
          <w:sz w:val="16"/>
          <w:szCs w:val="16"/>
        </w:rPr>
      </w:pPr>
      <w:r w:rsidRPr="00F83523">
        <w:rPr>
          <w:rFonts w:ascii="Arial" w:hAnsi="Arial" w:cs="Arial"/>
          <w:b/>
          <w:sz w:val="16"/>
          <w:szCs w:val="16"/>
        </w:rPr>
        <w:t xml:space="preserve">În cazul depunerii documentațiilor/cererilor care se vor soluționa prin </w:t>
      </w:r>
      <w:r>
        <w:rPr>
          <w:rFonts w:ascii="Arial" w:hAnsi="Arial" w:cs="Arial"/>
          <w:b/>
          <w:sz w:val="16"/>
          <w:szCs w:val="16"/>
        </w:rPr>
        <w:t xml:space="preserve"> </w:t>
      </w:r>
      <w:r w:rsidRPr="00F83523">
        <w:rPr>
          <w:rFonts w:ascii="Arial" w:hAnsi="Arial" w:cs="Arial"/>
          <w:b/>
          <w:sz w:val="16"/>
          <w:szCs w:val="16"/>
        </w:rPr>
        <w:t>Compartimentului Urbanism și Amenajarea Teritoriului din c</w:t>
      </w:r>
      <w:r w:rsidR="00BB18C8">
        <w:rPr>
          <w:rFonts w:ascii="Arial" w:hAnsi="Arial" w:cs="Arial"/>
          <w:b/>
          <w:sz w:val="16"/>
          <w:szCs w:val="16"/>
        </w:rPr>
        <w:t>adrul Primăriei Orasului Tautii Magheraus</w:t>
      </w:r>
    </w:p>
    <w:p w14:paraId="75816DA3" w14:textId="3713DDEF" w:rsidR="00BE6ABF" w:rsidRDefault="00BE6ABF" w:rsidP="00BE6ABF">
      <w:pPr>
        <w:spacing w:after="60"/>
        <w:jc w:val="both"/>
        <w:rPr>
          <w:rFonts w:cs="Times New Roman"/>
          <w:bCs/>
          <w:sz w:val="18"/>
          <w:szCs w:val="18"/>
        </w:rPr>
      </w:pPr>
      <w:r w:rsidRPr="00F83523">
        <w:rPr>
          <w:rFonts w:cs="Times New Roman"/>
          <w:bCs/>
          <w:sz w:val="18"/>
          <w:szCs w:val="18"/>
        </w:rPr>
        <w:t xml:space="preserve">Primăria </w:t>
      </w:r>
      <w:r w:rsidR="00E36CDC">
        <w:rPr>
          <w:rFonts w:cs="Times New Roman"/>
          <w:bCs/>
          <w:sz w:val="18"/>
          <w:szCs w:val="18"/>
        </w:rPr>
        <w:t>Orasului Tautii Magheraus, judetul Maramures</w:t>
      </w:r>
      <w:r w:rsidRPr="00F83523">
        <w:rPr>
          <w:rFonts w:cs="Times New Roman"/>
          <w:bCs/>
          <w:sz w:val="18"/>
          <w:szCs w:val="18"/>
        </w:rPr>
        <w:t xml:space="preserve">, prelucrează datele dumneavoastră cu caracter personalprin prezenta cerere prin mijloace automatizate/manuale, destinate îndeplinirii obligațiilor legale. Este necesar să ne furnizați datele, deoarece refuzul dumneavoastră determină imposibilitatea soluționării cererii. Informațiile înregistrate sunt destinate utilizării de către operator dar pot fi comunicate și altor instituții, societăți sau terți, în baza și în limitele prevederilor legale. Datele sunt păstrate doar pentru perioada necesară îndeplinirii scopurilor scopurilor pentru care au fost colectate, cu respectarea legislației înn vigoare. Conform Regulamentului General privind Protecția Datelor (UE) 679/2016 privind protecția persoanelor fizice în ceea ce privește prelucrarea datelor cu caracter personal și privind libera circulație a acestor date, beneficiați de dreptul de acces, dreptul la rectificarea și ștergerea datelor, la restricționarea prelucrării, la portabilitatea datelor, dreptul la opoziție și dreptul de a nu fi supus unui proces individual automatizat. Pentru execrcitarea acestor drepturi vă puteți adresa cu o cerere scrisă, datată și semnată la sediul primăriei sau la adresa de e-mail </w:t>
      </w:r>
      <w:r w:rsidR="00BB18C8">
        <w:t xml:space="preserve"> </w:t>
      </w:r>
      <w:hyperlink r:id="rId10" w:history="1">
        <w:r w:rsidR="00BB18C8" w:rsidRPr="00F15181">
          <w:rPr>
            <w:rStyle w:val="Hyperlink"/>
          </w:rPr>
          <w:t>primaria@tautiimagheraus.ro</w:t>
        </w:r>
      </w:hyperlink>
      <w:r w:rsidR="00BB18C8">
        <w:t xml:space="preserve"> </w:t>
      </w:r>
      <w:r w:rsidRPr="00F83523">
        <w:rPr>
          <w:rFonts w:cs="Times New Roman"/>
          <w:bCs/>
          <w:sz w:val="18"/>
          <w:szCs w:val="18"/>
        </w:rPr>
        <w:t>De asemenea, vă este recunoscut dreptul de a vă adresa ANSPDCP și justiției. Datele dumneavoastră nu sunt transferate în străinătate.</w:t>
      </w:r>
    </w:p>
    <w:p w14:paraId="0157F1F7" w14:textId="77777777" w:rsidR="00BE6ABF" w:rsidRPr="00F83523" w:rsidRDefault="00BE6ABF" w:rsidP="00BE6ABF">
      <w:pPr>
        <w:spacing w:after="60"/>
        <w:jc w:val="both"/>
        <w:rPr>
          <w:rFonts w:cs="Times New Roman"/>
          <w:bCs/>
          <w:sz w:val="18"/>
          <w:szCs w:val="18"/>
        </w:rPr>
      </w:pPr>
    </w:p>
    <w:p w14:paraId="25EA4C00" w14:textId="77777777" w:rsidR="00BE6ABF" w:rsidRPr="00D51051" w:rsidRDefault="00BE6ABF" w:rsidP="00BE6ABF">
      <w:pPr>
        <w:spacing w:after="60"/>
        <w:ind w:firstLine="720"/>
        <w:jc w:val="both"/>
        <w:rPr>
          <w:bCs/>
          <w:i/>
          <w:iCs/>
          <w:sz w:val="20"/>
          <w:szCs w:val="20"/>
        </w:rPr>
      </w:pPr>
      <w:r w:rsidRPr="00F83523">
        <w:rPr>
          <w:rFonts w:ascii="Arial" w:hAnsi="Arial" w:cs="Arial"/>
          <w:b/>
          <w:sz w:val="20"/>
          <w:szCs w:val="20"/>
        </w:rPr>
        <w:t xml:space="preserve"> </w:t>
      </w:r>
      <w:r w:rsidRPr="00D51051">
        <w:rPr>
          <w:bCs/>
          <w:i/>
          <w:iCs/>
          <w:sz w:val="20"/>
          <w:szCs w:val="20"/>
        </w:rPr>
        <w:t>Subsemnata/Subsemnatul.....................................................................................................................</w:t>
      </w:r>
      <w:r w:rsidRPr="00D51051">
        <w:rPr>
          <w:bCs/>
          <w:i/>
          <w:iCs/>
          <w:sz w:val="20"/>
          <w:szCs w:val="20"/>
          <w:vertAlign w:val="superscript"/>
        </w:rPr>
        <w:t>1</w:t>
      </w:r>
      <w:r w:rsidRPr="00D51051">
        <w:rPr>
          <w:bCs/>
          <w:i/>
          <w:iCs/>
          <w:sz w:val="20"/>
          <w:szCs w:val="20"/>
        </w:rPr>
        <w:t xml:space="preserve"> având codul numeric personal ......................................................................</w:t>
      </w:r>
      <w:r w:rsidRPr="00D51051">
        <w:rPr>
          <w:bCs/>
          <w:i/>
          <w:iCs/>
          <w:sz w:val="20"/>
          <w:szCs w:val="20"/>
          <w:vertAlign w:val="superscript"/>
        </w:rPr>
        <w:t>1</w:t>
      </w:r>
      <w:r w:rsidRPr="00D51051">
        <w:rPr>
          <w:bCs/>
          <w:i/>
          <w:iCs/>
          <w:sz w:val="20"/>
          <w:szCs w:val="20"/>
        </w:rPr>
        <w:t xml:space="preserve">,  declar prin prezenta pe propria răspundere, că toate documentele furnizate și consemnate în prezenta cerere </w:t>
      </w:r>
      <w:r w:rsidRPr="00D51051">
        <w:rPr>
          <w:b/>
          <w:bCs/>
          <w:i/>
          <w:iCs/>
          <w:sz w:val="20"/>
          <w:szCs w:val="20"/>
        </w:rPr>
        <w:t>sunt corecte și complete</w:t>
      </w:r>
      <w:r w:rsidRPr="00D51051">
        <w:rPr>
          <w:bCs/>
          <w:i/>
          <w:iCs/>
          <w:sz w:val="20"/>
          <w:szCs w:val="20"/>
        </w:rPr>
        <w:t>. Înțeleg că omisiunea sau incorectitudinea în prezentarea documentelor, în scopul de a obține avantaje se pedepsește conform legii.</w:t>
      </w:r>
    </w:p>
    <w:p w14:paraId="2872697B" w14:textId="7A43A6E8" w:rsidR="00BE6ABF" w:rsidRPr="00D51051" w:rsidRDefault="00BE6ABF" w:rsidP="00BE6ABF">
      <w:pPr>
        <w:spacing w:after="60"/>
        <w:ind w:firstLine="720"/>
        <w:jc w:val="both"/>
        <w:rPr>
          <w:rFonts w:cs="Times New Roman"/>
          <w:b/>
          <w:i/>
          <w:iCs/>
          <w:sz w:val="20"/>
          <w:szCs w:val="20"/>
        </w:rPr>
      </w:pPr>
      <w:r w:rsidRPr="00D51051">
        <w:rPr>
          <w:rFonts w:cs="Times New Roman"/>
          <w:b/>
          <w:i/>
          <w:iCs/>
          <w:sz w:val="20"/>
          <w:szCs w:val="20"/>
        </w:rPr>
        <w:t>Prin prezenta declar că am fost informat/ă că datele cu caracter personal sunt prelucrate în scopul și pentru îndeplinirea atribuțiilor legale ale instituției. Am luat la cunoștiință că informațiile din cererea depusă și din actele anexate la aceasta vor fi prelucrate de către Primăria</w:t>
      </w:r>
      <w:r w:rsidR="00BB18C8">
        <w:rPr>
          <w:rFonts w:cs="Times New Roman"/>
          <w:b/>
          <w:i/>
          <w:iCs/>
          <w:sz w:val="20"/>
          <w:szCs w:val="20"/>
        </w:rPr>
        <w:t>Orasului Tautii Magheraus</w:t>
      </w:r>
      <w:r w:rsidRPr="00D51051">
        <w:rPr>
          <w:rFonts w:cs="Times New Roman"/>
          <w:b/>
          <w:i/>
          <w:iCs/>
          <w:sz w:val="20"/>
          <w:szCs w:val="20"/>
        </w:rPr>
        <w:t>, cu respectarea prevederilor Regulamentului (UE) 679/2016.</w:t>
      </w:r>
    </w:p>
    <w:p w14:paraId="48454B9E" w14:textId="77777777" w:rsidR="00BE6ABF" w:rsidRPr="00D51051" w:rsidRDefault="00BE6ABF" w:rsidP="00BE6ABF">
      <w:pPr>
        <w:tabs>
          <w:tab w:val="left" w:pos="935"/>
          <w:tab w:val="left" w:pos="1122"/>
          <w:tab w:val="left" w:pos="1309"/>
        </w:tabs>
        <w:jc w:val="both"/>
        <w:rPr>
          <w:bCs/>
          <w:i/>
          <w:iCs/>
          <w:sz w:val="20"/>
          <w:szCs w:val="20"/>
        </w:rPr>
      </w:pPr>
      <w:r w:rsidRPr="00D51051">
        <w:rPr>
          <w:bCs/>
          <w:i/>
          <w:iCs/>
          <w:sz w:val="20"/>
          <w:szCs w:val="20"/>
        </w:rPr>
        <w:t xml:space="preserve">Data ........, </w:t>
      </w:r>
      <w:r w:rsidRPr="00D51051">
        <w:rPr>
          <w:bCs/>
          <w:i/>
          <w:iCs/>
          <w:sz w:val="20"/>
          <w:szCs w:val="20"/>
        </w:rPr>
        <w:tab/>
      </w:r>
      <w:r w:rsidRPr="00D51051">
        <w:rPr>
          <w:bCs/>
          <w:i/>
          <w:iCs/>
          <w:sz w:val="20"/>
          <w:szCs w:val="20"/>
        </w:rPr>
        <w:tab/>
      </w:r>
      <w:r w:rsidRPr="00D51051">
        <w:rPr>
          <w:bCs/>
          <w:i/>
          <w:iCs/>
          <w:sz w:val="20"/>
          <w:szCs w:val="20"/>
        </w:rPr>
        <w:tab/>
      </w:r>
      <w:r w:rsidRPr="00D51051">
        <w:rPr>
          <w:bCs/>
          <w:i/>
          <w:iCs/>
          <w:sz w:val="20"/>
          <w:szCs w:val="20"/>
        </w:rPr>
        <w:tab/>
      </w:r>
      <w:r w:rsidRPr="00D51051">
        <w:rPr>
          <w:bCs/>
          <w:i/>
          <w:iCs/>
          <w:sz w:val="20"/>
          <w:szCs w:val="20"/>
        </w:rPr>
        <w:tab/>
      </w:r>
      <w:r w:rsidRPr="00D51051">
        <w:rPr>
          <w:bCs/>
          <w:i/>
          <w:iCs/>
          <w:sz w:val="20"/>
          <w:szCs w:val="20"/>
        </w:rPr>
        <w:tab/>
      </w:r>
      <w:r w:rsidRPr="00D51051">
        <w:rPr>
          <w:bCs/>
          <w:i/>
          <w:iCs/>
          <w:sz w:val="20"/>
          <w:szCs w:val="20"/>
        </w:rPr>
        <w:tab/>
      </w:r>
      <w:r w:rsidRPr="00D51051">
        <w:rPr>
          <w:bCs/>
          <w:i/>
          <w:iCs/>
          <w:sz w:val="20"/>
          <w:szCs w:val="20"/>
        </w:rPr>
        <w:tab/>
      </w:r>
      <w:r w:rsidRPr="00D51051">
        <w:rPr>
          <w:bCs/>
          <w:i/>
          <w:iCs/>
          <w:sz w:val="20"/>
          <w:szCs w:val="20"/>
        </w:rPr>
        <w:tab/>
      </w:r>
      <w:r w:rsidRPr="00D51051">
        <w:rPr>
          <w:bCs/>
          <w:i/>
          <w:iCs/>
          <w:sz w:val="20"/>
          <w:szCs w:val="20"/>
        </w:rPr>
        <w:tab/>
        <w:t xml:space="preserve"> </w:t>
      </w:r>
      <w:r w:rsidRPr="00D51051">
        <w:rPr>
          <w:bCs/>
          <w:i/>
          <w:iCs/>
          <w:sz w:val="20"/>
          <w:szCs w:val="20"/>
        </w:rPr>
        <w:sym w:font="Wingdings" w:char="F03F"/>
      </w:r>
      <w:r w:rsidRPr="00D51051">
        <w:rPr>
          <w:bCs/>
          <w:i/>
          <w:iCs/>
          <w:sz w:val="20"/>
          <w:szCs w:val="20"/>
        </w:rPr>
        <w:t xml:space="preserve"> ................................</w:t>
      </w:r>
      <w:r w:rsidRPr="00D51051">
        <w:rPr>
          <w:bCs/>
          <w:i/>
          <w:iCs/>
          <w:sz w:val="20"/>
          <w:szCs w:val="20"/>
          <w:vertAlign w:val="superscript"/>
        </w:rPr>
        <w:t>3</w:t>
      </w:r>
      <w:r w:rsidRPr="00D51051">
        <w:rPr>
          <w:bCs/>
          <w:i/>
          <w:iCs/>
          <w:sz w:val="20"/>
          <w:szCs w:val="20"/>
        </w:rPr>
        <w:t xml:space="preserve"> </w:t>
      </w:r>
    </w:p>
    <w:p w14:paraId="2572C9E0" w14:textId="77777777" w:rsidR="00BE6ABF" w:rsidRPr="00A73A85" w:rsidRDefault="00BE6ABF" w:rsidP="00BE6ABF">
      <w:pPr>
        <w:tabs>
          <w:tab w:val="left" w:pos="935"/>
          <w:tab w:val="left" w:pos="1122"/>
          <w:tab w:val="left" w:pos="1309"/>
        </w:tabs>
        <w:jc w:val="both"/>
        <w:rPr>
          <w:bCs/>
          <w:i/>
          <w:iCs/>
          <w:sz w:val="24"/>
          <w:szCs w:val="24"/>
        </w:rPr>
      </w:pPr>
    </w:p>
    <w:p w14:paraId="3FB74D86" w14:textId="77777777" w:rsidR="00BE6ABF" w:rsidRPr="00D51051" w:rsidRDefault="00BE6ABF" w:rsidP="00BE6ABF">
      <w:pPr>
        <w:tabs>
          <w:tab w:val="left" w:pos="935"/>
          <w:tab w:val="left" w:pos="1122"/>
          <w:tab w:val="left" w:pos="1309"/>
        </w:tabs>
        <w:jc w:val="both"/>
        <w:rPr>
          <w:bCs/>
          <w:sz w:val="14"/>
          <w:szCs w:val="14"/>
        </w:rPr>
      </w:pPr>
      <w:r w:rsidRPr="00D51051">
        <w:rPr>
          <w:bCs/>
          <w:sz w:val="14"/>
          <w:szCs w:val="14"/>
          <w:vertAlign w:val="superscript"/>
        </w:rPr>
        <w:t>1</w:t>
      </w:r>
      <w:r w:rsidRPr="00D51051">
        <w:rPr>
          <w:bCs/>
          <w:sz w:val="14"/>
          <w:szCs w:val="14"/>
        </w:rPr>
        <w:t xml:space="preserve"> Prenumele și NUMELE, în clar. </w:t>
      </w:r>
      <w:r w:rsidRPr="00D51051">
        <w:rPr>
          <w:bCs/>
          <w:sz w:val="14"/>
          <w:szCs w:val="14"/>
          <w:vertAlign w:val="superscript"/>
        </w:rPr>
        <w:t>2</w:t>
      </w:r>
      <w:r w:rsidRPr="00D51051">
        <w:rPr>
          <w:bCs/>
          <w:sz w:val="14"/>
          <w:szCs w:val="14"/>
        </w:rPr>
        <w:t>Potrivit datelor din actul de identitate;</w:t>
      </w:r>
    </w:p>
    <w:p w14:paraId="7625DB87" w14:textId="77777777" w:rsidR="00BE6ABF" w:rsidRPr="00D51051" w:rsidRDefault="00BE6ABF" w:rsidP="00BE6ABF">
      <w:pPr>
        <w:tabs>
          <w:tab w:val="left" w:pos="935"/>
          <w:tab w:val="left" w:pos="1122"/>
          <w:tab w:val="left" w:pos="1309"/>
        </w:tabs>
        <w:jc w:val="both"/>
        <w:rPr>
          <w:bCs/>
          <w:sz w:val="14"/>
          <w:szCs w:val="14"/>
        </w:rPr>
      </w:pPr>
      <w:r w:rsidRPr="00D51051">
        <w:rPr>
          <w:bCs/>
          <w:sz w:val="14"/>
          <w:szCs w:val="14"/>
          <w:vertAlign w:val="superscript"/>
        </w:rPr>
        <w:t>3</w:t>
      </w:r>
      <w:r w:rsidRPr="00D51051">
        <w:rPr>
          <w:bCs/>
          <w:sz w:val="14"/>
          <w:szCs w:val="14"/>
        </w:rPr>
        <w:t>Prin semnare consimt și prelucrarea datelor cu caracter personal.</w:t>
      </w:r>
    </w:p>
    <w:p w14:paraId="2563BFAF" w14:textId="77777777" w:rsidR="00BE6ABF" w:rsidRPr="00F83523" w:rsidRDefault="00BE6ABF" w:rsidP="00BE6ABF">
      <w:pPr>
        <w:tabs>
          <w:tab w:val="left" w:pos="935"/>
          <w:tab w:val="left" w:pos="1122"/>
          <w:tab w:val="left" w:pos="1309"/>
        </w:tabs>
        <w:jc w:val="both"/>
        <w:rPr>
          <w:bCs/>
          <w:sz w:val="16"/>
          <w:szCs w:val="16"/>
        </w:rPr>
      </w:pPr>
    </w:p>
    <w:p w14:paraId="7EBD56F1" w14:textId="77777777" w:rsidR="00BE6ABF" w:rsidRPr="00F83523" w:rsidRDefault="00BE6ABF" w:rsidP="00BE6ABF">
      <w:pPr>
        <w:jc w:val="both"/>
        <w:rPr>
          <w:sz w:val="16"/>
          <w:szCs w:val="16"/>
        </w:rPr>
      </w:pPr>
      <w:r w:rsidRPr="00F83523">
        <w:rPr>
          <w:b/>
          <w:sz w:val="16"/>
          <w:szCs w:val="16"/>
        </w:rPr>
        <w:t>FOARTE IMPORTANT: Potrivit prevederilor art. 1 alin. (1) din Legea contenciosului administrativ nr. 554/2004, cu modificările și completările ulterioare: Petentul care se consideră vătămat într-un drept al său ori într-un interes legitim prin solicitarea acestei declarații, se poate adresa instanței de contencios administrativ competente.</w:t>
      </w:r>
    </w:p>
    <w:p w14:paraId="3B86B4A6" w14:textId="0934CED7" w:rsidR="00A73A85" w:rsidRPr="00A73A85" w:rsidRDefault="00A73A85" w:rsidP="00BE6ABF">
      <w:pPr>
        <w:spacing w:after="60"/>
        <w:jc w:val="center"/>
        <w:rPr>
          <w:sz w:val="20"/>
          <w:szCs w:val="20"/>
        </w:rPr>
      </w:pPr>
    </w:p>
    <w:sectPr w:rsidR="00A73A85" w:rsidRPr="00A73A85" w:rsidSect="00034616">
      <w:footerReference w:type="default" r:id="rId11"/>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474C9" w14:textId="77777777" w:rsidR="00E856DA" w:rsidRDefault="00E856DA">
      <w:r>
        <w:separator/>
      </w:r>
    </w:p>
  </w:endnote>
  <w:endnote w:type="continuationSeparator" w:id="0">
    <w:p w14:paraId="0746D8D6" w14:textId="77777777" w:rsidR="00E856DA" w:rsidRDefault="00E85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oudyOlSt BT">
    <w:altName w:val="Georgia"/>
    <w:charset w:val="00"/>
    <w:family w:val="roman"/>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8E5FA" w14:textId="77777777" w:rsidR="001E1635" w:rsidRDefault="001F7E0D">
    <w:pPr>
      <w:pStyle w:val="Footer"/>
      <w:tabs>
        <w:tab w:val="right" w:pos="9639"/>
      </w:tabs>
    </w:pPr>
    <w:r>
      <w:rPr>
        <w:color w:val="595959"/>
      </w:rPr>
      <w:t>F_CU_02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0F5A56">
      <w:rPr>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0F5A56">
      <w:rPr>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2803D" w14:textId="77777777" w:rsidR="00E856DA" w:rsidRDefault="00E856DA">
      <w:r>
        <w:separator/>
      </w:r>
    </w:p>
  </w:footnote>
  <w:footnote w:type="continuationSeparator" w:id="0">
    <w:p w14:paraId="24C95441" w14:textId="77777777" w:rsidR="00E856DA" w:rsidRDefault="00E856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66185739">
    <w:abstractNumId w:val="8"/>
  </w:num>
  <w:num w:numId="2" w16cid:durableId="1041394316">
    <w:abstractNumId w:val="6"/>
  </w:num>
  <w:num w:numId="3" w16cid:durableId="1398360894">
    <w:abstractNumId w:val="5"/>
  </w:num>
  <w:num w:numId="4" w16cid:durableId="884682509">
    <w:abstractNumId w:val="4"/>
  </w:num>
  <w:num w:numId="5" w16cid:durableId="666904235">
    <w:abstractNumId w:val="7"/>
  </w:num>
  <w:num w:numId="6" w16cid:durableId="2141653834">
    <w:abstractNumId w:val="3"/>
  </w:num>
  <w:num w:numId="7" w16cid:durableId="72046641">
    <w:abstractNumId w:val="2"/>
  </w:num>
  <w:num w:numId="8" w16cid:durableId="67502539">
    <w:abstractNumId w:val="1"/>
  </w:num>
  <w:num w:numId="9" w16cid:durableId="908921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5A56"/>
    <w:rsid w:val="00113879"/>
    <w:rsid w:val="0015074B"/>
    <w:rsid w:val="001E1635"/>
    <w:rsid w:val="001F7E0D"/>
    <w:rsid w:val="002406E6"/>
    <w:rsid w:val="0029639D"/>
    <w:rsid w:val="002D7D9F"/>
    <w:rsid w:val="00326F90"/>
    <w:rsid w:val="00365717"/>
    <w:rsid w:val="003E2705"/>
    <w:rsid w:val="005B504D"/>
    <w:rsid w:val="006257CA"/>
    <w:rsid w:val="006262DA"/>
    <w:rsid w:val="006C103E"/>
    <w:rsid w:val="00730580"/>
    <w:rsid w:val="007B0E64"/>
    <w:rsid w:val="0082718A"/>
    <w:rsid w:val="008664A4"/>
    <w:rsid w:val="009337A1"/>
    <w:rsid w:val="009C06BA"/>
    <w:rsid w:val="009D782F"/>
    <w:rsid w:val="00A2412C"/>
    <w:rsid w:val="00A37FAC"/>
    <w:rsid w:val="00A73A85"/>
    <w:rsid w:val="00AA1D8D"/>
    <w:rsid w:val="00AC5F99"/>
    <w:rsid w:val="00B25984"/>
    <w:rsid w:val="00B47730"/>
    <w:rsid w:val="00BB18C8"/>
    <w:rsid w:val="00BE6ABF"/>
    <w:rsid w:val="00C51A51"/>
    <w:rsid w:val="00CB0664"/>
    <w:rsid w:val="00D40474"/>
    <w:rsid w:val="00E36CDC"/>
    <w:rsid w:val="00E856DA"/>
    <w:rsid w:val="00EC759B"/>
    <w:rsid w:val="00F40611"/>
    <w:rsid w:val="00F64FE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71537E"/>
  <w14:defaultImageDpi w14:val="300"/>
  <w15:docId w15:val="{70077B83-90AA-46CE-8BDC-95A180B83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rsid w:val="00C51A51"/>
    <w:rPr>
      <w:color w:val="0563C1"/>
      <w:u w:val="single"/>
    </w:rPr>
  </w:style>
  <w:style w:type="character" w:customStyle="1" w:styleId="UnresolvedMention1">
    <w:name w:val="Unresolved Mention1"/>
    <w:basedOn w:val="DefaultParagraphFont"/>
    <w:uiPriority w:val="99"/>
    <w:semiHidden/>
    <w:unhideWhenUsed/>
    <w:rsid w:val="00C51A51"/>
    <w:rPr>
      <w:color w:val="605E5C"/>
      <w:shd w:val="clear" w:color="auto" w:fill="E1DFDD"/>
    </w:rPr>
  </w:style>
  <w:style w:type="paragraph" w:styleId="BalloonText">
    <w:name w:val="Balloon Text"/>
    <w:basedOn w:val="Normal"/>
    <w:link w:val="BalloonTextChar"/>
    <w:uiPriority w:val="99"/>
    <w:semiHidden/>
    <w:unhideWhenUsed/>
    <w:rsid w:val="00BB18C8"/>
    <w:rPr>
      <w:rFonts w:ascii="Tahoma" w:hAnsi="Tahoma" w:cs="Tahoma"/>
      <w:sz w:val="16"/>
      <w:szCs w:val="16"/>
    </w:rPr>
  </w:style>
  <w:style w:type="character" w:customStyle="1" w:styleId="BalloonTextChar">
    <w:name w:val="Balloon Text Char"/>
    <w:basedOn w:val="DefaultParagraphFont"/>
    <w:link w:val="BalloonText"/>
    <w:uiPriority w:val="99"/>
    <w:semiHidden/>
    <w:rsid w:val="00BB18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rimaria@tautiimagheraus.ro" TargetMode="External"/><Relationship Id="rId4" Type="http://schemas.openxmlformats.org/officeDocument/2006/relationships/settings" Target="settings.xml"/><Relationship Id="rId9" Type="http://schemas.openxmlformats.org/officeDocument/2006/relationships/hyperlink" Target="mailto:primaria@tautiimagherau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F0216-06EC-403D-97C6-9C289EC5F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868</Words>
  <Characters>4954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Atanasoaie Maria</dc:creator>
  <cp:keywords/>
  <cp:lastModifiedBy>user</cp:lastModifiedBy>
  <cp:revision>16</cp:revision>
  <cp:lastPrinted>2026-09-16T05:08:00Z</cp:lastPrinted>
  <dcterms:created xsi:type="dcterms:W3CDTF">2026-08-31T07:27:00Z</dcterms:created>
  <dcterms:modified xsi:type="dcterms:W3CDTF">2026-09-28T07:47:00Z</dcterms:modified>
  <cp:category/>
</cp:coreProperties>
</file>