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77113" w14:paraId="4AB1771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FC198B8" w14:textId="350B53E1" w:rsidR="00377113" w:rsidRDefault="00A94983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36EB02D7" wp14:editId="05D770B4">
                  <wp:extent cx="485775" cy="6667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10CB53E" w14:textId="77777777" w:rsidR="00377113" w:rsidRDefault="00404174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F91E2AA" w14:textId="3A6D7B97" w:rsidR="00377113" w:rsidRDefault="00A94983">
            <w:pPr>
              <w:keepNext/>
            </w:pPr>
            <w:proofErr w:type="spellStart"/>
            <w:r>
              <w:rPr>
                <w:b/>
                <w:sz w:val="22"/>
              </w:rPr>
              <w:t>Maramures</w:t>
            </w:r>
            <w:proofErr w:type="spellEnd"/>
          </w:p>
        </w:tc>
      </w:tr>
      <w:tr w:rsidR="00377113" w14:paraId="264ACFF4" w14:textId="77777777">
        <w:trPr>
          <w:cantSplit/>
          <w:trHeight w:val="510"/>
        </w:trPr>
        <w:tc>
          <w:tcPr>
            <w:tcW w:w="1606" w:type="dxa"/>
            <w:vMerge/>
          </w:tcPr>
          <w:p w14:paraId="153367FB" w14:textId="77777777" w:rsidR="00377113" w:rsidRDefault="00377113"/>
        </w:tc>
        <w:tc>
          <w:tcPr>
            <w:tcW w:w="8030" w:type="dxa"/>
            <w:gridSpan w:val="3"/>
            <w:shd w:val="clear" w:color="auto" w:fill="F0F0F0"/>
          </w:tcPr>
          <w:p w14:paraId="7028D6DB" w14:textId="77777777" w:rsidR="00377113" w:rsidRDefault="00404174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69C7851E" w14:textId="7E06AFCC" w:rsidR="00377113" w:rsidRPr="00671DDD" w:rsidRDefault="00A94983" w:rsidP="00671DDD">
            <w:pPr>
              <w:tabs>
                <w:tab w:val="center" w:pos="4513"/>
                <w:tab w:val="right" w:pos="9026"/>
              </w:tabs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Orasul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Tautii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Magheraus</w:t>
            </w:r>
            <w:proofErr w:type="spellEnd"/>
          </w:p>
        </w:tc>
      </w:tr>
      <w:tr w:rsidR="00377113" w14:paraId="352BEBB2" w14:textId="77777777">
        <w:trPr>
          <w:cantSplit/>
          <w:trHeight w:val="510"/>
        </w:trPr>
        <w:tc>
          <w:tcPr>
            <w:tcW w:w="1606" w:type="dxa"/>
            <w:vMerge/>
          </w:tcPr>
          <w:p w14:paraId="1F188761" w14:textId="77777777" w:rsidR="00377113" w:rsidRDefault="00377113"/>
        </w:tc>
        <w:tc>
          <w:tcPr>
            <w:tcW w:w="2409" w:type="dxa"/>
            <w:shd w:val="clear" w:color="auto" w:fill="F0F0F0"/>
          </w:tcPr>
          <w:p w14:paraId="0B0E4F83" w14:textId="77777777" w:rsidR="00377113" w:rsidRPr="00343BBA" w:rsidRDefault="00404174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(CIF)</w:t>
            </w:r>
          </w:p>
          <w:p w14:paraId="3F0CFBB4" w14:textId="6314365D" w:rsidR="00377113" w:rsidRPr="00343BBA" w:rsidRDefault="00A94983">
            <w:pPr>
              <w:keepNext/>
              <w:rPr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3627170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020FB2F" w14:textId="77777777" w:rsidR="00377113" w:rsidRDefault="00404174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31C732F6" w14:textId="7B02E6E4" w:rsidR="00671DDD" w:rsidRPr="00671DDD" w:rsidRDefault="00A94983" w:rsidP="00671DDD">
            <w:pPr>
              <w:tabs>
                <w:tab w:val="center" w:pos="4513"/>
                <w:tab w:val="right" w:pos="902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Str. 1 , </w:t>
            </w:r>
            <w:r w:rsidR="00671DDD" w:rsidRPr="00671DDD">
              <w:rPr>
                <w:sz w:val="16"/>
                <w:szCs w:val="16"/>
              </w:rPr>
              <w:t xml:space="preserve"> nr. 1</w:t>
            </w:r>
            <w:r>
              <w:rPr>
                <w:sz w:val="16"/>
                <w:szCs w:val="16"/>
              </w:rPr>
              <w:t>94 , tel.: 0262/293048</w:t>
            </w:r>
            <w:r w:rsidR="00671DDD" w:rsidRPr="00671DDD">
              <w:rPr>
                <w:sz w:val="16"/>
                <w:szCs w:val="16"/>
              </w:rPr>
              <w:t xml:space="preserve">, </w:t>
            </w:r>
          </w:p>
          <w:p w14:paraId="118EFA7B" w14:textId="5119ED63" w:rsidR="00377113" w:rsidRDefault="00671DDD" w:rsidP="00A94983">
            <w:pPr>
              <w:keepNext/>
            </w:pPr>
            <w:proofErr w:type="spellStart"/>
            <w:r w:rsidRPr="00671DDD">
              <w:rPr>
                <w:rFonts w:ascii="GoudyOlSt BT" w:hAnsi="GoudyOlSt BT"/>
                <w:sz w:val="16"/>
                <w:szCs w:val="16"/>
              </w:rPr>
              <w:t>e-mail:</w:t>
            </w:r>
            <w:r w:rsidR="00A94983">
              <w:t>primaria@tautiimagheraus</w:t>
            </w:r>
            <w:proofErr w:type="spellEnd"/>
            <w:r w:rsidRPr="00671DDD">
              <w:rPr>
                <w:rFonts w:ascii="GoudyOlSt BT" w:hAnsi="GoudyOlSt BT"/>
                <w:color w:val="4472C4"/>
                <w:sz w:val="16"/>
                <w:szCs w:val="16"/>
              </w:rPr>
              <w:t xml:space="preserve">, </w:t>
            </w:r>
            <w:r w:rsidRPr="00671DDD">
              <w:rPr>
                <w:rFonts w:ascii="GoudyOlSt BT" w:hAnsi="GoudyOlSt BT"/>
                <w:sz w:val="16"/>
                <w:szCs w:val="16"/>
              </w:rPr>
              <w:t>www.</w:t>
            </w:r>
            <w:r w:rsidR="00A94983">
              <w:rPr>
                <w:rFonts w:ascii="GoudyOlSt BT" w:hAnsi="GoudyOlSt BT"/>
                <w:sz w:val="16"/>
                <w:szCs w:val="16"/>
              </w:rPr>
              <w:t>tautiimagheraus.ro</w:t>
            </w:r>
            <w:r>
              <w:t xml:space="preserve"> </w:t>
            </w:r>
          </w:p>
        </w:tc>
      </w:tr>
      <w:tr w:rsidR="00377113" w14:paraId="44A91E8A" w14:textId="77777777">
        <w:trPr>
          <w:cantSplit/>
          <w:trHeight w:val="510"/>
        </w:trPr>
        <w:tc>
          <w:tcPr>
            <w:tcW w:w="1606" w:type="dxa"/>
            <w:vMerge/>
          </w:tcPr>
          <w:p w14:paraId="70FDC92D" w14:textId="77777777" w:rsidR="00377113" w:rsidRDefault="00377113"/>
        </w:tc>
        <w:tc>
          <w:tcPr>
            <w:tcW w:w="4818" w:type="dxa"/>
            <w:gridSpan w:val="2"/>
            <w:shd w:val="clear" w:color="auto" w:fill="F0F0F0"/>
          </w:tcPr>
          <w:p w14:paraId="531BC86B" w14:textId="77777777" w:rsidR="00377113" w:rsidRDefault="00404174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6BE4A17C" w14:textId="77777777" w:rsidR="00377113" w:rsidRDefault="0037711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D141279" w14:textId="77777777" w:rsidR="00377113" w:rsidRDefault="00404174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61592AF" w14:textId="77777777" w:rsidR="00377113" w:rsidRDefault="00377113">
            <w:pPr>
              <w:keepNext/>
            </w:pPr>
          </w:p>
        </w:tc>
      </w:tr>
      <w:tr w:rsidR="00377113" w:rsidRPr="00004412" w14:paraId="138A1B7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7055B3E" w14:textId="77777777" w:rsidR="00377113" w:rsidRPr="00343BBA" w:rsidRDefault="00404174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scrie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în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404174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404174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2863ECC5" w14:textId="3CB28494" w:rsidR="00377113" w:rsidRPr="00343BBA" w:rsidRDefault="00404174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Instituția</w:t>
            </w:r>
            <w:proofErr w:type="spellEnd"/>
            <w:r w:rsidR="00671DD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sector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7F07C7" w14:textId="06F1A556" w:rsidR="00377113" w:rsidRPr="00343BBA" w:rsidRDefault="00671DDD">
            <w:pPr>
              <w:keepNext/>
              <w:rPr>
                <w:lang w:val="fr-FR"/>
              </w:rPr>
            </w:pP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Prim</w:t>
            </w:r>
            <w:r>
              <w:rPr>
                <w:b/>
                <w:bCs/>
                <w:sz w:val="20"/>
                <w:szCs w:val="20"/>
                <w:lang w:val="fr-FR"/>
              </w:rPr>
              <w:t>ăria</w:t>
            </w:r>
            <w:proofErr w:type="spellEnd"/>
            <w:r w:rsidR="00A94983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A94983">
              <w:rPr>
                <w:b/>
                <w:bCs/>
                <w:sz w:val="20"/>
                <w:szCs w:val="20"/>
                <w:lang w:val="fr-FR"/>
              </w:rPr>
              <w:t>Orasului</w:t>
            </w:r>
            <w:proofErr w:type="spellEnd"/>
            <w:r w:rsidR="00A94983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A94983">
              <w:rPr>
                <w:b/>
                <w:bCs/>
                <w:sz w:val="20"/>
                <w:szCs w:val="20"/>
                <w:lang w:val="fr-FR"/>
              </w:rPr>
              <w:t>Tautii</w:t>
            </w:r>
            <w:proofErr w:type="spellEnd"/>
            <w:r w:rsidR="00A94983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A94983">
              <w:rPr>
                <w:b/>
                <w:bCs/>
                <w:sz w:val="20"/>
                <w:szCs w:val="20"/>
                <w:lang w:val="fr-FR"/>
              </w:rPr>
              <w:t>Magheraus</w:t>
            </w:r>
            <w:proofErr w:type="spellEnd"/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404174">
            <w:pPr>
              <w:spacing w:line="228" w:lineRule="auto"/>
              <w:rPr>
                <w:lang w:val="fr-FR"/>
              </w:rPr>
            </w:pPr>
            <w:proofErr w:type="spellStart"/>
            <w:r w:rsidRPr="00343BBA">
              <w:rPr>
                <w:lang w:val="fr-FR"/>
              </w:rPr>
              <w:t>Cererea</w:t>
            </w:r>
            <w:proofErr w:type="spellEnd"/>
            <w:r w:rsidRPr="00343BBA">
              <w:rPr>
                <w:lang w:val="fr-FR"/>
              </w:rPr>
              <w:t xml:space="preserve"> va fi </w:t>
            </w:r>
            <w:proofErr w:type="spellStart"/>
            <w:r w:rsidRPr="00343BBA">
              <w:rPr>
                <w:lang w:val="fr-FR"/>
              </w:rPr>
              <w:t>transmisă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către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președintele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consiliului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județean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general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de </w:t>
            </w:r>
            <w:proofErr w:type="spellStart"/>
            <w:r w:rsidRPr="00343BBA">
              <w:rPr>
                <w:lang w:val="fr-FR"/>
              </w:rPr>
              <w:t>sector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sau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municipiului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orașului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comunei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după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caz</w:t>
            </w:r>
            <w:proofErr w:type="spellEnd"/>
            <w:r w:rsidRPr="00343BBA">
              <w:rPr>
                <w:lang w:val="fr-FR"/>
              </w:rPr>
              <w:t>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404174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404174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404174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404174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404174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404174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404174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404174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404174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404174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404174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404174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404174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404174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404174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404174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404174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404174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404174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404174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404174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404174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404174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temeiul</w:t>
      </w:r>
      <w:proofErr w:type="spellEnd"/>
      <w:r>
        <w:rPr>
          <w:sz w:val="18"/>
        </w:rPr>
        <w:t xml:space="preserve"> art. 257 </w:t>
      </w:r>
      <w:proofErr w:type="spellStart"/>
      <w:r>
        <w:rPr>
          <w:sz w:val="18"/>
        </w:rPr>
        <w:t>alin</w:t>
      </w:r>
      <w:proofErr w:type="spellEnd"/>
      <w:r>
        <w:rPr>
          <w:sz w:val="18"/>
        </w:rPr>
        <w:t xml:space="preserve">. (17)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21143514" w14:textId="77777777" w:rsidR="00004412" w:rsidRDefault="00404174">
      <w:pPr>
        <w:spacing w:before="80" w:after="60"/>
        <w:jc w:val="center"/>
        <w:rPr>
          <w:b/>
          <w:color w:val="000000"/>
          <w:sz w:val="18"/>
          <w:lang w:val="fr-FR"/>
        </w:rPr>
      </w:pPr>
      <w:proofErr w:type="spellStart"/>
      <w:r w:rsidRPr="00004412">
        <w:rPr>
          <w:sz w:val="18"/>
          <w:lang w:val="fr-FR"/>
        </w:rPr>
        <w:t>solicit</w:t>
      </w:r>
      <w:proofErr w:type="spell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prelungirea</w:t>
      </w:r>
      <w:proofErr w:type="spell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valabilității</w:t>
      </w:r>
      <w:proofErr w:type="spellEnd"/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404174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404174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404174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404174">
            <w:proofErr w:type="spellStart"/>
            <w:r>
              <w:rPr>
                <w:b/>
                <w:color w:val="0D5F78"/>
              </w:rPr>
              <w:t>Prelungirea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solicitată</w:t>
            </w:r>
            <w:proofErr w:type="spellEnd"/>
            <w:r>
              <w:rPr>
                <w:b/>
                <w:color w:val="0D5F78"/>
              </w:rPr>
              <w:t xml:space="preserve">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404174">
            <w:proofErr w:type="spellStart"/>
            <w:r>
              <w:rPr>
                <w:b/>
                <w:color w:val="0D5F78"/>
              </w:rPr>
              <w:t>până</w:t>
            </w:r>
            <w:proofErr w:type="spellEnd"/>
            <w:r>
              <w:rPr>
                <w:b/>
                <w:color w:val="0D5F78"/>
              </w:rPr>
              <w:t xml:space="preserve">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404174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404174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404174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45515E0" w14:textId="477BCFAA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6602BF57" w14:textId="77777777" w:rsidR="00377113" w:rsidRDefault="00A94983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comua</w:t>
            </w:r>
            <w:proofErr w:type="spellEnd"/>
          </w:p>
          <w:p w14:paraId="14C00203" w14:textId="73DA962E" w:rsidR="00A94983" w:rsidRPr="00A94983" w:rsidRDefault="00A94983">
            <w:pPr>
              <w:keepNext/>
              <w:rPr>
                <w:b/>
                <w:color w:val="0D5F78"/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2519EFDA" w14:textId="6E0044DE" w:rsidR="00377113" w:rsidRDefault="00404174">
            <w:pPr>
              <w:keepNext/>
            </w:pPr>
            <w:r>
              <w:rPr>
                <w:b/>
                <w:color w:val="0D5F78"/>
              </w:rPr>
              <w:t>Sat / sector</w:t>
            </w:r>
            <w:r w:rsidR="00A94983">
              <w:rPr>
                <w:b/>
                <w:color w:val="0D5F78"/>
              </w:rPr>
              <w:t>/</w:t>
            </w:r>
            <w:proofErr w:type="spellStart"/>
            <w:r w:rsidR="00A94983">
              <w:rPr>
                <w:b/>
                <w:color w:val="0D5F78"/>
              </w:rPr>
              <w:t>localitate</w:t>
            </w:r>
            <w:proofErr w:type="spellEnd"/>
          </w:p>
          <w:p w14:paraId="6F1351F6" w14:textId="1FEB9236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12734B2B" w:rsidR="00377113" w:rsidRDefault="00404174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404174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404174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404174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404174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Număr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cadastral</w:t>
            </w:r>
          </w:p>
          <w:p w14:paraId="34F88BB8" w14:textId="77777777" w:rsidR="00377113" w:rsidRPr="00343BBA" w:rsidRDefault="00404174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i/>
                <w:color w:val="7A7A7A"/>
                <w:lang w:val="fr-FR"/>
              </w:rPr>
              <w:t>dacă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404174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404174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404174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</w:t>
            </w:r>
            <w:proofErr w:type="spellStart"/>
            <w:r w:rsidRPr="00343BBA">
              <w:rPr>
                <w:sz w:val="16"/>
                <w:lang w:val="fr-FR"/>
              </w:rPr>
              <w:t>certificatul</w:t>
            </w:r>
            <w:proofErr w:type="spellEnd"/>
            <w:r w:rsidRPr="00343BBA">
              <w:rPr>
                <w:sz w:val="16"/>
                <w:lang w:val="fr-FR"/>
              </w:rPr>
              <w:t xml:space="preserve"> de </w:t>
            </w:r>
            <w:proofErr w:type="spellStart"/>
            <w:r w:rsidRPr="00343BBA">
              <w:rPr>
                <w:sz w:val="16"/>
                <w:lang w:val="fr-FR"/>
              </w:rPr>
              <w:t>urbanism</w:t>
            </w:r>
            <w:proofErr w:type="spellEnd"/>
            <w:r w:rsidRPr="00343BBA">
              <w:rPr>
                <w:sz w:val="16"/>
                <w:lang w:val="fr-FR"/>
              </w:rPr>
              <w:t xml:space="preserve"> (</w:t>
            </w:r>
            <w:proofErr w:type="spellStart"/>
            <w:r w:rsidRPr="00343BBA">
              <w:rPr>
                <w:sz w:val="16"/>
                <w:lang w:val="fr-FR"/>
              </w:rPr>
              <w:t>în</w:t>
            </w:r>
            <w:proofErr w:type="spellEnd"/>
            <w:r w:rsidRPr="00343BBA">
              <w:rPr>
                <w:sz w:val="16"/>
                <w:lang w:val="fr-FR"/>
              </w:rPr>
              <w:t xml:space="preserve"> original)     ☐ </w:t>
            </w:r>
            <w:proofErr w:type="spellStart"/>
            <w:r w:rsidRPr="00343BBA">
              <w:rPr>
                <w:sz w:val="16"/>
                <w:lang w:val="fr-FR"/>
              </w:rPr>
              <w:t>documentul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privind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achitarea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taxei</w:t>
            </w:r>
            <w:proofErr w:type="spellEnd"/>
            <w:r w:rsidRPr="00343BBA">
              <w:rPr>
                <w:sz w:val="16"/>
                <w:lang w:val="fr-FR"/>
              </w:rPr>
              <w:t xml:space="preserve">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404174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404174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404174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404174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p w14:paraId="3C225B5D" w14:textId="77777777" w:rsidR="003C16D2" w:rsidRDefault="003C16D2">
      <w:pPr>
        <w:spacing w:line="168" w:lineRule="auto"/>
      </w:pPr>
    </w:p>
    <w:p w14:paraId="650C98BF" w14:textId="77777777" w:rsidR="003C16D2" w:rsidRDefault="003C16D2">
      <w:pPr>
        <w:spacing w:line="168" w:lineRule="auto"/>
      </w:pPr>
    </w:p>
    <w:p w14:paraId="2E76B5E1" w14:textId="77777777" w:rsidR="003C16D2" w:rsidRDefault="003C16D2">
      <w:pPr>
        <w:spacing w:line="168" w:lineRule="auto"/>
      </w:pPr>
    </w:p>
    <w:p w14:paraId="0B8EAA4A" w14:textId="77777777" w:rsidR="003C16D2" w:rsidRDefault="003C16D2">
      <w:pPr>
        <w:spacing w:line="168" w:lineRule="auto"/>
      </w:pPr>
    </w:p>
    <w:p w14:paraId="38D2E4FD" w14:textId="77777777" w:rsidR="003C16D2" w:rsidRDefault="003C16D2">
      <w:pPr>
        <w:spacing w:line="168" w:lineRule="auto"/>
      </w:pPr>
    </w:p>
    <w:p w14:paraId="71307586" w14:textId="77777777" w:rsidR="003C16D2" w:rsidRDefault="003C16D2">
      <w:pPr>
        <w:spacing w:line="168" w:lineRule="auto"/>
      </w:pPr>
    </w:p>
    <w:p w14:paraId="4D19AD8F" w14:textId="77777777" w:rsidR="003C16D2" w:rsidRDefault="003C16D2">
      <w:pPr>
        <w:spacing w:line="168" w:lineRule="auto"/>
      </w:pPr>
    </w:p>
    <w:p w14:paraId="1E2775C4" w14:textId="77777777" w:rsidR="003C16D2" w:rsidRDefault="003C16D2">
      <w:pPr>
        <w:spacing w:line="168" w:lineRule="auto"/>
      </w:pPr>
    </w:p>
    <w:p w14:paraId="50F8D193" w14:textId="77777777" w:rsidR="003C16D2" w:rsidRDefault="003C16D2">
      <w:pPr>
        <w:spacing w:line="168" w:lineRule="auto"/>
      </w:pPr>
    </w:p>
    <w:p w14:paraId="573304D1" w14:textId="77777777" w:rsidR="003C16D2" w:rsidRDefault="003C16D2">
      <w:pPr>
        <w:spacing w:line="168" w:lineRule="auto"/>
      </w:pPr>
    </w:p>
    <w:p w14:paraId="2840555B" w14:textId="77777777" w:rsidR="003C16D2" w:rsidRDefault="003C16D2">
      <w:pPr>
        <w:spacing w:line="168" w:lineRule="auto"/>
      </w:pPr>
    </w:p>
    <w:p w14:paraId="64636A47" w14:textId="77777777" w:rsidR="003C16D2" w:rsidRDefault="003C16D2">
      <w:pPr>
        <w:spacing w:line="168" w:lineRule="auto"/>
      </w:pPr>
    </w:p>
    <w:p w14:paraId="421D7B61" w14:textId="77777777" w:rsidR="003C16D2" w:rsidRDefault="003C16D2">
      <w:pPr>
        <w:spacing w:line="168" w:lineRule="auto"/>
      </w:pPr>
    </w:p>
    <w:p w14:paraId="74FA2E55" w14:textId="77777777" w:rsidR="003C16D2" w:rsidRDefault="003C16D2">
      <w:pPr>
        <w:spacing w:line="168" w:lineRule="auto"/>
      </w:pPr>
    </w:p>
    <w:p w14:paraId="2471454A" w14:textId="77777777" w:rsidR="003C16D2" w:rsidRDefault="003C16D2">
      <w:pPr>
        <w:spacing w:line="168" w:lineRule="auto"/>
      </w:pPr>
    </w:p>
    <w:p w14:paraId="364CDF8C" w14:textId="77777777" w:rsidR="003C16D2" w:rsidRDefault="003C16D2">
      <w:pPr>
        <w:spacing w:line="168" w:lineRule="auto"/>
      </w:pPr>
    </w:p>
    <w:p w14:paraId="3DDF771C" w14:textId="77777777" w:rsidR="003C16D2" w:rsidRDefault="003C16D2">
      <w:pPr>
        <w:spacing w:line="168" w:lineRule="auto"/>
      </w:pPr>
    </w:p>
    <w:p w14:paraId="4D119565" w14:textId="77777777" w:rsidR="003C16D2" w:rsidRDefault="003C16D2">
      <w:pPr>
        <w:spacing w:line="168" w:lineRule="auto"/>
      </w:pPr>
    </w:p>
    <w:p w14:paraId="45EFCBA7" w14:textId="77777777" w:rsidR="003C16D2" w:rsidRDefault="003C16D2">
      <w:pPr>
        <w:spacing w:line="168" w:lineRule="auto"/>
      </w:pPr>
    </w:p>
    <w:p w14:paraId="0044D903" w14:textId="77777777" w:rsidR="003C16D2" w:rsidRDefault="003C16D2">
      <w:pPr>
        <w:spacing w:line="168" w:lineRule="auto"/>
      </w:pPr>
    </w:p>
    <w:p w14:paraId="6EAD590D" w14:textId="605AE31C" w:rsidR="003C16D2" w:rsidRPr="00F83523" w:rsidRDefault="003C16D2" w:rsidP="003C16D2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bookmarkStart w:id="0" w:name="_Hlk239066132"/>
      <w:r w:rsidRPr="00F83523">
        <w:rPr>
          <w:rFonts w:ascii="Arial" w:hAnsi="Arial" w:cs="Arial"/>
          <w:b/>
          <w:sz w:val="16"/>
          <w:szCs w:val="16"/>
        </w:rPr>
        <w:lastRenderedPageBreak/>
        <w:t>NOTĂ DE INFORMARE</w:t>
      </w:r>
    </w:p>
    <w:p w14:paraId="0B3E39FE" w14:textId="6ACD2F02" w:rsidR="003C16D2" w:rsidRPr="00F83523" w:rsidRDefault="003C16D2" w:rsidP="003C16D2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proofErr w:type="spellStart"/>
      <w:r w:rsidRPr="00F83523">
        <w:rPr>
          <w:rFonts w:ascii="Arial" w:hAnsi="Arial" w:cs="Arial"/>
          <w:b/>
          <w:sz w:val="16"/>
          <w:szCs w:val="16"/>
        </w:rPr>
        <w:t>În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cazul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depunerii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documentațiilor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>/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cererilor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care se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vor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soluționa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prin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Compartimentului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Urbanism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și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Amenajarea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Teritoriului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din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</w:t>
      </w:r>
      <w:r w:rsidR="00A94983">
        <w:rPr>
          <w:rFonts w:ascii="Arial" w:hAnsi="Arial" w:cs="Arial"/>
          <w:b/>
          <w:sz w:val="16"/>
          <w:szCs w:val="16"/>
        </w:rPr>
        <w:t>adrul</w:t>
      </w:r>
      <w:proofErr w:type="spellEnd"/>
      <w:r w:rsidR="00A9498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A94983">
        <w:rPr>
          <w:rFonts w:ascii="Arial" w:hAnsi="Arial" w:cs="Arial"/>
          <w:b/>
          <w:sz w:val="16"/>
          <w:szCs w:val="16"/>
        </w:rPr>
        <w:t>Primăriei</w:t>
      </w:r>
      <w:proofErr w:type="spellEnd"/>
      <w:r w:rsidR="00A9498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A94983">
        <w:rPr>
          <w:rFonts w:ascii="Arial" w:hAnsi="Arial" w:cs="Arial"/>
          <w:b/>
          <w:sz w:val="16"/>
          <w:szCs w:val="16"/>
        </w:rPr>
        <w:t>Orasului</w:t>
      </w:r>
      <w:proofErr w:type="spellEnd"/>
      <w:r w:rsidR="00A9498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A94983">
        <w:rPr>
          <w:rFonts w:ascii="Arial" w:hAnsi="Arial" w:cs="Arial"/>
          <w:b/>
          <w:sz w:val="16"/>
          <w:szCs w:val="16"/>
        </w:rPr>
        <w:t>Tautii</w:t>
      </w:r>
      <w:proofErr w:type="spellEnd"/>
      <w:r w:rsidR="00A9498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A94983">
        <w:rPr>
          <w:rFonts w:ascii="Arial" w:hAnsi="Arial" w:cs="Arial"/>
          <w:b/>
          <w:sz w:val="16"/>
          <w:szCs w:val="16"/>
        </w:rPr>
        <w:t>Magheraus</w:t>
      </w:r>
      <w:proofErr w:type="spellEnd"/>
    </w:p>
    <w:p w14:paraId="6D4378E6" w14:textId="5D13ECDE" w:rsidR="003C16D2" w:rsidRDefault="003C16D2" w:rsidP="003C16D2">
      <w:pPr>
        <w:spacing w:after="60"/>
        <w:jc w:val="both"/>
        <w:rPr>
          <w:rFonts w:cs="Times New Roman"/>
          <w:bCs/>
          <w:sz w:val="18"/>
          <w:szCs w:val="18"/>
        </w:rPr>
      </w:pPr>
      <w:proofErr w:type="spellStart"/>
      <w:r w:rsidRPr="00F83523">
        <w:rPr>
          <w:rFonts w:cs="Times New Roman"/>
          <w:bCs/>
          <w:sz w:val="18"/>
          <w:szCs w:val="18"/>
        </w:rPr>
        <w:t>Primăria</w:t>
      </w:r>
      <w:r w:rsidR="00A94983">
        <w:rPr>
          <w:rFonts w:cs="Times New Roman"/>
          <w:bCs/>
          <w:sz w:val="18"/>
          <w:szCs w:val="18"/>
        </w:rPr>
        <w:t>Orasului</w:t>
      </w:r>
      <w:proofErr w:type="spellEnd"/>
      <w:r w:rsidR="00A94983">
        <w:rPr>
          <w:rFonts w:cs="Times New Roman"/>
          <w:bCs/>
          <w:sz w:val="18"/>
          <w:szCs w:val="18"/>
        </w:rPr>
        <w:t xml:space="preserve"> </w:t>
      </w:r>
      <w:proofErr w:type="spellStart"/>
      <w:r w:rsidR="00A94983">
        <w:rPr>
          <w:rFonts w:cs="Times New Roman"/>
          <w:bCs/>
          <w:sz w:val="18"/>
          <w:szCs w:val="18"/>
        </w:rPr>
        <w:t>Tautii</w:t>
      </w:r>
      <w:proofErr w:type="spellEnd"/>
      <w:r w:rsidR="00A94983">
        <w:rPr>
          <w:rFonts w:cs="Times New Roman"/>
          <w:bCs/>
          <w:sz w:val="18"/>
          <w:szCs w:val="18"/>
        </w:rPr>
        <w:t xml:space="preserve"> </w:t>
      </w:r>
      <w:proofErr w:type="spellStart"/>
      <w:r w:rsidR="00A94983">
        <w:rPr>
          <w:rFonts w:cs="Times New Roman"/>
          <w:bCs/>
          <w:sz w:val="18"/>
          <w:szCs w:val="18"/>
        </w:rPr>
        <w:t>Magheraus</w:t>
      </w:r>
      <w:proofErr w:type="spellEnd"/>
      <w:r w:rsidR="00A94983">
        <w:rPr>
          <w:rFonts w:cs="Times New Roman"/>
          <w:bCs/>
          <w:sz w:val="18"/>
          <w:szCs w:val="18"/>
        </w:rPr>
        <w:t xml:space="preserve">, </w:t>
      </w:r>
      <w:proofErr w:type="spellStart"/>
      <w:r w:rsidR="00A94983">
        <w:rPr>
          <w:rFonts w:cs="Times New Roman"/>
          <w:bCs/>
          <w:sz w:val="18"/>
          <w:szCs w:val="18"/>
        </w:rPr>
        <w:t>județul</w:t>
      </w:r>
      <w:proofErr w:type="spellEnd"/>
      <w:r w:rsidR="00A94983">
        <w:rPr>
          <w:rFonts w:cs="Times New Roman"/>
          <w:bCs/>
          <w:sz w:val="18"/>
          <w:szCs w:val="18"/>
        </w:rPr>
        <w:t xml:space="preserve"> </w:t>
      </w:r>
      <w:proofErr w:type="spellStart"/>
      <w:r w:rsidR="00A94983">
        <w:rPr>
          <w:rFonts w:cs="Times New Roman"/>
          <w:bCs/>
          <w:sz w:val="18"/>
          <w:szCs w:val="18"/>
        </w:rPr>
        <w:t>Maramures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prelucrează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personalprin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prezenta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mijloace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automatizate</w:t>
      </w:r>
      <w:proofErr w:type="spellEnd"/>
      <w:r w:rsidRPr="00F83523">
        <w:rPr>
          <w:rFonts w:cs="Times New Roman"/>
          <w:bCs/>
          <w:sz w:val="18"/>
          <w:szCs w:val="18"/>
        </w:rPr>
        <w:t>/</w:t>
      </w:r>
      <w:proofErr w:type="spellStart"/>
      <w:r w:rsidRPr="00F83523">
        <w:rPr>
          <w:rFonts w:cs="Times New Roman"/>
          <w:bCs/>
          <w:sz w:val="18"/>
          <w:szCs w:val="18"/>
        </w:rPr>
        <w:t>manuale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destinate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obligațiilor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Este </w:t>
      </w:r>
      <w:proofErr w:type="spellStart"/>
      <w:r w:rsidRPr="00F83523">
        <w:rPr>
          <w:rFonts w:cs="Times New Roman"/>
          <w:bCs/>
          <w:sz w:val="18"/>
          <w:szCs w:val="18"/>
        </w:rPr>
        <w:t>necesar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ne </w:t>
      </w:r>
      <w:proofErr w:type="spellStart"/>
      <w:r w:rsidRPr="00F83523">
        <w:rPr>
          <w:rFonts w:cs="Times New Roman"/>
          <w:bCs/>
          <w:sz w:val="18"/>
          <w:szCs w:val="18"/>
        </w:rPr>
        <w:t>furnizați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deoarece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refuzul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determină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imposibilitatea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soluționării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Informațiile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înregistrate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sunt destinate </w:t>
      </w:r>
      <w:proofErr w:type="spellStart"/>
      <w:r w:rsidRPr="00F83523">
        <w:rPr>
          <w:rFonts w:cs="Times New Roman"/>
          <w:bCs/>
          <w:sz w:val="18"/>
          <w:szCs w:val="18"/>
        </w:rPr>
        <w:t>utilizării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către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operator </w:t>
      </w:r>
      <w:proofErr w:type="spellStart"/>
      <w:r w:rsidRPr="00F83523">
        <w:rPr>
          <w:rFonts w:cs="Times New Roman"/>
          <w:bCs/>
          <w:sz w:val="18"/>
          <w:szCs w:val="18"/>
        </w:rPr>
        <w:t>dar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pot fi </w:t>
      </w:r>
      <w:proofErr w:type="spellStart"/>
      <w:r w:rsidRPr="00F83523">
        <w:rPr>
          <w:rFonts w:cs="Times New Roman"/>
          <w:bCs/>
          <w:sz w:val="18"/>
          <w:szCs w:val="18"/>
        </w:rPr>
        <w:t>comunicate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altor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instituții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societăți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terți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baza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limitele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prevederilor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sunt </w:t>
      </w:r>
      <w:proofErr w:type="spellStart"/>
      <w:r w:rsidRPr="00F83523">
        <w:rPr>
          <w:rFonts w:cs="Times New Roman"/>
          <w:bCs/>
          <w:sz w:val="18"/>
          <w:szCs w:val="18"/>
        </w:rPr>
        <w:t>păstrate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doar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perioada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necesară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care au </w:t>
      </w:r>
      <w:proofErr w:type="spellStart"/>
      <w:r w:rsidRPr="00F83523">
        <w:rPr>
          <w:rFonts w:cs="Times New Roman"/>
          <w:bCs/>
          <w:sz w:val="18"/>
          <w:szCs w:val="18"/>
        </w:rPr>
        <w:t>fost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colectate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cu </w:t>
      </w:r>
      <w:proofErr w:type="spellStart"/>
      <w:r w:rsidRPr="00F83523">
        <w:rPr>
          <w:rFonts w:cs="Times New Roman"/>
          <w:bCs/>
          <w:sz w:val="18"/>
          <w:szCs w:val="18"/>
        </w:rPr>
        <w:t>respectarea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legislației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vigoare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Conform </w:t>
      </w:r>
      <w:proofErr w:type="spellStart"/>
      <w:r w:rsidRPr="00F83523">
        <w:rPr>
          <w:rFonts w:cs="Times New Roman"/>
          <w:bCs/>
          <w:sz w:val="18"/>
          <w:szCs w:val="18"/>
        </w:rPr>
        <w:t>Regulamentului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General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(UE) 679/2016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persoanelor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fizice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privește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personal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libera </w:t>
      </w:r>
      <w:proofErr w:type="spellStart"/>
      <w:r w:rsidRPr="00F83523">
        <w:rPr>
          <w:rFonts w:cs="Times New Roman"/>
          <w:bCs/>
          <w:sz w:val="18"/>
          <w:szCs w:val="18"/>
        </w:rPr>
        <w:t>circulație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a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date, </w:t>
      </w:r>
      <w:proofErr w:type="spellStart"/>
      <w:r w:rsidRPr="00F83523">
        <w:rPr>
          <w:rFonts w:cs="Times New Roman"/>
          <w:bCs/>
          <w:sz w:val="18"/>
          <w:szCs w:val="18"/>
        </w:rPr>
        <w:t>beneficiați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acces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rectificarea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ștergerea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restricționarea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portabilitatea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opoziție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nu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fi </w:t>
      </w:r>
      <w:proofErr w:type="spellStart"/>
      <w:r w:rsidRPr="00F83523">
        <w:rPr>
          <w:rFonts w:cs="Times New Roman"/>
          <w:bCs/>
          <w:sz w:val="18"/>
          <w:szCs w:val="18"/>
        </w:rPr>
        <w:t>supus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unui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individual </w:t>
      </w:r>
      <w:proofErr w:type="spellStart"/>
      <w:r w:rsidRPr="00F83523">
        <w:rPr>
          <w:rFonts w:cs="Times New Roman"/>
          <w:bCs/>
          <w:sz w:val="18"/>
          <w:szCs w:val="18"/>
        </w:rPr>
        <w:t>automatizat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execrcitarea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drepturi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puteți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o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scrisă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datată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semnată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sediul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primăriei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e-mail </w:t>
      </w:r>
      <w:r w:rsidR="00A94983">
        <w:t xml:space="preserve"> </w:t>
      </w:r>
      <w:hyperlink r:id="rId9" w:history="1">
        <w:r w:rsidR="00A94983" w:rsidRPr="00F15181">
          <w:rPr>
            <w:rStyle w:val="Hyperlink"/>
          </w:rPr>
          <w:t>primaria@tautiimagheraus.ro</w:t>
        </w:r>
      </w:hyperlink>
      <w:r w:rsidR="00A94983">
        <w:t xml:space="preserve"> </w:t>
      </w:r>
      <w:r w:rsidRPr="00F83523">
        <w:rPr>
          <w:rFonts w:cs="Times New Roman"/>
          <w:bCs/>
          <w:sz w:val="18"/>
          <w:szCs w:val="18"/>
        </w:rPr>
        <w:t xml:space="preserve">De </w:t>
      </w:r>
      <w:proofErr w:type="spellStart"/>
      <w:r w:rsidRPr="00F83523">
        <w:rPr>
          <w:rFonts w:cs="Times New Roman"/>
          <w:bCs/>
          <w:sz w:val="18"/>
          <w:szCs w:val="18"/>
        </w:rPr>
        <w:t>asemenea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este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recunoscut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ANSPDCP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justiției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nu sunt </w:t>
      </w:r>
      <w:proofErr w:type="spellStart"/>
      <w:r w:rsidRPr="00F83523">
        <w:rPr>
          <w:rFonts w:cs="Times New Roman"/>
          <w:bCs/>
          <w:sz w:val="18"/>
          <w:szCs w:val="18"/>
        </w:rPr>
        <w:t>transferate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străinătate</w:t>
      </w:r>
      <w:proofErr w:type="spellEnd"/>
      <w:r w:rsidRPr="00F83523">
        <w:rPr>
          <w:rFonts w:cs="Times New Roman"/>
          <w:bCs/>
          <w:sz w:val="18"/>
          <w:szCs w:val="18"/>
        </w:rPr>
        <w:t>.</w:t>
      </w:r>
    </w:p>
    <w:p w14:paraId="5081EF2A" w14:textId="77777777" w:rsidR="003C16D2" w:rsidRPr="00F83523" w:rsidRDefault="003C16D2" w:rsidP="003C16D2">
      <w:pPr>
        <w:spacing w:after="60"/>
        <w:jc w:val="both"/>
        <w:rPr>
          <w:rFonts w:cs="Times New Roman"/>
          <w:bCs/>
          <w:sz w:val="18"/>
          <w:szCs w:val="18"/>
        </w:rPr>
      </w:pPr>
    </w:p>
    <w:p w14:paraId="23C0EF68" w14:textId="77777777" w:rsidR="003C16D2" w:rsidRPr="00D51051" w:rsidRDefault="003C16D2" w:rsidP="003C16D2">
      <w:pPr>
        <w:spacing w:after="60"/>
        <w:ind w:firstLine="720"/>
        <w:jc w:val="both"/>
        <w:rPr>
          <w:bCs/>
          <w:i/>
          <w:iCs/>
          <w:sz w:val="20"/>
          <w:szCs w:val="20"/>
        </w:rPr>
      </w:pPr>
      <w:r w:rsidRPr="00F83523">
        <w:rPr>
          <w:rFonts w:ascii="Arial" w:hAnsi="Arial" w:cs="Arial"/>
          <w:b/>
          <w:sz w:val="20"/>
          <w:szCs w:val="20"/>
        </w:rPr>
        <w:t xml:space="preserve"> </w:t>
      </w:r>
      <w:r w:rsidRPr="00D51051">
        <w:rPr>
          <w:bCs/>
          <w:i/>
          <w:iCs/>
          <w:sz w:val="20"/>
          <w:szCs w:val="20"/>
        </w:rPr>
        <w:t>Subsemnata/Subsemnatul.....................................................................................................................</w:t>
      </w:r>
      <w:r w:rsidRPr="00D51051">
        <w:rPr>
          <w:bCs/>
          <w:i/>
          <w:iCs/>
          <w:sz w:val="20"/>
          <w:szCs w:val="20"/>
          <w:vertAlign w:val="superscript"/>
        </w:rPr>
        <w:t>1</w:t>
      </w:r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având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codul</w:t>
      </w:r>
      <w:proofErr w:type="spellEnd"/>
      <w:r w:rsidRPr="00D51051">
        <w:rPr>
          <w:bCs/>
          <w:i/>
          <w:iCs/>
          <w:sz w:val="20"/>
          <w:szCs w:val="20"/>
        </w:rPr>
        <w:t xml:space="preserve"> numeric personal ......................................................................</w:t>
      </w:r>
      <w:r w:rsidRPr="00D51051">
        <w:rPr>
          <w:bCs/>
          <w:i/>
          <w:iCs/>
          <w:sz w:val="20"/>
          <w:szCs w:val="20"/>
          <w:vertAlign w:val="superscript"/>
        </w:rPr>
        <w:t>1</w:t>
      </w:r>
      <w:r w:rsidRPr="00D51051">
        <w:rPr>
          <w:bCs/>
          <w:i/>
          <w:iCs/>
          <w:sz w:val="20"/>
          <w:szCs w:val="20"/>
        </w:rPr>
        <w:t xml:space="preserve">,  </w:t>
      </w:r>
      <w:proofErr w:type="spellStart"/>
      <w:r w:rsidRPr="00D51051">
        <w:rPr>
          <w:bCs/>
          <w:i/>
          <w:iCs/>
          <w:sz w:val="20"/>
          <w:szCs w:val="20"/>
        </w:rPr>
        <w:t>declar</w:t>
      </w:r>
      <w:proofErr w:type="spellEnd"/>
      <w:r w:rsidRPr="00D51051">
        <w:rPr>
          <w:bCs/>
          <w:i/>
          <w:iCs/>
          <w:sz w:val="20"/>
          <w:szCs w:val="20"/>
        </w:rPr>
        <w:t xml:space="preserve"> prin prezenta pe propria răspundere, </w:t>
      </w:r>
      <w:proofErr w:type="spellStart"/>
      <w:r w:rsidRPr="00D51051">
        <w:rPr>
          <w:bCs/>
          <w:i/>
          <w:iCs/>
          <w:sz w:val="20"/>
          <w:szCs w:val="20"/>
        </w:rPr>
        <w:t>că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toate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documentele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furnizate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și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consemnate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în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prezenta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cerere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r w:rsidRPr="00D51051">
        <w:rPr>
          <w:b/>
          <w:bCs/>
          <w:i/>
          <w:iCs/>
          <w:sz w:val="20"/>
          <w:szCs w:val="20"/>
        </w:rPr>
        <w:t xml:space="preserve">sunt </w:t>
      </w:r>
      <w:proofErr w:type="spellStart"/>
      <w:r w:rsidRPr="00D51051">
        <w:rPr>
          <w:b/>
          <w:bCs/>
          <w:i/>
          <w:iCs/>
          <w:sz w:val="20"/>
          <w:szCs w:val="20"/>
        </w:rPr>
        <w:t>corecte</w:t>
      </w:r>
      <w:proofErr w:type="spellEnd"/>
      <w:r w:rsidRPr="00D51051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/>
          <w:bCs/>
          <w:i/>
          <w:iCs/>
          <w:sz w:val="20"/>
          <w:szCs w:val="20"/>
        </w:rPr>
        <w:t>și</w:t>
      </w:r>
      <w:proofErr w:type="spellEnd"/>
      <w:r w:rsidRPr="00D51051">
        <w:rPr>
          <w:b/>
          <w:bCs/>
          <w:i/>
          <w:iCs/>
          <w:sz w:val="20"/>
          <w:szCs w:val="20"/>
        </w:rPr>
        <w:t xml:space="preserve"> complete</w:t>
      </w:r>
      <w:r w:rsidRPr="00D51051">
        <w:rPr>
          <w:bCs/>
          <w:i/>
          <w:iCs/>
          <w:sz w:val="20"/>
          <w:szCs w:val="20"/>
        </w:rPr>
        <w:t xml:space="preserve">. </w:t>
      </w:r>
      <w:proofErr w:type="spellStart"/>
      <w:r w:rsidRPr="00D51051">
        <w:rPr>
          <w:bCs/>
          <w:i/>
          <w:iCs/>
          <w:sz w:val="20"/>
          <w:szCs w:val="20"/>
        </w:rPr>
        <w:t>Înțeleg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că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omisiunea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sau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incorectitudinea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în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prezentarea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documentelor</w:t>
      </w:r>
      <w:proofErr w:type="spellEnd"/>
      <w:r w:rsidRPr="00D51051">
        <w:rPr>
          <w:bCs/>
          <w:i/>
          <w:iCs/>
          <w:sz w:val="20"/>
          <w:szCs w:val="20"/>
        </w:rPr>
        <w:t xml:space="preserve">, </w:t>
      </w:r>
      <w:proofErr w:type="spellStart"/>
      <w:r w:rsidRPr="00D51051">
        <w:rPr>
          <w:bCs/>
          <w:i/>
          <w:iCs/>
          <w:sz w:val="20"/>
          <w:szCs w:val="20"/>
        </w:rPr>
        <w:t>în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scopul</w:t>
      </w:r>
      <w:proofErr w:type="spellEnd"/>
      <w:r w:rsidRPr="00D51051">
        <w:rPr>
          <w:bCs/>
          <w:i/>
          <w:iCs/>
          <w:sz w:val="20"/>
          <w:szCs w:val="20"/>
        </w:rPr>
        <w:t xml:space="preserve"> de a </w:t>
      </w:r>
      <w:proofErr w:type="spellStart"/>
      <w:r w:rsidRPr="00D51051">
        <w:rPr>
          <w:bCs/>
          <w:i/>
          <w:iCs/>
          <w:sz w:val="20"/>
          <w:szCs w:val="20"/>
        </w:rPr>
        <w:t>obține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avantaje</w:t>
      </w:r>
      <w:proofErr w:type="spellEnd"/>
      <w:r w:rsidRPr="00D51051">
        <w:rPr>
          <w:bCs/>
          <w:i/>
          <w:iCs/>
          <w:sz w:val="20"/>
          <w:szCs w:val="20"/>
        </w:rPr>
        <w:t xml:space="preserve"> se </w:t>
      </w:r>
      <w:proofErr w:type="spellStart"/>
      <w:r w:rsidRPr="00D51051">
        <w:rPr>
          <w:bCs/>
          <w:i/>
          <w:iCs/>
          <w:sz w:val="20"/>
          <w:szCs w:val="20"/>
        </w:rPr>
        <w:t>pedepsește</w:t>
      </w:r>
      <w:proofErr w:type="spellEnd"/>
      <w:r w:rsidRPr="00D51051">
        <w:rPr>
          <w:bCs/>
          <w:i/>
          <w:iCs/>
          <w:sz w:val="20"/>
          <w:szCs w:val="20"/>
        </w:rPr>
        <w:t xml:space="preserve"> conform </w:t>
      </w:r>
      <w:proofErr w:type="spellStart"/>
      <w:r w:rsidRPr="00D51051">
        <w:rPr>
          <w:bCs/>
          <w:i/>
          <w:iCs/>
          <w:sz w:val="20"/>
          <w:szCs w:val="20"/>
        </w:rPr>
        <w:t>legii</w:t>
      </w:r>
      <w:proofErr w:type="spellEnd"/>
      <w:r w:rsidRPr="00D51051">
        <w:rPr>
          <w:bCs/>
          <w:i/>
          <w:iCs/>
          <w:sz w:val="20"/>
          <w:szCs w:val="20"/>
        </w:rPr>
        <w:t>.</w:t>
      </w:r>
    </w:p>
    <w:p w14:paraId="3BAD37C2" w14:textId="1E647220" w:rsidR="003C16D2" w:rsidRPr="00D51051" w:rsidRDefault="003C16D2" w:rsidP="003C16D2">
      <w:pPr>
        <w:spacing w:after="60"/>
        <w:ind w:firstLine="720"/>
        <w:jc w:val="both"/>
        <w:rPr>
          <w:rFonts w:cs="Times New Roman"/>
          <w:b/>
          <w:i/>
          <w:iCs/>
          <w:sz w:val="20"/>
          <w:szCs w:val="20"/>
        </w:rPr>
      </w:pPr>
      <w:r w:rsidRPr="00D51051">
        <w:rPr>
          <w:rFonts w:cs="Times New Roman"/>
          <w:b/>
          <w:i/>
          <w:iCs/>
          <w:sz w:val="20"/>
          <w:szCs w:val="20"/>
        </w:rPr>
        <w:t xml:space="preserve">Prin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prezenta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declar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am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fost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informat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/ă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datele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cu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caracter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personal sunt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în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scopul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pentru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îndeplinirea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atribuțiilor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legale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ale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instituției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. Am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luat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cunoștiință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informațiile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cererea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depusă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actele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anexate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aceasta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vor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fi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de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către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Primăria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A94983">
        <w:rPr>
          <w:rFonts w:cs="Times New Roman"/>
          <w:b/>
          <w:i/>
          <w:iCs/>
          <w:sz w:val="20"/>
          <w:szCs w:val="20"/>
        </w:rPr>
        <w:t>Orasului</w:t>
      </w:r>
      <w:proofErr w:type="spellEnd"/>
      <w:r w:rsidR="00A94983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A94983">
        <w:rPr>
          <w:rFonts w:cs="Times New Roman"/>
          <w:b/>
          <w:i/>
          <w:iCs/>
          <w:sz w:val="20"/>
          <w:szCs w:val="20"/>
        </w:rPr>
        <w:t>Tautii</w:t>
      </w:r>
      <w:proofErr w:type="spellEnd"/>
      <w:r w:rsidR="00A94983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A94983">
        <w:rPr>
          <w:rFonts w:cs="Times New Roman"/>
          <w:b/>
          <w:i/>
          <w:iCs/>
          <w:sz w:val="20"/>
          <w:szCs w:val="20"/>
        </w:rPr>
        <w:t>Magheraus</w:t>
      </w:r>
      <w:proofErr w:type="spellEnd"/>
      <w:r w:rsidR="00A94983">
        <w:rPr>
          <w:rFonts w:cs="Times New Roman"/>
          <w:b/>
          <w:i/>
          <w:iCs/>
          <w:sz w:val="20"/>
          <w:szCs w:val="20"/>
        </w:rPr>
        <w:t xml:space="preserve"> , </w:t>
      </w:r>
      <w:r w:rsidRPr="00D51051">
        <w:rPr>
          <w:rFonts w:cs="Times New Roman"/>
          <w:b/>
          <w:i/>
          <w:iCs/>
          <w:sz w:val="20"/>
          <w:szCs w:val="20"/>
        </w:rPr>
        <w:t xml:space="preserve">cu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respectarea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prevederilor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Regulamentului (UE) 679/2016.</w:t>
      </w:r>
    </w:p>
    <w:p w14:paraId="7F40D22F" w14:textId="77777777" w:rsidR="003C16D2" w:rsidRPr="00D51051" w:rsidRDefault="003C16D2" w:rsidP="003C16D2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0"/>
          <w:szCs w:val="20"/>
        </w:rPr>
      </w:pPr>
      <w:r w:rsidRPr="00D51051">
        <w:rPr>
          <w:bCs/>
          <w:i/>
          <w:iCs/>
          <w:sz w:val="20"/>
          <w:szCs w:val="20"/>
        </w:rPr>
        <w:t xml:space="preserve">Data ........, </w:t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  <w:t xml:space="preserve"> </w:t>
      </w:r>
      <w:r w:rsidRPr="00D51051">
        <w:rPr>
          <w:bCs/>
          <w:i/>
          <w:iCs/>
          <w:sz w:val="20"/>
          <w:szCs w:val="20"/>
        </w:rPr>
        <w:sym w:font="Wingdings" w:char="F03F"/>
      </w:r>
      <w:r w:rsidRPr="00D51051">
        <w:rPr>
          <w:bCs/>
          <w:i/>
          <w:iCs/>
          <w:sz w:val="20"/>
          <w:szCs w:val="20"/>
        </w:rPr>
        <w:t xml:space="preserve"> ................................</w:t>
      </w:r>
      <w:r w:rsidRPr="00D51051">
        <w:rPr>
          <w:bCs/>
          <w:i/>
          <w:iCs/>
          <w:sz w:val="20"/>
          <w:szCs w:val="20"/>
          <w:vertAlign w:val="superscript"/>
        </w:rPr>
        <w:t>3</w:t>
      </w:r>
      <w:r w:rsidRPr="00D51051">
        <w:rPr>
          <w:bCs/>
          <w:i/>
          <w:iCs/>
          <w:sz w:val="20"/>
          <w:szCs w:val="20"/>
        </w:rPr>
        <w:t xml:space="preserve"> </w:t>
      </w:r>
    </w:p>
    <w:p w14:paraId="74CC4491" w14:textId="77777777" w:rsidR="003C16D2" w:rsidRPr="00A73A85" w:rsidRDefault="003C16D2" w:rsidP="003C16D2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4"/>
          <w:szCs w:val="24"/>
        </w:rPr>
      </w:pPr>
    </w:p>
    <w:p w14:paraId="5B6F534E" w14:textId="77777777" w:rsidR="003C16D2" w:rsidRPr="00D51051" w:rsidRDefault="003C16D2" w:rsidP="003C16D2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1</w:t>
      </w:r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Prenumele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NUMELE, </w:t>
      </w:r>
      <w:proofErr w:type="spellStart"/>
      <w:r w:rsidRPr="00D51051">
        <w:rPr>
          <w:bCs/>
          <w:sz w:val="14"/>
          <w:szCs w:val="14"/>
        </w:rPr>
        <w:t>în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clar</w:t>
      </w:r>
      <w:proofErr w:type="spellEnd"/>
      <w:r w:rsidRPr="00D51051">
        <w:rPr>
          <w:bCs/>
          <w:sz w:val="14"/>
          <w:szCs w:val="14"/>
        </w:rPr>
        <w:t xml:space="preserve">. </w:t>
      </w:r>
      <w:r w:rsidRPr="00D51051">
        <w:rPr>
          <w:bCs/>
          <w:sz w:val="14"/>
          <w:szCs w:val="14"/>
          <w:vertAlign w:val="superscript"/>
        </w:rPr>
        <w:t>2</w:t>
      </w:r>
      <w:r w:rsidRPr="00D51051">
        <w:rPr>
          <w:bCs/>
          <w:sz w:val="14"/>
          <w:szCs w:val="14"/>
        </w:rPr>
        <w:t xml:space="preserve">Potrivit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din </w:t>
      </w:r>
      <w:proofErr w:type="spellStart"/>
      <w:r w:rsidRPr="00D51051">
        <w:rPr>
          <w:bCs/>
          <w:sz w:val="14"/>
          <w:szCs w:val="14"/>
        </w:rPr>
        <w:t>actul</w:t>
      </w:r>
      <w:proofErr w:type="spellEnd"/>
      <w:r w:rsidRPr="00D51051">
        <w:rPr>
          <w:bCs/>
          <w:sz w:val="14"/>
          <w:szCs w:val="14"/>
        </w:rPr>
        <w:t xml:space="preserve"> de </w:t>
      </w:r>
      <w:proofErr w:type="spellStart"/>
      <w:r w:rsidRPr="00D51051">
        <w:rPr>
          <w:bCs/>
          <w:sz w:val="14"/>
          <w:szCs w:val="14"/>
        </w:rPr>
        <w:t>identitate</w:t>
      </w:r>
      <w:proofErr w:type="spellEnd"/>
      <w:r w:rsidRPr="00D51051">
        <w:rPr>
          <w:bCs/>
          <w:sz w:val="14"/>
          <w:szCs w:val="14"/>
        </w:rPr>
        <w:t>;</w:t>
      </w:r>
    </w:p>
    <w:p w14:paraId="58DBAF13" w14:textId="77777777" w:rsidR="003C16D2" w:rsidRPr="00D51051" w:rsidRDefault="003C16D2" w:rsidP="003C16D2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3</w:t>
      </w:r>
      <w:r w:rsidRPr="00D51051">
        <w:rPr>
          <w:bCs/>
          <w:sz w:val="14"/>
          <w:szCs w:val="14"/>
        </w:rPr>
        <w:t xml:space="preserve">Prin </w:t>
      </w:r>
      <w:proofErr w:type="spellStart"/>
      <w:r w:rsidRPr="00D51051">
        <w:rPr>
          <w:bCs/>
          <w:sz w:val="14"/>
          <w:szCs w:val="14"/>
        </w:rPr>
        <w:t>semnare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consimt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prelucrarea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cu </w:t>
      </w:r>
      <w:proofErr w:type="spellStart"/>
      <w:r w:rsidRPr="00D51051">
        <w:rPr>
          <w:bCs/>
          <w:sz w:val="14"/>
          <w:szCs w:val="14"/>
        </w:rPr>
        <w:t>caracter</w:t>
      </w:r>
      <w:proofErr w:type="spellEnd"/>
      <w:r w:rsidRPr="00D51051">
        <w:rPr>
          <w:bCs/>
          <w:sz w:val="14"/>
          <w:szCs w:val="14"/>
        </w:rPr>
        <w:t xml:space="preserve"> personal.</w:t>
      </w:r>
    </w:p>
    <w:p w14:paraId="7ED860A3" w14:textId="77777777" w:rsidR="003C16D2" w:rsidRPr="00F83523" w:rsidRDefault="003C16D2" w:rsidP="003C16D2">
      <w:pPr>
        <w:tabs>
          <w:tab w:val="left" w:pos="935"/>
          <w:tab w:val="left" w:pos="1122"/>
          <w:tab w:val="left" w:pos="1309"/>
        </w:tabs>
        <w:jc w:val="both"/>
        <w:rPr>
          <w:bCs/>
          <w:sz w:val="16"/>
          <w:szCs w:val="16"/>
        </w:rPr>
      </w:pPr>
    </w:p>
    <w:p w14:paraId="4E004D44" w14:textId="77777777" w:rsidR="003C16D2" w:rsidRPr="00F83523" w:rsidRDefault="003C16D2" w:rsidP="003C16D2">
      <w:pPr>
        <w:jc w:val="both"/>
        <w:rPr>
          <w:sz w:val="16"/>
          <w:szCs w:val="16"/>
        </w:rPr>
      </w:pPr>
      <w:r w:rsidRPr="00F83523">
        <w:rPr>
          <w:b/>
          <w:sz w:val="16"/>
          <w:szCs w:val="16"/>
        </w:rPr>
        <w:t xml:space="preserve">FOARTE IMPORTANT: </w:t>
      </w:r>
      <w:proofErr w:type="spellStart"/>
      <w:r w:rsidRPr="00F83523">
        <w:rPr>
          <w:b/>
          <w:sz w:val="16"/>
          <w:szCs w:val="16"/>
        </w:rPr>
        <w:t>Potrivit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prevederilor</w:t>
      </w:r>
      <w:proofErr w:type="spellEnd"/>
      <w:r w:rsidRPr="00F83523">
        <w:rPr>
          <w:b/>
          <w:sz w:val="16"/>
          <w:szCs w:val="16"/>
        </w:rPr>
        <w:t xml:space="preserve"> art. 1 </w:t>
      </w:r>
      <w:proofErr w:type="spellStart"/>
      <w:r w:rsidRPr="00F83523">
        <w:rPr>
          <w:b/>
          <w:sz w:val="16"/>
          <w:szCs w:val="16"/>
        </w:rPr>
        <w:t>alin</w:t>
      </w:r>
      <w:proofErr w:type="spellEnd"/>
      <w:r w:rsidRPr="00F83523">
        <w:rPr>
          <w:b/>
          <w:sz w:val="16"/>
          <w:szCs w:val="16"/>
        </w:rPr>
        <w:t xml:space="preserve">. (1) din </w:t>
      </w:r>
      <w:proofErr w:type="spellStart"/>
      <w:r w:rsidRPr="00F83523">
        <w:rPr>
          <w:b/>
          <w:sz w:val="16"/>
          <w:szCs w:val="16"/>
        </w:rPr>
        <w:t>Legea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contenciosului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nr. 554/2004, cu </w:t>
      </w:r>
      <w:proofErr w:type="spellStart"/>
      <w:r w:rsidRPr="00F83523">
        <w:rPr>
          <w:b/>
          <w:sz w:val="16"/>
          <w:szCs w:val="16"/>
        </w:rPr>
        <w:t>modificările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și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completările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ulterioare</w:t>
      </w:r>
      <w:proofErr w:type="spellEnd"/>
      <w:r w:rsidRPr="00F83523">
        <w:rPr>
          <w:b/>
          <w:sz w:val="16"/>
          <w:szCs w:val="16"/>
        </w:rPr>
        <w:t xml:space="preserve">: </w:t>
      </w:r>
      <w:proofErr w:type="spellStart"/>
      <w:r w:rsidRPr="00F83523">
        <w:rPr>
          <w:b/>
          <w:sz w:val="16"/>
          <w:szCs w:val="16"/>
        </w:rPr>
        <w:t>Petentul</w:t>
      </w:r>
      <w:proofErr w:type="spellEnd"/>
      <w:r w:rsidRPr="00F83523">
        <w:rPr>
          <w:b/>
          <w:sz w:val="16"/>
          <w:szCs w:val="16"/>
        </w:rPr>
        <w:t xml:space="preserve"> care se </w:t>
      </w:r>
      <w:proofErr w:type="spellStart"/>
      <w:r w:rsidRPr="00F83523">
        <w:rPr>
          <w:b/>
          <w:sz w:val="16"/>
          <w:szCs w:val="16"/>
        </w:rPr>
        <w:t>consideră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vătămat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drept</w:t>
      </w:r>
      <w:proofErr w:type="spellEnd"/>
      <w:r w:rsidRPr="00F83523">
        <w:rPr>
          <w:b/>
          <w:sz w:val="16"/>
          <w:szCs w:val="16"/>
        </w:rPr>
        <w:t xml:space="preserve"> al </w:t>
      </w:r>
      <w:proofErr w:type="spellStart"/>
      <w:r w:rsidRPr="00F83523">
        <w:rPr>
          <w:b/>
          <w:sz w:val="16"/>
          <w:szCs w:val="16"/>
        </w:rPr>
        <w:t>său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ori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interes</w:t>
      </w:r>
      <w:proofErr w:type="spellEnd"/>
      <w:r w:rsidRPr="00F83523">
        <w:rPr>
          <w:b/>
          <w:sz w:val="16"/>
          <w:szCs w:val="16"/>
        </w:rPr>
        <w:t xml:space="preserve"> legitim </w:t>
      </w:r>
      <w:proofErr w:type="spellStart"/>
      <w:r w:rsidRPr="00F83523">
        <w:rPr>
          <w:b/>
          <w:sz w:val="16"/>
          <w:szCs w:val="16"/>
        </w:rPr>
        <w:t>prin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solicitarea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acestei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declarații</w:t>
      </w:r>
      <w:proofErr w:type="spellEnd"/>
      <w:r w:rsidRPr="00F83523">
        <w:rPr>
          <w:b/>
          <w:sz w:val="16"/>
          <w:szCs w:val="16"/>
        </w:rPr>
        <w:t xml:space="preserve">, se </w:t>
      </w:r>
      <w:proofErr w:type="spellStart"/>
      <w:r w:rsidRPr="00F83523">
        <w:rPr>
          <w:b/>
          <w:sz w:val="16"/>
          <w:szCs w:val="16"/>
        </w:rPr>
        <w:t>poate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adresa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instanței</w:t>
      </w:r>
      <w:proofErr w:type="spellEnd"/>
      <w:r w:rsidRPr="00F83523">
        <w:rPr>
          <w:b/>
          <w:sz w:val="16"/>
          <w:szCs w:val="16"/>
        </w:rPr>
        <w:t xml:space="preserve"> de </w:t>
      </w:r>
      <w:proofErr w:type="spellStart"/>
      <w:r w:rsidRPr="00F83523">
        <w:rPr>
          <w:b/>
          <w:sz w:val="16"/>
          <w:szCs w:val="16"/>
        </w:rPr>
        <w:t>contencios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competente</w:t>
      </w:r>
      <w:proofErr w:type="spellEnd"/>
      <w:r w:rsidRPr="00F83523">
        <w:rPr>
          <w:b/>
          <w:sz w:val="16"/>
          <w:szCs w:val="16"/>
        </w:rPr>
        <w:t>.</w:t>
      </w:r>
      <w:bookmarkEnd w:id="0"/>
    </w:p>
    <w:p w14:paraId="53AB5D08" w14:textId="77777777" w:rsidR="003C16D2" w:rsidRDefault="003C16D2">
      <w:pPr>
        <w:spacing w:line="168" w:lineRule="auto"/>
      </w:pPr>
    </w:p>
    <w:sectPr w:rsidR="003C16D2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6C0CC" w14:textId="77777777" w:rsidR="00D8798D" w:rsidRDefault="00D8798D">
      <w:r>
        <w:separator/>
      </w:r>
    </w:p>
  </w:endnote>
  <w:endnote w:type="continuationSeparator" w:id="0">
    <w:p w14:paraId="5ADF8E46" w14:textId="77777777" w:rsidR="00D8798D" w:rsidRDefault="00D87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OlSt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404174">
    <w:pPr>
      <w:pStyle w:val="Footer"/>
      <w:tabs>
        <w:tab w:val="right" w:pos="9639"/>
      </w:tabs>
    </w:pPr>
    <w:r>
      <w:rPr>
        <w:color w:val="595959"/>
      </w:rPr>
      <w:t xml:space="preserve">F_CU_03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B0431D">
      <w:rPr>
        <w:noProof/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B0431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C1529" w14:textId="77777777" w:rsidR="00D8798D" w:rsidRDefault="00D8798D">
      <w:r>
        <w:separator/>
      </w:r>
    </w:p>
  </w:footnote>
  <w:footnote w:type="continuationSeparator" w:id="0">
    <w:p w14:paraId="04D2E867" w14:textId="77777777" w:rsidR="00D8798D" w:rsidRDefault="00D879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8168687">
    <w:abstractNumId w:val="8"/>
  </w:num>
  <w:num w:numId="2" w16cid:durableId="2025128242">
    <w:abstractNumId w:val="6"/>
  </w:num>
  <w:num w:numId="3" w16cid:durableId="1693266572">
    <w:abstractNumId w:val="5"/>
  </w:num>
  <w:num w:numId="4" w16cid:durableId="1591546897">
    <w:abstractNumId w:val="4"/>
  </w:num>
  <w:num w:numId="5" w16cid:durableId="375352801">
    <w:abstractNumId w:val="7"/>
  </w:num>
  <w:num w:numId="6" w16cid:durableId="31929571">
    <w:abstractNumId w:val="3"/>
  </w:num>
  <w:num w:numId="7" w16cid:durableId="1301376163">
    <w:abstractNumId w:val="2"/>
  </w:num>
  <w:num w:numId="8" w16cid:durableId="193152470">
    <w:abstractNumId w:val="1"/>
  </w:num>
  <w:num w:numId="9" w16cid:durableId="1100679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412"/>
    <w:rsid w:val="00034616"/>
    <w:rsid w:val="0006063C"/>
    <w:rsid w:val="00143FD0"/>
    <w:rsid w:val="0015074B"/>
    <w:rsid w:val="00200236"/>
    <w:rsid w:val="00280790"/>
    <w:rsid w:val="0029639D"/>
    <w:rsid w:val="00326F90"/>
    <w:rsid w:val="00343BBA"/>
    <w:rsid w:val="00377113"/>
    <w:rsid w:val="003C16D2"/>
    <w:rsid w:val="00404174"/>
    <w:rsid w:val="005D1F40"/>
    <w:rsid w:val="005F088A"/>
    <w:rsid w:val="00671DDD"/>
    <w:rsid w:val="006C103E"/>
    <w:rsid w:val="00730580"/>
    <w:rsid w:val="008131AD"/>
    <w:rsid w:val="00976061"/>
    <w:rsid w:val="00A94983"/>
    <w:rsid w:val="00AA1D8D"/>
    <w:rsid w:val="00AA5EBE"/>
    <w:rsid w:val="00B0431D"/>
    <w:rsid w:val="00B47730"/>
    <w:rsid w:val="00CB0664"/>
    <w:rsid w:val="00CD60E9"/>
    <w:rsid w:val="00D8798D"/>
    <w:rsid w:val="00EB77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D59A43"/>
  <w14:defaultImageDpi w14:val="300"/>
  <w15:docId w15:val="{F57DAB2F-E8C1-4091-8AA0-068409035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671DDD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9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9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imaria@tautiimagherau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FCA396F-5528-4AB5-919F-74228D1DA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Atanasoaie Maria</dc:creator>
  <cp:keywords/>
  <cp:lastModifiedBy>user</cp:lastModifiedBy>
  <cp:revision>8</cp:revision>
  <cp:lastPrinted>2026-09-08T07:35:00Z</cp:lastPrinted>
  <dcterms:created xsi:type="dcterms:W3CDTF">2026-08-31T07:32:00Z</dcterms:created>
  <dcterms:modified xsi:type="dcterms:W3CDTF">2026-09-28T07:48:00Z</dcterms:modified>
  <cp:category/>
</cp:coreProperties>
</file>