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BD4241" w14:paraId="75F87DDD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ECBD4B9" w14:textId="3756E491" w:rsidR="00BD4241" w:rsidRDefault="0059799E">
            <w:pPr>
              <w:keepNext/>
              <w:jc w:val="center"/>
            </w:pPr>
            <w:r>
              <w:rPr>
                <w:noProof/>
              </w:rPr>
              <w:drawing>
                <wp:inline distT="0" distB="0" distL="0" distR="0" wp14:anchorId="1DD4F96C" wp14:editId="1C4FAAC4">
                  <wp:extent cx="485775" cy="66675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0CAC84D8" w14:textId="77777777" w:rsidR="00BD4241" w:rsidRDefault="00F4705D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170F875" w14:textId="35A14C2D" w:rsidR="00BD4241" w:rsidRDefault="0059799E">
            <w:pPr>
              <w:keepNext/>
            </w:pPr>
            <w:r>
              <w:rPr>
                <w:b/>
                <w:sz w:val="22"/>
              </w:rPr>
              <w:t>MARAMURES</w:t>
            </w:r>
          </w:p>
        </w:tc>
      </w:tr>
      <w:tr w:rsidR="00BD4241" w14:paraId="46378CC6" w14:textId="77777777">
        <w:trPr>
          <w:cantSplit/>
          <w:trHeight w:val="510"/>
        </w:trPr>
        <w:tc>
          <w:tcPr>
            <w:tcW w:w="1606" w:type="dxa"/>
            <w:vMerge/>
          </w:tcPr>
          <w:p w14:paraId="59016D90" w14:textId="77777777" w:rsidR="00BD4241" w:rsidRDefault="00BD4241"/>
        </w:tc>
        <w:tc>
          <w:tcPr>
            <w:tcW w:w="8030" w:type="dxa"/>
            <w:gridSpan w:val="3"/>
            <w:shd w:val="clear" w:color="auto" w:fill="F0F0F0"/>
          </w:tcPr>
          <w:p w14:paraId="26D504E8" w14:textId="77777777" w:rsidR="00BD4241" w:rsidRDefault="00F4705D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5529F8B8" w14:textId="41E878B3" w:rsidR="00BD4241" w:rsidRPr="00F93EE2" w:rsidRDefault="0059799E" w:rsidP="0059799E">
            <w:pPr>
              <w:tabs>
                <w:tab w:val="center" w:pos="4513"/>
                <w:tab w:val="right" w:pos="9026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ORASUL TAUTII MAGHERAUS</w:t>
            </w:r>
          </w:p>
        </w:tc>
      </w:tr>
      <w:tr w:rsidR="00BD4241" w14:paraId="4792C433" w14:textId="77777777">
        <w:trPr>
          <w:cantSplit/>
          <w:trHeight w:val="510"/>
        </w:trPr>
        <w:tc>
          <w:tcPr>
            <w:tcW w:w="1606" w:type="dxa"/>
            <w:vMerge/>
          </w:tcPr>
          <w:p w14:paraId="5C207147" w14:textId="77777777" w:rsidR="00BD4241" w:rsidRDefault="00BD4241"/>
        </w:tc>
        <w:tc>
          <w:tcPr>
            <w:tcW w:w="2409" w:type="dxa"/>
            <w:shd w:val="clear" w:color="auto" w:fill="F0F0F0"/>
          </w:tcPr>
          <w:p w14:paraId="63A69977" w14:textId="77777777" w:rsidR="00BD4241" w:rsidRPr="00A256C2" w:rsidRDefault="00F4705D">
            <w:pPr>
              <w:keepNext/>
              <w:rPr>
                <w:lang w:val="fr-FR"/>
              </w:rPr>
            </w:pPr>
            <w:r w:rsidRPr="00A256C2">
              <w:rPr>
                <w:b/>
                <w:color w:val="0D5F78"/>
                <w:lang w:val="fr-FR"/>
              </w:rPr>
              <w:t xml:space="preserve">Cod </w:t>
            </w:r>
            <w:proofErr w:type="gramStart"/>
            <w:r w:rsidRPr="00A256C2">
              <w:rPr>
                <w:b/>
                <w:color w:val="0D5F78"/>
                <w:lang w:val="fr-FR"/>
              </w:rPr>
              <w:t xml:space="preserve">de </w:t>
            </w:r>
            <w:proofErr w:type="spellStart"/>
            <w:r w:rsidRPr="00A256C2">
              <w:rPr>
                <w:b/>
                <w:color w:val="0D5F78"/>
                <w:lang w:val="fr-FR"/>
              </w:rPr>
              <w:t>identificare</w:t>
            </w:r>
            <w:proofErr w:type="spellEnd"/>
            <w:proofErr w:type="gramEnd"/>
            <w:r w:rsidRPr="00A256C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A256C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A256C2">
              <w:rPr>
                <w:b/>
                <w:color w:val="0D5F78"/>
                <w:lang w:val="fr-FR"/>
              </w:rPr>
              <w:t xml:space="preserve"> (CIF)</w:t>
            </w:r>
          </w:p>
          <w:p w14:paraId="095A60EC" w14:textId="1FC30759" w:rsidR="00BD4241" w:rsidRPr="00A256C2" w:rsidRDefault="0059799E">
            <w:pPr>
              <w:keepNext/>
              <w:rPr>
                <w:lang w:val="fr-FR"/>
              </w:rPr>
            </w:pPr>
            <w:r>
              <w:rPr>
                <w:b/>
                <w:bCs/>
                <w:sz w:val="20"/>
                <w:szCs w:val="20"/>
                <w:lang w:val="fr-FR"/>
              </w:rPr>
              <w:t>3627170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B44E66B" w14:textId="77777777" w:rsidR="00BD4241" w:rsidRDefault="00F4705D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7DC57526" w14:textId="58F2B98B" w:rsidR="00F93EE2" w:rsidRPr="00F93EE2" w:rsidRDefault="0059799E" w:rsidP="00F93EE2">
            <w:pPr>
              <w:tabs>
                <w:tab w:val="center" w:pos="4513"/>
                <w:tab w:val="right" w:pos="9026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Str. </w:t>
            </w:r>
            <w:proofErr w:type="gramStart"/>
            <w:r>
              <w:rPr>
                <w:sz w:val="16"/>
                <w:szCs w:val="16"/>
              </w:rPr>
              <w:t>1 ,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r w:rsidR="00F93EE2" w:rsidRPr="00F93EE2">
              <w:rPr>
                <w:sz w:val="16"/>
                <w:szCs w:val="16"/>
              </w:rPr>
              <w:t xml:space="preserve"> nr. 1</w:t>
            </w:r>
            <w:r>
              <w:rPr>
                <w:sz w:val="16"/>
                <w:szCs w:val="16"/>
              </w:rPr>
              <w:t>94 , tel.: 0262/293048</w:t>
            </w:r>
            <w:r w:rsidR="00F93EE2" w:rsidRPr="00F93EE2">
              <w:rPr>
                <w:sz w:val="16"/>
                <w:szCs w:val="16"/>
              </w:rPr>
              <w:t xml:space="preserve">, </w:t>
            </w:r>
          </w:p>
          <w:p w14:paraId="72B93E2A" w14:textId="7550A09E" w:rsidR="00BD4241" w:rsidRDefault="00F93EE2" w:rsidP="0059799E">
            <w:pPr>
              <w:keepNext/>
            </w:pPr>
            <w:r w:rsidRPr="00F93EE2">
              <w:rPr>
                <w:rFonts w:ascii="GoudyOlSt BT" w:hAnsi="GoudyOlSt BT"/>
                <w:sz w:val="16"/>
                <w:szCs w:val="16"/>
              </w:rPr>
              <w:t>e-mail:</w:t>
            </w:r>
            <w:r w:rsidR="0059799E">
              <w:t xml:space="preserve"> primariatautiimagheraus.ro </w:t>
            </w:r>
            <w:r w:rsidRPr="00F93EE2">
              <w:rPr>
                <w:rFonts w:ascii="GoudyOlSt BT" w:hAnsi="GoudyOlSt BT"/>
                <w:color w:val="4472C4"/>
                <w:sz w:val="16"/>
                <w:szCs w:val="16"/>
              </w:rPr>
              <w:t xml:space="preserve">, </w:t>
            </w:r>
            <w:r w:rsidR="0059799E">
              <w:rPr>
                <w:rFonts w:ascii="GoudyOlSt BT" w:hAnsi="GoudyOlSt BT"/>
                <w:sz w:val="16"/>
                <w:szCs w:val="16"/>
              </w:rPr>
              <w:t>www.tautiimagheraus</w:t>
            </w:r>
            <w:r w:rsidRPr="00F93EE2">
              <w:rPr>
                <w:rFonts w:ascii="GoudyOlSt BT" w:hAnsi="GoudyOlSt BT"/>
                <w:sz w:val="16"/>
                <w:szCs w:val="16"/>
              </w:rPr>
              <w:t>.ro</w:t>
            </w:r>
            <w:r>
              <w:t xml:space="preserve"> </w:t>
            </w:r>
          </w:p>
        </w:tc>
      </w:tr>
      <w:tr w:rsidR="00BD4241" w14:paraId="451B073E" w14:textId="77777777">
        <w:trPr>
          <w:cantSplit/>
          <w:trHeight w:val="510"/>
        </w:trPr>
        <w:tc>
          <w:tcPr>
            <w:tcW w:w="1606" w:type="dxa"/>
            <w:vMerge/>
          </w:tcPr>
          <w:p w14:paraId="647DA494" w14:textId="77777777" w:rsidR="00BD4241" w:rsidRDefault="00BD4241"/>
        </w:tc>
        <w:tc>
          <w:tcPr>
            <w:tcW w:w="4818" w:type="dxa"/>
            <w:gridSpan w:val="2"/>
            <w:shd w:val="clear" w:color="auto" w:fill="F0F0F0"/>
          </w:tcPr>
          <w:p w14:paraId="431FA99E" w14:textId="77777777" w:rsidR="00BD4241" w:rsidRDefault="00F4705D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30BAE2CC" w14:textId="77777777" w:rsidR="00BD4241" w:rsidRDefault="00BD4241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0C9B8221" w14:textId="77777777" w:rsidR="00BD4241" w:rsidRDefault="00F4705D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4DBF38B" w14:textId="77777777" w:rsidR="00BD4241" w:rsidRDefault="00BD4241">
            <w:pPr>
              <w:keepNext/>
            </w:pPr>
          </w:p>
        </w:tc>
      </w:tr>
      <w:tr w:rsidR="00BD4241" w:rsidRPr="00917520" w14:paraId="2C068744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38F1B702" w14:textId="77777777" w:rsidR="00BD4241" w:rsidRPr="00A256C2" w:rsidRDefault="00F4705D">
            <w:pPr>
              <w:rPr>
                <w:lang w:val="fr-FR"/>
              </w:rPr>
            </w:pPr>
            <w:r w:rsidRPr="00A256C2">
              <w:rPr>
                <w:i/>
                <w:color w:val="595959"/>
                <w:lang w:val="fr-FR"/>
              </w:rPr>
              <w:t xml:space="preserve"> se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scrie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în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18016BF" w14:textId="77777777" w:rsidR="00BD4241" w:rsidRPr="00A256C2" w:rsidRDefault="00BD4241">
      <w:pPr>
        <w:spacing w:line="168" w:lineRule="auto"/>
        <w:rPr>
          <w:lang w:val="fr-FR"/>
        </w:rPr>
      </w:pPr>
    </w:p>
    <w:p w14:paraId="79F54518" w14:textId="77777777" w:rsidR="00BD4241" w:rsidRPr="00850B64" w:rsidRDefault="00F4705D">
      <w:pPr>
        <w:spacing w:before="140" w:after="40"/>
        <w:jc w:val="center"/>
        <w:rPr>
          <w:sz w:val="28"/>
          <w:szCs w:val="28"/>
        </w:rPr>
      </w:pPr>
      <w:r w:rsidRPr="00850B64">
        <w:rPr>
          <w:b/>
          <w:sz w:val="28"/>
          <w:szCs w:val="28"/>
        </w:rPr>
        <w:t>CERERE</w:t>
      </w:r>
    </w:p>
    <w:p w14:paraId="5168B443" w14:textId="77777777" w:rsidR="00BD4241" w:rsidRDefault="00BD4241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B8127F4" w14:textId="77777777">
        <w:trPr>
          <w:cantSplit/>
        </w:trPr>
        <w:tc>
          <w:tcPr>
            <w:tcW w:w="9636" w:type="dxa"/>
            <w:shd w:val="clear" w:color="auto" w:fill="F4F4F4"/>
          </w:tcPr>
          <w:p w14:paraId="38D842A3" w14:textId="77777777" w:rsidR="00BD4241" w:rsidRDefault="00F4705D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BD4241" w:rsidRPr="00917520" w14:paraId="224D3884" w14:textId="77777777">
        <w:trPr>
          <w:cantSplit/>
          <w:trHeight w:val="510"/>
        </w:trPr>
        <w:tc>
          <w:tcPr>
            <w:tcW w:w="9636" w:type="dxa"/>
          </w:tcPr>
          <w:p w14:paraId="1CA5657F" w14:textId="2D6E74FB" w:rsidR="00BD4241" w:rsidRPr="00A256C2" w:rsidRDefault="00F4705D">
            <w:pPr>
              <w:keepNext/>
              <w:rPr>
                <w:lang w:val="fr-FR"/>
              </w:rPr>
            </w:pPr>
            <w:proofErr w:type="spellStart"/>
            <w:r w:rsidRPr="00A256C2">
              <w:rPr>
                <w:b/>
                <w:color w:val="0D5F78"/>
                <w:lang w:val="fr-FR"/>
              </w:rPr>
              <w:t>Instituția</w:t>
            </w:r>
            <w:proofErr w:type="spellEnd"/>
            <w:r w:rsidR="00F93EE2">
              <w:rPr>
                <w:b/>
                <w:color w:val="0D5F78"/>
                <w:lang w:val="fr-FR"/>
              </w:rPr>
              <w:t xml:space="preserve"> 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comunei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sector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10337CF3" w14:textId="23F5ECC0" w:rsidR="00BD4241" w:rsidRPr="00A256C2" w:rsidRDefault="00F93EE2">
            <w:pPr>
              <w:keepNext/>
              <w:rPr>
                <w:lang w:val="fr-FR"/>
              </w:rPr>
            </w:pPr>
            <w:proofErr w:type="spellStart"/>
            <w:r w:rsidRPr="00B044FB">
              <w:rPr>
                <w:b/>
                <w:bCs/>
                <w:sz w:val="20"/>
                <w:szCs w:val="20"/>
                <w:lang w:val="fr-FR"/>
              </w:rPr>
              <w:t>Prim</w:t>
            </w:r>
            <w:r>
              <w:rPr>
                <w:b/>
                <w:bCs/>
                <w:sz w:val="20"/>
                <w:szCs w:val="20"/>
                <w:lang w:val="fr-FR"/>
              </w:rPr>
              <w:t>ăria</w:t>
            </w:r>
            <w:proofErr w:type="spellEnd"/>
            <w:r w:rsidR="0059799E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="0059799E">
              <w:rPr>
                <w:b/>
                <w:bCs/>
                <w:sz w:val="20"/>
                <w:szCs w:val="20"/>
                <w:lang w:val="fr-FR"/>
              </w:rPr>
              <w:t>Orasului</w:t>
            </w:r>
            <w:proofErr w:type="spellEnd"/>
            <w:r w:rsidR="0059799E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="0059799E">
              <w:rPr>
                <w:b/>
                <w:bCs/>
                <w:sz w:val="20"/>
                <w:szCs w:val="20"/>
                <w:lang w:val="fr-FR"/>
              </w:rPr>
              <w:t>Tautii</w:t>
            </w:r>
            <w:proofErr w:type="spellEnd"/>
            <w:r w:rsidR="0059799E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="0059799E">
              <w:rPr>
                <w:b/>
                <w:bCs/>
                <w:sz w:val="20"/>
                <w:szCs w:val="20"/>
                <w:lang w:val="fr-FR"/>
              </w:rPr>
              <w:t>Magheraus</w:t>
            </w:r>
            <w:proofErr w:type="spellEnd"/>
          </w:p>
        </w:tc>
      </w:tr>
      <w:tr w:rsidR="00BD4241" w:rsidRPr="00917520" w14:paraId="046C4EE0" w14:textId="77777777">
        <w:trPr>
          <w:cantSplit/>
        </w:trPr>
        <w:tc>
          <w:tcPr>
            <w:tcW w:w="9636" w:type="dxa"/>
            <w:shd w:val="clear" w:color="auto" w:fill="F4F4F4"/>
          </w:tcPr>
          <w:p w14:paraId="077DE950" w14:textId="77777777" w:rsidR="00BD4241" w:rsidRPr="00A256C2" w:rsidRDefault="00F4705D">
            <w:pPr>
              <w:spacing w:line="228" w:lineRule="auto"/>
              <w:rPr>
                <w:lang w:val="fr-FR"/>
              </w:rPr>
            </w:pPr>
            <w:proofErr w:type="spellStart"/>
            <w:r w:rsidRPr="00A256C2">
              <w:rPr>
                <w:lang w:val="fr-FR"/>
              </w:rPr>
              <w:t>Cererea</w:t>
            </w:r>
            <w:proofErr w:type="spellEnd"/>
            <w:r w:rsidRPr="00A256C2">
              <w:rPr>
                <w:lang w:val="fr-FR"/>
              </w:rPr>
              <w:t xml:space="preserve"> va fi </w:t>
            </w:r>
            <w:proofErr w:type="spellStart"/>
            <w:r w:rsidRPr="00A256C2">
              <w:rPr>
                <w:lang w:val="fr-FR"/>
              </w:rPr>
              <w:t>transmisă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către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președintele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consiliului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județean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general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de </w:t>
            </w:r>
            <w:proofErr w:type="spellStart"/>
            <w:r w:rsidRPr="00A256C2">
              <w:rPr>
                <w:lang w:val="fr-FR"/>
              </w:rPr>
              <w:t>sector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sau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municipiului</w:t>
            </w:r>
            <w:proofErr w:type="spellEnd"/>
            <w:r w:rsidRPr="00A256C2">
              <w:rPr>
                <w:lang w:val="fr-FR"/>
              </w:rPr>
              <w:t xml:space="preserve"> / </w:t>
            </w:r>
            <w:proofErr w:type="spellStart"/>
            <w:r w:rsidRPr="00A256C2">
              <w:rPr>
                <w:lang w:val="fr-FR"/>
              </w:rPr>
              <w:t>orașului</w:t>
            </w:r>
            <w:proofErr w:type="spellEnd"/>
            <w:r w:rsidRPr="00A256C2">
              <w:rPr>
                <w:lang w:val="fr-FR"/>
              </w:rPr>
              <w:t xml:space="preserve"> / </w:t>
            </w:r>
            <w:proofErr w:type="spellStart"/>
            <w:r w:rsidRPr="00A256C2">
              <w:rPr>
                <w:lang w:val="fr-FR"/>
              </w:rPr>
              <w:t>comunei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după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caz</w:t>
            </w:r>
            <w:proofErr w:type="spellEnd"/>
            <w:r w:rsidRPr="00A256C2">
              <w:rPr>
                <w:lang w:val="fr-FR"/>
              </w:rPr>
              <w:t>.</w:t>
            </w:r>
          </w:p>
        </w:tc>
      </w:tr>
    </w:tbl>
    <w:p w14:paraId="4A1A8C50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BD4241" w14:paraId="6254D53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785C7F4" w14:textId="77777777" w:rsidR="00BD4241" w:rsidRDefault="00F4705D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BD4241" w14:paraId="7C34C75B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B85CA98" w14:textId="77777777" w:rsidR="00BD4241" w:rsidRDefault="00F4705D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06BA1AF7" w14:textId="77777777" w:rsidR="00BD4241" w:rsidRDefault="00BD4241">
            <w:pPr>
              <w:keepNext/>
            </w:pPr>
          </w:p>
        </w:tc>
        <w:tc>
          <w:tcPr>
            <w:tcW w:w="4015" w:type="dxa"/>
            <w:gridSpan w:val="3"/>
          </w:tcPr>
          <w:p w14:paraId="2CA91F04" w14:textId="77777777" w:rsidR="00BD4241" w:rsidRDefault="00F4705D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F17B983" w14:textId="77777777" w:rsidR="00BD4241" w:rsidRDefault="00BD4241">
            <w:pPr>
              <w:keepNext/>
            </w:pPr>
          </w:p>
        </w:tc>
      </w:tr>
      <w:tr w:rsidR="00BD4241" w14:paraId="59B3BBB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FD0D623" w14:textId="77777777" w:rsidR="00BD4241" w:rsidRDefault="00F4705D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BD4241" w14:paraId="642D4D2F" w14:textId="77777777">
        <w:trPr>
          <w:cantSplit/>
          <w:trHeight w:val="510"/>
        </w:trPr>
        <w:tc>
          <w:tcPr>
            <w:tcW w:w="1606" w:type="dxa"/>
          </w:tcPr>
          <w:p w14:paraId="5F35C58E" w14:textId="77777777" w:rsidR="00BD4241" w:rsidRDefault="00F4705D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CE8C383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78A133C8" w14:textId="77777777" w:rsidR="00BD4241" w:rsidRDefault="00F4705D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5B4C6C87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5"/>
          </w:tcPr>
          <w:p w14:paraId="1DEC4E0A" w14:textId="77777777" w:rsidR="00BD4241" w:rsidRDefault="00F4705D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0D7A84B1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3041307A" w14:textId="77777777" w:rsidR="00BD4241" w:rsidRDefault="00F4705D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4FED784F" w14:textId="77777777" w:rsidR="00BD4241" w:rsidRDefault="00BD4241">
            <w:pPr>
              <w:keepNext/>
            </w:pPr>
          </w:p>
        </w:tc>
      </w:tr>
      <w:tr w:rsidR="00BD4241" w14:paraId="71F4087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8F6DFCA" w14:textId="77777777" w:rsidR="00BD4241" w:rsidRDefault="00F4705D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BD4241" w14:paraId="3933B7C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9F4E2DE" w14:textId="77777777" w:rsidR="00BD4241" w:rsidRDefault="00F4705D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2B03665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4"/>
          </w:tcPr>
          <w:p w14:paraId="3D2368B4" w14:textId="77777777" w:rsidR="00BD4241" w:rsidRDefault="00F4705D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12749B16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1E6E4F5F" w14:textId="77777777" w:rsidR="00BD4241" w:rsidRDefault="00F4705D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08E7A1B8" w14:textId="77777777" w:rsidR="00BD4241" w:rsidRDefault="00BD4241">
            <w:pPr>
              <w:keepNext/>
            </w:pPr>
          </w:p>
        </w:tc>
      </w:tr>
      <w:tr w:rsidR="00BD4241" w14:paraId="207F9BC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1E4661" w14:textId="77777777" w:rsidR="00BD4241" w:rsidRDefault="00F4705D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47EBF17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3D75DCFA" w14:textId="77777777" w:rsidR="00BD4241" w:rsidRDefault="00F4705D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DAB33F7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5BF58011" w14:textId="77777777" w:rsidR="00BD4241" w:rsidRDefault="00F4705D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43EF765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2EA5DB1F" w14:textId="77777777" w:rsidR="00BD4241" w:rsidRDefault="00F4705D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2BD410CD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01954877" w14:textId="77777777" w:rsidR="00BD4241" w:rsidRDefault="00F4705D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709B55A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2A7F1969" w14:textId="77777777" w:rsidR="00BD4241" w:rsidRDefault="00F4705D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68FE9CAC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0ACD4FEC" w14:textId="77777777" w:rsidR="00BD4241" w:rsidRDefault="00F4705D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017FD79F" w14:textId="77777777" w:rsidR="00BD4241" w:rsidRDefault="00BD4241">
            <w:pPr>
              <w:keepNext/>
            </w:pPr>
          </w:p>
        </w:tc>
      </w:tr>
      <w:tr w:rsidR="00BD4241" w14:paraId="45AD70A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A889AF4" w14:textId="77777777" w:rsidR="00BD4241" w:rsidRDefault="00F4705D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BD4241" w14:paraId="0056C1D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9C8598B" w14:textId="77777777" w:rsidR="00BD4241" w:rsidRDefault="00F4705D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061FE1EC" w14:textId="77777777" w:rsidR="00BD4241" w:rsidRDefault="00BD4241">
            <w:pPr>
              <w:keepNext/>
            </w:pPr>
          </w:p>
        </w:tc>
        <w:tc>
          <w:tcPr>
            <w:tcW w:w="5621" w:type="dxa"/>
            <w:gridSpan w:val="5"/>
          </w:tcPr>
          <w:p w14:paraId="102AC599" w14:textId="77777777" w:rsidR="00BD4241" w:rsidRDefault="00F4705D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53EB2E29" w14:textId="77777777" w:rsidR="00BD4241" w:rsidRDefault="00BD4241">
            <w:pPr>
              <w:keepNext/>
            </w:pPr>
          </w:p>
        </w:tc>
      </w:tr>
      <w:tr w:rsidR="00BD4241" w14:paraId="03BDA35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B576B57" w14:textId="77777777" w:rsidR="00BD4241" w:rsidRDefault="00F4705D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BD4241" w14:paraId="652BC137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1D308525" w14:textId="77777777" w:rsidR="00BD4241" w:rsidRDefault="00F4705D">
            <w:pPr>
              <w:keepNext/>
            </w:pP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6970A0EC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20DA7EB0" w14:textId="77777777" w:rsidR="00BD4241" w:rsidRDefault="00F4705D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793AF090" w14:textId="77777777" w:rsidR="00BD4241" w:rsidRDefault="00BD4241">
            <w:pPr>
              <w:keepNext/>
            </w:pPr>
          </w:p>
        </w:tc>
      </w:tr>
      <w:tr w:rsidR="00BD4241" w:rsidRPr="00917520" w14:paraId="53ABF932" w14:textId="77777777">
        <w:trPr>
          <w:cantSplit/>
        </w:trPr>
        <w:tc>
          <w:tcPr>
            <w:tcW w:w="9636" w:type="dxa"/>
            <w:gridSpan w:val="8"/>
          </w:tcPr>
          <w:p w14:paraId="5AA05364" w14:textId="77777777" w:rsidR="00BD4241" w:rsidRPr="00A256C2" w:rsidRDefault="00F4705D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titular</w:t>
            </w:r>
            <w:proofErr w:type="spellEnd"/>
            <w:r w:rsidRPr="00A256C2">
              <w:rPr>
                <w:sz w:val="16"/>
                <w:lang w:val="fr-FR"/>
              </w:rPr>
              <w:t xml:space="preserve"> al </w:t>
            </w:r>
            <w:proofErr w:type="spellStart"/>
            <w:r w:rsidRPr="00A256C2">
              <w:rPr>
                <w:sz w:val="16"/>
                <w:lang w:val="fr-FR"/>
              </w:rPr>
              <w:t>dreptului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proprietate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împuternicit</w:t>
            </w:r>
            <w:proofErr w:type="spellEnd"/>
            <w:r w:rsidRPr="00A256C2">
              <w:rPr>
                <w:sz w:val="16"/>
                <w:lang w:val="fr-FR"/>
              </w:rPr>
              <w:t xml:space="preserve"> al </w:t>
            </w:r>
            <w:proofErr w:type="spellStart"/>
            <w:r w:rsidRPr="00A256C2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0783D327" w14:textId="77777777" w:rsidR="00BD4241" w:rsidRPr="00A256C2" w:rsidRDefault="00BD4241">
      <w:pPr>
        <w:spacing w:line="168" w:lineRule="auto"/>
        <w:rPr>
          <w:lang w:val="fr-FR"/>
        </w:rPr>
      </w:pPr>
    </w:p>
    <w:p w14:paraId="6748266E" w14:textId="77777777" w:rsidR="00BD4241" w:rsidRPr="00232B9E" w:rsidRDefault="00F4705D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232B9E">
        <w:rPr>
          <w:sz w:val="18"/>
          <w:lang w:val="fr-FR"/>
        </w:rPr>
        <w:t>în</w:t>
      </w:r>
      <w:proofErr w:type="spellEnd"/>
      <w:proofErr w:type="gram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conformitate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cu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prevederile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Legii</w:t>
      </w:r>
      <w:proofErr w:type="spellEnd"/>
      <w:r w:rsidRPr="00232B9E">
        <w:rPr>
          <w:sz w:val="18"/>
          <w:lang w:val="fr-FR"/>
        </w:rPr>
        <w:t xml:space="preserve"> nr. 169/2026 </w:t>
      </w:r>
      <w:proofErr w:type="spellStart"/>
      <w:r w:rsidRPr="00232B9E">
        <w:rPr>
          <w:sz w:val="18"/>
          <w:lang w:val="fr-FR"/>
        </w:rPr>
        <w:t>privind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Codul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amenajării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teritoriului</w:t>
      </w:r>
      <w:proofErr w:type="spellEnd"/>
      <w:r w:rsidRPr="00232B9E">
        <w:rPr>
          <w:sz w:val="18"/>
          <w:lang w:val="fr-FR"/>
        </w:rPr>
        <w:t xml:space="preserve">, </w:t>
      </w:r>
      <w:proofErr w:type="spellStart"/>
      <w:r w:rsidRPr="00232B9E">
        <w:rPr>
          <w:sz w:val="18"/>
          <w:lang w:val="fr-FR"/>
        </w:rPr>
        <w:t>urbanismului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și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construcțiilor</w:t>
      </w:r>
      <w:proofErr w:type="spellEnd"/>
      <w:r w:rsidRPr="00232B9E">
        <w:rPr>
          <w:sz w:val="18"/>
          <w:lang w:val="fr-FR"/>
        </w:rPr>
        <w:t>,</w:t>
      </w:r>
    </w:p>
    <w:p w14:paraId="55F72AB1" w14:textId="77777777" w:rsidR="00BD4241" w:rsidRPr="00232B9E" w:rsidRDefault="00F4705D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232B9E">
        <w:rPr>
          <w:sz w:val="18"/>
          <w:lang w:val="fr-FR"/>
        </w:rPr>
        <w:t>solicit</w:t>
      </w:r>
      <w:proofErr w:type="spellEnd"/>
      <w:proofErr w:type="gram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emiterea</w:t>
      </w:r>
      <w:proofErr w:type="spellEnd"/>
    </w:p>
    <w:p w14:paraId="458BA7BA" w14:textId="77777777" w:rsidR="00917520" w:rsidRDefault="00F4705D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>CERTIFICATULUI DE URBANISM</w:t>
      </w:r>
    </w:p>
    <w:p w14:paraId="062DB540" w14:textId="00B1F188" w:rsidR="00BD4241" w:rsidRDefault="00F4705D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 xml:space="preserve"> PENTRU</w:t>
      </w:r>
    </w:p>
    <w:p w14:paraId="44A1332E" w14:textId="12DABAD3" w:rsidR="00462384" w:rsidRPr="00232B9E" w:rsidRDefault="00917520">
      <w:pPr>
        <w:spacing w:after="160"/>
        <w:jc w:val="center"/>
        <w:rPr>
          <w:b/>
          <w:sz w:val="20"/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r>
        <w:rPr>
          <w:rFonts w:ascii="Segoe UI Symbol" w:hAnsi="Segoe UI Symbol" w:cs="Segoe UI Symbol"/>
          <w:sz w:val="16"/>
          <w:lang w:val="fr-FR"/>
        </w:rPr>
        <w:t xml:space="preserve"> </w:t>
      </w:r>
      <w:r w:rsidR="00462384">
        <w:rPr>
          <w:b/>
          <w:sz w:val="20"/>
          <w:lang w:val="fr-FR"/>
        </w:rPr>
        <w:t xml:space="preserve">CONSTRUIRE / 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>
        <w:rPr>
          <w:rFonts w:ascii="Segoe UI Symbol" w:hAnsi="Segoe UI Symbol" w:cs="Segoe UI Symbol"/>
          <w:sz w:val="16"/>
          <w:lang w:val="fr-FR"/>
        </w:rPr>
        <w:t xml:space="preserve"> </w:t>
      </w:r>
      <w:r w:rsidR="00462384">
        <w:rPr>
          <w:b/>
          <w:sz w:val="20"/>
          <w:lang w:val="fr-FR"/>
        </w:rPr>
        <w:t>DESFIINȚARE</w:t>
      </w:r>
    </w:p>
    <w:p w14:paraId="6BCF1DD1" w14:textId="1CB91F6C" w:rsidR="00A256C2" w:rsidRPr="00232B9E" w:rsidRDefault="00A256C2" w:rsidP="00462384">
      <w:pPr>
        <w:spacing w:after="160"/>
        <w:jc w:val="center"/>
        <w:rPr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Pr="00232B9E">
        <w:rPr>
          <w:sz w:val="16"/>
          <w:lang w:val="fr-FR"/>
        </w:rPr>
        <w:t xml:space="preserve"> </w:t>
      </w:r>
      <w:proofErr w:type="spellStart"/>
      <w:proofErr w:type="gramStart"/>
      <w:r w:rsidRPr="00232B9E">
        <w:rPr>
          <w:sz w:val="16"/>
          <w:lang w:val="fr-FR"/>
        </w:rPr>
        <w:t>pentru</w:t>
      </w:r>
      <w:proofErr w:type="spellEnd"/>
      <w:proofErr w:type="gram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clădiri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și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amenajări</w:t>
      </w:r>
      <w:proofErr w:type="spellEnd"/>
      <w:r w:rsidRPr="00232B9E">
        <w:rPr>
          <w:sz w:val="16"/>
          <w:lang w:val="fr-FR"/>
        </w:rPr>
        <w:t xml:space="preserve">  </w:t>
      </w:r>
      <w:r w:rsidR="00917520">
        <w:rPr>
          <w:sz w:val="16"/>
          <w:lang w:val="fr-FR"/>
        </w:rPr>
        <w:t>/</w:t>
      </w:r>
      <w:r w:rsidRPr="00232B9E">
        <w:rPr>
          <w:sz w:val="16"/>
          <w:lang w:val="fr-FR"/>
        </w:rPr>
        <w:t xml:space="preserve">   </w:t>
      </w:r>
      <w:r w:rsidR="00462384" w:rsidRPr="00232B9E">
        <w:rPr>
          <w:rFonts w:ascii="Segoe UI Symbol" w:hAnsi="Segoe UI Symbol" w:cs="Segoe UI Symbol"/>
          <w:sz w:val="16"/>
          <w:lang w:val="fr-FR"/>
        </w:rPr>
        <w:t>☐</w:t>
      </w:r>
      <w:r w:rsidR="00462384" w:rsidRPr="00232B9E">
        <w:rPr>
          <w:sz w:val="16"/>
          <w:lang w:val="fr-FR"/>
        </w:rPr>
        <w:t xml:space="preserve"> </w:t>
      </w:r>
      <w:proofErr w:type="spellStart"/>
      <w:r w:rsidR="00462384">
        <w:rPr>
          <w:sz w:val="16"/>
          <w:lang w:val="fr-FR"/>
        </w:rPr>
        <w:t>lucrări</w:t>
      </w:r>
      <w:proofErr w:type="spellEnd"/>
      <w:r w:rsidR="00462384">
        <w:rPr>
          <w:sz w:val="16"/>
          <w:lang w:val="fr-FR"/>
        </w:rPr>
        <w:t xml:space="preserve"> </w:t>
      </w:r>
      <w:proofErr w:type="spellStart"/>
      <w:r w:rsidR="00462384">
        <w:rPr>
          <w:sz w:val="16"/>
          <w:lang w:val="fr-FR"/>
        </w:rPr>
        <w:t>inginerești</w:t>
      </w:r>
      <w:proofErr w:type="spellEnd"/>
      <w:r w:rsidR="00462384">
        <w:rPr>
          <w:lang w:val="fr-FR"/>
        </w:rPr>
        <w:t xml:space="preserve">  </w:t>
      </w:r>
      <w:r w:rsidR="00917520">
        <w:rPr>
          <w:lang w:val="fr-FR"/>
        </w:rPr>
        <w:t>/</w:t>
      </w:r>
      <w:r w:rsidR="00462384">
        <w:rPr>
          <w:lang w:val="fr-FR"/>
        </w:rPr>
        <w:t xml:space="preserve">   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pentru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construc</w:t>
      </w:r>
      <w:r w:rsidRPr="00232B9E">
        <w:rPr>
          <w:rFonts w:cs="Times New Roman"/>
          <w:sz w:val="16"/>
          <w:lang w:val="fr-FR"/>
        </w:rPr>
        <w:t>ț</w:t>
      </w:r>
      <w:r w:rsidRPr="00232B9E">
        <w:rPr>
          <w:sz w:val="16"/>
          <w:lang w:val="fr-FR"/>
        </w:rPr>
        <w:t>ii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caracter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special</w:t>
      </w:r>
      <w:proofErr w:type="spellEnd"/>
    </w:p>
    <w:p w14:paraId="386D6A02" w14:textId="77777777"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0F02257A" w14:textId="77777777">
        <w:trPr>
          <w:cantSplit/>
        </w:trPr>
        <w:tc>
          <w:tcPr>
            <w:tcW w:w="9636" w:type="dxa"/>
            <w:shd w:val="clear" w:color="auto" w:fill="F4F4F4"/>
          </w:tcPr>
          <w:p w14:paraId="5888B12E" w14:textId="1131FE8E" w:rsidR="00BD4241" w:rsidRDefault="00F4705D">
            <w:pPr>
              <w:keepNext/>
            </w:pPr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vederea</w:t>
            </w:r>
            <w:proofErr w:type="spellEnd"/>
            <w:r w:rsidR="00A256C2"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realizării</w:t>
            </w:r>
            <w:proofErr w:type="spellEnd"/>
            <w:r w:rsidR="00A256C2"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obiectivului</w:t>
            </w:r>
            <w:proofErr w:type="spellEnd"/>
            <w:r w:rsidR="00A256C2">
              <w:rPr>
                <w:sz w:val="16"/>
              </w:rPr>
              <w:t xml:space="preserve"> de </w:t>
            </w:r>
            <w:proofErr w:type="spellStart"/>
            <w:r w:rsidR="00A256C2">
              <w:rPr>
                <w:sz w:val="16"/>
              </w:rPr>
              <w:t>investiții</w:t>
            </w:r>
            <w:proofErr w:type="spellEnd"/>
            <w:r>
              <w:rPr>
                <w:sz w:val="16"/>
              </w:rPr>
              <w:t>:</w:t>
            </w:r>
          </w:p>
        </w:tc>
      </w:tr>
      <w:tr w:rsidR="00BD4241" w14:paraId="50990383" w14:textId="77777777">
        <w:trPr>
          <w:cantSplit/>
        </w:trPr>
        <w:tc>
          <w:tcPr>
            <w:tcW w:w="9636" w:type="dxa"/>
          </w:tcPr>
          <w:p w14:paraId="60648525" w14:textId="77777777" w:rsidR="00BD4241" w:rsidRDefault="00BD4241">
            <w:pPr>
              <w:pBdr>
                <w:bottom w:val="dotted" w:sz="6" w:space="0" w:color="999999"/>
              </w:pBdr>
              <w:spacing w:after="80"/>
            </w:pPr>
          </w:p>
          <w:p w14:paraId="0B54D5C1" w14:textId="77777777" w:rsidR="00BD4241" w:rsidRDefault="00BD4241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9288D7C" w14:textId="77777777" w:rsidR="00BD4241" w:rsidRDefault="00BD4241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1606"/>
        <w:gridCol w:w="803"/>
        <w:gridCol w:w="803"/>
        <w:gridCol w:w="803"/>
        <w:gridCol w:w="2409"/>
      </w:tblGrid>
      <w:tr w:rsidR="00BD4241" w14:paraId="02B56E76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3C8A02B" w14:textId="77777777" w:rsidR="00BD4241" w:rsidRDefault="00F4705D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IMOBILUL/ELE</w:t>
            </w:r>
          </w:p>
        </w:tc>
      </w:tr>
      <w:tr w:rsidR="00BD4241" w14:paraId="1CA69627" w14:textId="77777777">
        <w:trPr>
          <w:cantSplit/>
        </w:trPr>
        <w:tc>
          <w:tcPr>
            <w:tcW w:w="9636" w:type="dxa"/>
            <w:gridSpan w:val="7"/>
          </w:tcPr>
          <w:p w14:paraId="055B5A5F" w14:textId="77777777" w:rsidR="00BD4241" w:rsidRDefault="00F4705D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BD4241" w14:paraId="4648DBC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DDB2402" w14:textId="77777777" w:rsidR="00BD4241" w:rsidRDefault="00F4705D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1B01471E" w14:textId="7677D0DD" w:rsidR="00BD4241" w:rsidRDefault="0059799E">
            <w:pPr>
              <w:keepNext/>
            </w:pPr>
            <w:proofErr w:type="spellStart"/>
            <w:r>
              <w:rPr>
                <w:b/>
                <w:sz w:val="20"/>
                <w:szCs w:val="20"/>
              </w:rPr>
              <w:t>Maramures</w:t>
            </w:r>
            <w:proofErr w:type="spellEnd"/>
          </w:p>
        </w:tc>
        <w:tc>
          <w:tcPr>
            <w:tcW w:w="3212" w:type="dxa"/>
            <w:gridSpan w:val="3"/>
          </w:tcPr>
          <w:p w14:paraId="1B1218BA" w14:textId="77777777" w:rsidR="00BD4241" w:rsidRDefault="00F4705D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04B4E58" w14:textId="5A93C5BE" w:rsidR="00BD4241" w:rsidRDefault="0059799E">
            <w:pPr>
              <w:keepNext/>
            </w:pPr>
            <w:proofErr w:type="spellStart"/>
            <w:r>
              <w:rPr>
                <w:b/>
                <w:sz w:val="20"/>
                <w:szCs w:val="20"/>
              </w:rPr>
              <w:t>Orasul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Tautii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Magheraus</w:t>
            </w:r>
            <w:proofErr w:type="spellEnd"/>
          </w:p>
        </w:tc>
        <w:tc>
          <w:tcPr>
            <w:tcW w:w="3212" w:type="dxa"/>
            <w:gridSpan w:val="2"/>
          </w:tcPr>
          <w:p w14:paraId="04095758" w14:textId="4FB504F1" w:rsidR="00BD4241" w:rsidRDefault="00F4705D">
            <w:pPr>
              <w:keepNext/>
            </w:pPr>
            <w:r>
              <w:rPr>
                <w:b/>
                <w:color w:val="0D5F78"/>
              </w:rPr>
              <w:t>Sat / sector</w:t>
            </w:r>
            <w:r w:rsidR="0059799E">
              <w:rPr>
                <w:b/>
                <w:color w:val="0D5F78"/>
              </w:rPr>
              <w:t>/</w:t>
            </w:r>
            <w:proofErr w:type="spellStart"/>
            <w:r w:rsidR="0059799E">
              <w:rPr>
                <w:b/>
                <w:color w:val="0D5F78"/>
              </w:rPr>
              <w:t>localitate</w:t>
            </w:r>
            <w:proofErr w:type="spellEnd"/>
          </w:p>
          <w:p w14:paraId="7568887B" w14:textId="3200471E" w:rsidR="00BD4241" w:rsidRDefault="00BD4241">
            <w:pPr>
              <w:keepNext/>
            </w:pPr>
          </w:p>
        </w:tc>
      </w:tr>
      <w:tr w:rsidR="00BD4241" w14:paraId="413F74BA" w14:textId="77777777">
        <w:trPr>
          <w:cantSplit/>
          <w:trHeight w:val="510"/>
        </w:trPr>
        <w:tc>
          <w:tcPr>
            <w:tcW w:w="1606" w:type="dxa"/>
          </w:tcPr>
          <w:p w14:paraId="74236BBA" w14:textId="77777777" w:rsidR="00BD4241" w:rsidRDefault="00F4705D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0DE8BF00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14:paraId="34F4235D" w14:textId="77777777" w:rsidR="00BD4241" w:rsidRDefault="00F4705D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4FD81C0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5C6769DB" w14:textId="77777777" w:rsidR="00BD4241" w:rsidRDefault="00F4705D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654DEDD" w14:textId="77777777" w:rsidR="00BD4241" w:rsidRDefault="00BD4241">
            <w:pPr>
              <w:keepNext/>
            </w:pPr>
          </w:p>
        </w:tc>
        <w:tc>
          <w:tcPr>
            <w:tcW w:w="2409" w:type="dxa"/>
          </w:tcPr>
          <w:p w14:paraId="00F671C5" w14:textId="77777777" w:rsidR="00BD4241" w:rsidRDefault="00F4705D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09774FDD" w14:textId="77777777" w:rsidR="00BD4241" w:rsidRDefault="00BD4241">
            <w:pPr>
              <w:keepNext/>
            </w:pPr>
          </w:p>
        </w:tc>
      </w:tr>
      <w:tr w:rsidR="00BD4241" w14:paraId="06DC80B1" w14:textId="77777777">
        <w:trPr>
          <w:cantSplit/>
          <w:trHeight w:val="510"/>
        </w:trPr>
        <w:tc>
          <w:tcPr>
            <w:tcW w:w="5621" w:type="dxa"/>
            <w:gridSpan w:val="4"/>
          </w:tcPr>
          <w:p w14:paraId="3A6DE5B1" w14:textId="77777777" w:rsidR="00BD4241" w:rsidRPr="00A256C2" w:rsidRDefault="00F4705D">
            <w:pPr>
              <w:keepNext/>
              <w:rPr>
                <w:lang w:val="fr-FR"/>
              </w:rPr>
            </w:pPr>
            <w:proofErr w:type="spellStart"/>
            <w:r w:rsidRPr="00A256C2">
              <w:rPr>
                <w:b/>
                <w:color w:val="0D5F78"/>
                <w:lang w:val="fr-FR"/>
              </w:rPr>
              <w:t>Număr</w:t>
            </w:r>
            <w:proofErr w:type="spellEnd"/>
            <w:r w:rsidRPr="00A256C2">
              <w:rPr>
                <w:b/>
                <w:color w:val="0D5F78"/>
                <w:lang w:val="fr-FR"/>
              </w:rPr>
              <w:t xml:space="preserve"> cadastral/</w:t>
            </w:r>
            <w:proofErr w:type="spellStart"/>
            <w:r w:rsidRPr="00A256C2">
              <w:rPr>
                <w:b/>
                <w:color w:val="0D5F78"/>
                <w:lang w:val="fr-FR"/>
              </w:rPr>
              <w:t>ele</w:t>
            </w:r>
            <w:proofErr w:type="spellEnd"/>
          </w:p>
          <w:p w14:paraId="2511787E" w14:textId="77777777" w:rsidR="00BD4241" w:rsidRPr="00A256C2" w:rsidRDefault="00F4705D">
            <w:pPr>
              <w:keepNext/>
              <w:rPr>
                <w:lang w:val="fr-FR"/>
              </w:rPr>
            </w:pPr>
            <w:proofErr w:type="spellStart"/>
            <w:r w:rsidRPr="00A256C2">
              <w:rPr>
                <w:i/>
                <w:color w:val="7A7A7A"/>
                <w:lang w:val="fr-FR"/>
              </w:rPr>
              <w:t>dacă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în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e-Terra</w:t>
            </w:r>
          </w:p>
          <w:p w14:paraId="2A482E4D" w14:textId="77777777" w:rsidR="00BD4241" w:rsidRPr="00A256C2" w:rsidRDefault="00BD4241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2E25001D" w14:textId="77777777" w:rsidR="00BD4241" w:rsidRDefault="00F4705D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5C821E97" w14:textId="77777777" w:rsidR="00BD4241" w:rsidRDefault="00BD4241">
            <w:pPr>
              <w:keepNext/>
            </w:pPr>
          </w:p>
        </w:tc>
      </w:tr>
      <w:tr w:rsidR="00BD4241" w14:paraId="3BF4AAB7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441C71D" w14:textId="77777777" w:rsidR="00BD4241" w:rsidRDefault="00F4705D">
            <w:pPr>
              <w:keepNext/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terenului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7A8081F1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14:paraId="2F05F5A9" w14:textId="77777777" w:rsidR="00BD4241" w:rsidRDefault="00F4705D">
            <w:pPr>
              <w:keepNext/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construcției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12AE18A8" w14:textId="77777777" w:rsidR="00BD4241" w:rsidRDefault="00BD4241">
            <w:pPr>
              <w:keepNext/>
            </w:pPr>
          </w:p>
        </w:tc>
      </w:tr>
    </w:tbl>
    <w:p w14:paraId="05AFE76A" w14:textId="77777777" w:rsidR="00BD4241" w:rsidRDefault="00BD4241">
      <w:pPr>
        <w:spacing w:line="168" w:lineRule="auto"/>
      </w:pPr>
    </w:p>
    <w:p w14:paraId="484D8D92" w14:textId="77777777" w:rsidR="00BD4241" w:rsidRDefault="00F4705D">
      <w:r>
        <w:br w:type="page"/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9225C5D" w14:textId="77777777">
        <w:trPr>
          <w:cantSplit/>
        </w:trPr>
        <w:tc>
          <w:tcPr>
            <w:tcW w:w="9636" w:type="dxa"/>
            <w:shd w:val="clear" w:color="auto" w:fill="F4F4F4"/>
          </w:tcPr>
          <w:p w14:paraId="623CFF7D" w14:textId="77777777" w:rsidR="00BD4241" w:rsidRDefault="00F4705D">
            <w:pPr>
              <w:keepNext/>
            </w:pPr>
            <w:r>
              <w:rPr>
                <w:b/>
                <w:sz w:val="16"/>
              </w:rPr>
              <w:lastRenderedPageBreak/>
              <w:t xml:space="preserve"> 4. </w:t>
            </w:r>
            <w:r>
              <w:rPr>
                <w:b/>
                <w:color w:val="000000"/>
                <w:sz w:val="18"/>
              </w:rPr>
              <w:t>ÎNCADRAREA LUCRĂRILOR</w:t>
            </w:r>
          </w:p>
        </w:tc>
      </w:tr>
      <w:tr w:rsidR="00BD4241" w:rsidRPr="00917520" w14:paraId="6D8D566C" w14:textId="77777777">
        <w:trPr>
          <w:cantSplit/>
        </w:trPr>
        <w:tc>
          <w:tcPr>
            <w:tcW w:w="9636" w:type="dxa"/>
            <w:shd w:val="clear" w:color="auto" w:fill="F4F4F4"/>
          </w:tcPr>
          <w:p w14:paraId="163E4297" w14:textId="25D66D26" w:rsidR="00BD4241" w:rsidRPr="00917520" w:rsidRDefault="00F4705D">
            <w:pPr>
              <w:keepNext/>
              <w:rPr>
                <w:b/>
                <w:bCs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 xml:space="preserve">A ·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Lucrări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de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noi</w:t>
            </w:r>
            <w:proofErr w:type="spellEnd"/>
          </w:p>
        </w:tc>
      </w:tr>
      <w:tr w:rsidR="00BD4241" w:rsidRPr="00917520" w14:paraId="4CBB7AF4" w14:textId="77777777">
        <w:trPr>
          <w:cantSplit/>
        </w:trPr>
        <w:tc>
          <w:tcPr>
            <w:tcW w:w="9636" w:type="dxa"/>
          </w:tcPr>
          <w:p w14:paraId="62395695" w14:textId="77777777" w:rsidR="00BD4241" w:rsidRPr="00A256C2" w:rsidRDefault="00F4705D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civile    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industriale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agricole     ☐ </w:t>
            </w:r>
            <w:proofErr w:type="spellStart"/>
            <w:r w:rsidRPr="00A256C2">
              <w:rPr>
                <w:sz w:val="16"/>
                <w:lang w:val="fr-FR"/>
              </w:rPr>
              <w:t>construcții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caracter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special</w:t>
            </w:r>
            <w:proofErr w:type="spellEnd"/>
          </w:p>
        </w:tc>
      </w:tr>
      <w:tr w:rsidR="00BD4241" w:rsidRPr="00917520" w14:paraId="00BD24BB" w14:textId="77777777">
        <w:trPr>
          <w:cantSplit/>
        </w:trPr>
        <w:tc>
          <w:tcPr>
            <w:tcW w:w="9636" w:type="dxa"/>
            <w:shd w:val="clear" w:color="auto" w:fill="F4F4F4"/>
          </w:tcPr>
          <w:p w14:paraId="4F68C0E6" w14:textId="043F5594" w:rsidR="00BD4241" w:rsidRPr="00A256C2" w:rsidRDefault="00F4705D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r</w:t>
            </w:r>
            <w:r w:rsidRPr="00A256C2">
              <w:rPr>
                <w:sz w:val="16"/>
                <w:lang w:val="fr-FR"/>
              </w:rPr>
              <w:t>ealizate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r w:rsidR="00A256C2" w:rsidRPr="00A256C2">
              <w:rPr>
                <w:sz w:val="16"/>
                <w:lang w:val="fr-FR"/>
              </w:rPr>
              <w:t xml:space="preserve">(se va </w:t>
            </w:r>
            <w:proofErr w:type="spellStart"/>
            <w:r w:rsidR="00A256C2" w:rsidRPr="00A256C2">
              <w:rPr>
                <w:sz w:val="16"/>
                <w:lang w:val="fr-FR"/>
              </w:rPr>
              <w:t>bifa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="00A256C2" w:rsidRPr="00A256C2">
              <w:rPr>
                <w:sz w:val="16"/>
                <w:lang w:val="fr-FR"/>
              </w:rPr>
              <w:t>în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masura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î</w:t>
            </w:r>
            <w:r w:rsidR="00A256C2" w:rsidRPr="00A256C2">
              <w:rPr>
                <w:sz w:val="16"/>
                <w:lang w:val="fr-FR"/>
              </w:rPr>
              <w:t>n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care </w:t>
            </w:r>
            <w:proofErr w:type="spellStart"/>
            <w:r w:rsidR="00A256C2" w:rsidRPr="00A256C2">
              <w:rPr>
                <w:sz w:val="16"/>
                <w:lang w:val="fr-FR"/>
              </w:rPr>
              <w:t>sunt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cunoscute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solicitantulu</w:t>
            </w:r>
            <w:r w:rsidR="00A256C2">
              <w:rPr>
                <w:sz w:val="16"/>
                <w:lang w:val="fr-FR"/>
              </w:rPr>
              <w:t>i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informațiile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cu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privire</w:t>
            </w:r>
            <w:proofErr w:type="spellEnd"/>
            <w:r w:rsidR="00A256C2">
              <w:rPr>
                <w:sz w:val="16"/>
                <w:lang w:val="fr-FR"/>
              </w:rPr>
              <w:t xml:space="preserve"> la </w:t>
            </w:r>
            <w:proofErr w:type="spellStart"/>
            <w:r w:rsidR="00A256C2">
              <w:rPr>
                <w:sz w:val="16"/>
                <w:lang w:val="fr-FR"/>
              </w:rPr>
              <w:t>amplasarea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în</w:t>
            </w:r>
            <w:proofErr w:type="spellEnd"/>
            <w:r w:rsidR="00A256C2">
              <w:rPr>
                <w:sz w:val="16"/>
                <w:lang w:val="fr-FR"/>
              </w:rPr>
              <w:t xml:space="preserve"> zona de </w:t>
            </w:r>
            <w:proofErr w:type="spellStart"/>
            <w:r w:rsidR="00A256C2">
              <w:rPr>
                <w:sz w:val="16"/>
                <w:lang w:val="fr-FR"/>
              </w:rPr>
              <w:t>protecție</w:t>
            </w:r>
            <w:proofErr w:type="spellEnd"/>
            <w:r w:rsidR="00A256C2">
              <w:rPr>
                <w:sz w:val="16"/>
                <w:lang w:val="fr-FR"/>
              </w:rPr>
              <w:t>/</w:t>
            </w:r>
            <w:proofErr w:type="spellStart"/>
            <w:r w:rsidR="00A256C2">
              <w:rPr>
                <w:sz w:val="16"/>
                <w:lang w:val="fr-FR"/>
              </w:rPr>
              <w:t>protejată</w:t>
            </w:r>
            <w:proofErr w:type="spellEnd"/>
            <w:r w:rsidR="00A256C2" w:rsidRPr="00A256C2">
              <w:rPr>
                <w:sz w:val="16"/>
                <w:lang w:val="fr-FR"/>
              </w:rPr>
              <w:t>)</w:t>
            </w:r>
            <w:r w:rsidR="00A256C2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:</w:t>
            </w:r>
          </w:p>
        </w:tc>
      </w:tr>
      <w:tr w:rsidR="00BD4241" w:rsidRPr="00917520" w14:paraId="16707DF8" w14:textId="77777777">
        <w:trPr>
          <w:cantSplit/>
        </w:trPr>
        <w:tc>
          <w:tcPr>
            <w:tcW w:w="9636" w:type="dxa"/>
          </w:tcPr>
          <w:p w14:paraId="1830A858" w14:textId="6C166497" w:rsidR="00A256C2" w:rsidRDefault="00F4705D">
            <w:pPr>
              <w:keepNext/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afara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zonei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protecție</w:t>
            </w:r>
            <w:proofErr w:type="spell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monumentelor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zona de </w:t>
            </w:r>
            <w:proofErr w:type="spellStart"/>
            <w:r w:rsidRPr="00A256C2">
              <w:rPr>
                <w:sz w:val="16"/>
                <w:lang w:val="fr-FR"/>
              </w:rPr>
              <w:t>protecție</w:t>
            </w:r>
            <w:proofErr w:type="spell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monumentelor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afara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zonelor</w:t>
            </w:r>
            <w:proofErr w:type="spellEnd"/>
            <w:r w:rsidRPr="00A256C2">
              <w:rPr>
                <w:sz w:val="16"/>
                <w:lang w:val="fr-FR"/>
              </w:rPr>
              <w:t xml:space="preserve">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  <w:p w14:paraId="7336BFFF" w14:textId="18BC78A2" w:rsidR="00BD4241" w:rsidRPr="00A256C2" w:rsidRDefault="00A256C2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>
              <w:rPr>
                <w:sz w:val="16"/>
                <w:lang w:val="fr-FR"/>
              </w:rPr>
              <w:t xml:space="preserve">                              </w:t>
            </w:r>
            <w:r w:rsidRPr="00A256C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nu </w:t>
            </w:r>
            <w:proofErr w:type="spellStart"/>
            <w:r>
              <w:rPr>
                <w:sz w:val="16"/>
                <w:lang w:val="fr-FR"/>
              </w:rPr>
              <w:t>sunt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cunoscute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solicitantului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astfel</w:t>
            </w:r>
            <w:proofErr w:type="spellEnd"/>
            <w:r>
              <w:rPr>
                <w:sz w:val="16"/>
                <w:lang w:val="fr-FR"/>
              </w:rPr>
              <w:t xml:space="preserve"> de </w:t>
            </w:r>
            <w:proofErr w:type="spellStart"/>
            <w:r>
              <w:rPr>
                <w:sz w:val="16"/>
                <w:lang w:val="fr-FR"/>
              </w:rPr>
              <w:t>informații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</w:tc>
      </w:tr>
      <w:tr w:rsidR="00BD4241" w:rsidRPr="00917520" w14:paraId="53A5BE4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1C5C80" w14:textId="05C93D1A" w:rsidR="00917520" w:rsidRDefault="00F4705D">
            <w:pPr>
              <w:keepNext/>
              <w:rPr>
                <w:b/>
                <w:bCs/>
                <w:sz w:val="16"/>
                <w:lang w:val="fr-FR"/>
              </w:rPr>
            </w:pPr>
            <w:r w:rsidRPr="00917520">
              <w:rPr>
                <w:b/>
                <w:bCs/>
                <w:sz w:val="16"/>
                <w:lang w:val="fr-FR"/>
              </w:rPr>
              <w:t xml:space="preserve"> B</w:t>
            </w:r>
            <w:r w:rsidR="00917520">
              <w:rPr>
                <w:b/>
                <w:bCs/>
                <w:sz w:val="16"/>
                <w:lang w:val="fr-FR"/>
              </w:rPr>
              <w:t>.</w:t>
            </w:r>
            <w:r w:rsidRPr="00917520">
              <w:rPr>
                <w:b/>
                <w:bCs/>
                <w:sz w:val="16"/>
                <w:lang w:val="fr-FR"/>
              </w:rPr>
              <w:t xml:space="preserve"> ·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Intervenții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asupra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construcțiilor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existente</w:t>
            </w:r>
            <w:proofErr w:type="spellEnd"/>
            <w:r w:rsidR="00917520"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b/>
                <w:bCs/>
                <w:sz w:val="16"/>
                <w:lang w:val="fr-FR"/>
              </w:rPr>
              <w:t>realizate</w:t>
            </w:r>
            <w:proofErr w:type="spellEnd"/>
            <w:r w:rsidR="00917520">
              <w:rPr>
                <w:b/>
                <w:bCs/>
                <w:sz w:val="16"/>
                <w:lang w:val="fr-FR"/>
              </w:rPr>
              <w:t xml:space="preserve"> : </w:t>
            </w:r>
          </w:p>
          <w:p w14:paraId="749D5A7F" w14:textId="7913D592" w:rsidR="00BD4241" w:rsidRPr="00917520" w:rsidRDefault="00917520">
            <w:pPr>
              <w:keepNext/>
              <w:rPr>
                <w:b/>
                <w:bCs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 xml:space="preserve">B.1. </w:t>
            </w:r>
            <w:proofErr w:type="gramStart"/>
            <w:r w:rsidRPr="00917520">
              <w:rPr>
                <w:b/>
                <w:bCs/>
                <w:sz w:val="16"/>
                <w:lang w:val="fr-FR"/>
              </w:rPr>
              <w:t xml:space="preserve">la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alte</w:t>
            </w:r>
            <w:proofErr w:type="spellEnd"/>
            <w:proofErr w:type="gram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decât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cele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prevăzute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la lit. B.2)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și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B.3)</w:t>
            </w:r>
          </w:p>
        </w:tc>
      </w:tr>
      <w:tr w:rsidR="00BD4241" w14:paraId="68DB9200" w14:textId="77777777">
        <w:trPr>
          <w:cantSplit/>
        </w:trPr>
        <w:tc>
          <w:tcPr>
            <w:tcW w:w="9636" w:type="dxa"/>
            <w:shd w:val="clear" w:color="auto" w:fill="F4F4F4"/>
          </w:tcPr>
          <w:p w14:paraId="43929143" w14:textId="09946C98" w:rsidR="00BD4241" w:rsidRPr="00917520" w:rsidRDefault="00F4705D">
            <w:pPr>
              <w:keepNext/>
              <w:rPr>
                <w:b/>
                <w:bCs/>
                <w:sz w:val="16"/>
              </w:rPr>
            </w:pPr>
            <w:r>
              <w:rPr>
                <w:sz w:val="16"/>
              </w:rPr>
              <w:t xml:space="preserve"> </w:t>
            </w:r>
            <w:r w:rsidR="00917520" w:rsidRPr="00A256C2">
              <w:rPr>
                <w:sz w:val="16"/>
                <w:lang w:val="fr-FR"/>
              </w:rPr>
              <w:t>☐</w:t>
            </w:r>
            <w:r w:rsidR="00917520">
              <w:rPr>
                <w:sz w:val="16"/>
                <w:lang w:val="fr-FR"/>
              </w:rPr>
              <w:t xml:space="preserve"> </w:t>
            </w:r>
            <w:proofErr w:type="gramStart"/>
            <w:r w:rsidRPr="00917520">
              <w:rPr>
                <w:b/>
                <w:bCs/>
                <w:sz w:val="16"/>
              </w:rPr>
              <w:t xml:space="preserve">B.2 </w:t>
            </w:r>
            <w:r w:rsidR="00917520">
              <w:rPr>
                <w:b/>
                <w:bCs/>
                <w:sz w:val="16"/>
              </w:rPr>
              <w:t>.</w:t>
            </w:r>
            <w:r w:rsidRPr="00917520">
              <w:rPr>
                <w:b/>
                <w:bCs/>
                <w:sz w:val="16"/>
              </w:rPr>
              <w:t>·</w:t>
            </w:r>
            <w:proofErr w:type="gramEnd"/>
            <w:r w:rsidRPr="00917520">
              <w:rPr>
                <w:b/>
                <w:bCs/>
                <w:sz w:val="16"/>
              </w:rPr>
              <w:t>l</w:t>
            </w:r>
            <w:r w:rsidR="00917520" w:rsidRPr="00917520">
              <w:rPr>
                <w:b/>
                <w:bCs/>
                <w:sz w:val="16"/>
              </w:rPr>
              <w:t xml:space="preserve">a </w:t>
            </w:r>
            <w:proofErr w:type="spellStart"/>
            <w:r w:rsidR="00917520" w:rsidRPr="00917520">
              <w:rPr>
                <w:b/>
                <w:bCs/>
                <w:sz w:val="16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</w:rPr>
              <w:t>:</w:t>
            </w:r>
          </w:p>
        </w:tc>
      </w:tr>
      <w:tr w:rsidR="00BD4241" w14:paraId="38C10CCA" w14:textId="77777777">
        <w:trPr>
          <w:cantSplit/>
        </w:trPr>
        <w:tc>
          <w:tcPr>
            <w:tcW w:w="9636" w:type="dxa"/>
          </w:tcPr>
          <w:p w14:paraId="4A7D01F6" w14:textId="75013ED7" w:rsidR="00BD4241" w:rsidRDefault="00F4705D">
            <w:pPr>
              <w:keepNext/>
            </w:pPr>
            <w:r>
              <w:rPr>
                <w:sz w:val="16"/>
              </w:rPr>
              <w:t xml:space="preserve">☐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stabilite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potrivit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Legii</w:t>
            </w:r>
            <w:proofErr w:type="spellEnd"/>
            <w:r>
              <w:rPr>
                <w:sz w:val="16"/>
              </w:rPr>
              <w:t xml:space="preserve"> nr. 422/2001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protejarea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monumentelor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republicată</w:t>
            </w:r>
            <w:proofErr w:type="spellEnd"/>
            <w:r>
              <w:rPr>
                <w:sz w:val="16"/>
              </w:rPr>
              <w:t xml:space="preserve">, cu </w:t>
            </w:r>
            <w:proofErr w:type="spellStart"/>
            <w:r>
              <w:rPr>
                <w:sz w:val="16"/>
              </w:rPr>
              <w:t>modificările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completările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ulterioare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inclusiv</w:t>
            </w:r>
            <w:proofErr w:type="spellEnd"/>
            <w:r>
              <w:rPr>
                <w:sz w:val="16"/>
              </w:rPr>
              <w:t xml:space="preserve"> la </w:t>
            </w:r>
            <w:proofErr w:type="spellStart"/>
            <w:r>
              <w:rPr>
                <w:sz w:val="16"/>
              </w:rPr>
              <w:t>anexele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acestora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identificate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același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>)</w:t>
            </w:r>
          </w:p>
        </w:tc>
      </w:tr>
      <w:tr w:rsidR="00BD4241" w14:paraId="68A8984F" w14:textId="77777777">
        <w:trPr>
          <w:cantSplit/>
        </w:trPr>
        <w:tc>
          <w:tcPr>
            <w:tcW w:w="9636" w:type="dxa"/>
          </w:tcPr>
          <w:p w14:paraId="611473BA" w14:textId="6A0B37E4" w:rsidR="00BD4241" w:rsidRDefault="00F4705D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aflate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zona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protecție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monumentelor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istorice</w:t>
            </w:r>
            <w:proofErr w:type="spellEnd"/>
          </w:p>
        </w:tc>
      </w:tr>
      <w:tr w:rsidR="00BD4241" w:rsidRPr="00917520" w14:paraId="2E03D770" w14:textId="77777777">
        <w:trPr>
          <w:cantSplit/>
        </w:trPr>
        <w:tc>
          <w:tcPr>
            <w:tcW w:w="9636" w:type="dxa"/>
          </w:tcPr>
          <w:p w14:paraId="26E80490" w14:textId="059D6448" w:rsidR="00BD4241" w:rsidRPr="00A256C2" w:rsidRDefault="00F4705D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aflate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stabilite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potrivit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legii</w:t>
            </w:r>
            <w:proofErr w:type="spellEnd"/>
          </w:p>
        </w:tc>
      </w:tr>
      <w:tr w:rsidR="00BD4241" w:rsidRPr="00917520" w14:paraId="399BC221" w14:textId="77777777">
        <w:trPr>
          <w:cantSplit/>
        </w:trPr>
        <w:tc>
          <w:tcPr>
            <w:tcW w:w="9636" w:type="dxa"/>
          </w:tcPr>
          <w:p w14:paraId="646CB655" w14:textId="3A8D83ED" w:rsidR="00BD4241" w:rsidRPr="00A256C2" w:rsidRDefault="00F4705D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valoare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arhitecturală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sau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istorică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deosebită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stabilite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prin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documentații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urbanism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aprobate</w:t>
            </w:r>
            <w:proofErr w:type="spellEnd"/>
          </w:p>
        </w:tc>
      </w:tr>
      <w:tr w:rsidR="00BD4241" w:rsidRPr="00917520" w14:paraId="0E0553C6" w14:textId="77777777">
        <w:trPr>
          <w:cantSplit/>
        </w:trPr>
        <w:tc>
          <w:tcPr>
            <w:tcW w:w="9636" w:type="dxa"/>
            <w:shd w:val="clear" w:color="auto" w:fill="F4F4F4"/>
          </w:tcPr>
          <w:p w14:paraId="2773515E" w14:textId="1E16CC47" w:rsidR="00BD4241" w:rsidRPr="00917520" w:rsidRDefault="00917520">
            <w:pPr>
              <w:keepNext/>
              <w:rPr>
                <w:lang w:val="fr-FR"/>
              </w:rPr>
            </w:pPr>
            <w:r w:rsidRPr="00917520">
              <w:rPr>
                <w:b/>
                <w:bCs/>
                <w:sz w:val="16"/>
                <w:lang w:val="fr-FR"/>
              </w:rPr>
              <w:t xml:space="preserve">☐  B.3 · la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/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cu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caracter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special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           </w:t>
            </w:r>
            <w:r w:rsidRPr="00917520">
              <w:rPr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altele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decât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cele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stabilite</w:t>
            </w:r>
            <w:proofErr w:type="spellEnd"/>
            <w:r w:rsidRPr="00917520">
              <w:rPr>
                <w:sz w:val="16"/>
                <w:lang w:val="fr-FR"/>
              </w:rPr>
              <w:t xml:space="preserve"> la </w:t>
            </w:r>
            <w:r>
              <w:rPr>
                <w:sz w:val="16"/>
                <w:lang w:val="fr-FR"/>
              </w:rPr>
              <w:t xml:space="preserve">lit. </w:t>
            </w:r>
            <w:r w:rsidRPr="00917520">
              <w:rPr>
                <w:sz w:val="16"/>
                <w:lang w:val="fr-FR"/>
              </w:rPr>
              <w:t>B</w:t>
            </w:r>
            <w:r>
              <w:rPr>
                <w:sz w:val="16"/>
                <w:lang w:val="fr-FR"/>
              </w:rPr>
              <w:t>.2)</w:t>
            </w:r>
          </w:p>
        </w:tc>
      </w:tr>
      <w:tr w:rsidR="00BD4241" w:rsidRPr="00917520" w14:paraId="239F77F8" w14:textId="77777777">
        <w:trPr>
          <w:cantSplit/>
        </w:trPr>
        <w:tc>
          <w:tcPr>
            <w:tcW w:w="9636" w:type="dxa"/>
          </w:tcPr>
          <w:p w14:paraId="7D6B977C" w14:textId="5D3DCD24" w:rsidR="00BD4241" w:rsidRPr="00917520" w:rsidRDefault="00F4705D">
            <w:pPr>
              <w:keepNext/>
              <w:rPr>
                <w:lang w:val="fr-FR"/>
              </w:rPr>
            </w:pPr>
            <w:r w:rsidRPr="00917520">
              <w:rPr>
                <w:sz w:val="16"/>
                <w:lang w:val="fr-FR"/>
              </w:rPr>
              <w:t xml:space="preserve"> </w:t>
            </w:r>
            <w:r w:rsidR="00917520">
              <w:rPr>
                <w:sz w:val="16"/>
                <w:lang w:val="fr-FR"/>
              </w:rPr>
              <w:t xml:space="preserve">                                                                                                </w:t>
            </w:r>
            <w:r w:rsidR="00917520" w:rsidRPr="00917520">
              <w:rPr>
                <w:sz w:val="16"/>
                <w:lang w:val="fr-FR"/>
              </w:rPr>
              <w:t>☐</w:t>
            </w:r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din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categoria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celor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 w:rsidRPr="00917520">
              <w:rPr>
                <w:sz w:val="16"/>
                <w:lang w:val="fr-FR"/>
              </w:rPr>
              <w:t>stabilite</w:t>
            </w:r>
            <w:proofErr w:type="spellEnd"/>
            <w:r w:rsidR="00917520" w:rsidRPr="00917520">
              <w:rPr>
                <w:sz w:val="16"/>
                <w:lang w:val="fr-FR"/>
              </w:rPr>
              <w:t xml:space="preserve"> la </w:t>
            </w:r>
            <w:r w:rsidR="00917520">
              <w:rPr>
                <w:sz w:val="16"/>
                <w:lang w:val="fr-FR"/>
              </w:rPr>
              <w:t xml:space="preserve">lit. </w:t>
            </w:r>
            <w:r w:rsidR="00917520" w:rsidRPr="00917520">
              <w:rPr>
                <w:sz w:val="16"/>
                <w:lang w:val="fr-FR"/>
              </w:rPr>
              <w:t>B</w:t>
            </w:r>
            <w:r w:rsidR="00917520">
              <w:rPr>
                <w:sz w:val="16"/>
                <w:lang w:val="fr-FR"/>
              </w:rPr>
              <w:t>.2)</w:t>
            </w:r>
          </w:p>
        </w:tc>
      </w:tr>
      <w:tr w:rsidR="00BD4241" w14:paraId="61FD499A" w14:textId="77777777">
        <w:trPr>
          <w:cantSplit/>
        </w:trPr>
        <w:tc>
          <w:tcPr>
            <w:tcW w:w="9636" w:type="dxa"/>
            <w:shd w:val="clear" w:color="auto" w:fill="F4F4F4"/>
          </w:tcPr>
          <w:p w14:paraId="37CA2BC1" w14:textId="77777777" w:rsidR="00BD4241" w:rsidRDefault="00F4705D">
            <w:pPr>
              <w:keepNext/>
            </w:pPr>
            <w:r w:rsidRPr="00917520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C ·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</w:p>
        </w:tc>
      </w:tr>
      <w:tr w:rsidR="00BD4241" w14:paraId="34F7FA5C" w14:textId="77777777">
        <w:trPr>
          <w:cantSplit/>
        </w:trPr>
        <w:tc>
          <w:tcPr>
            <w:tcW w:w="9636" w:type="dxa"/>
          </w:tcPr>
          <w:p w14:paraId="4CFD8584" w14:textId="77777777" w:rsidR="00BD4241" w:rsidRDefault="00F4705D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civile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îmbunătățiri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funciare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provizorii</w:t>
            </w:r>
            <w:proofErr w:type="spellEnd"/>
            <w:r>
              <w:rPr>
                <w:sz w:val="16"/>
              </w:rPr>
              <w:t xml:space="preserve"> / cu </w:t>
            </w:r>
            <w:proofErr w:type="spellStart"/>
            <w:r>
              <w:rPr>
                <w:sz w:val="16"/>
              </w:rPr>
              <w:t>caracter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temporar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cercetarea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prospectarea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terenurilor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foraje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excavări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cercetări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zăcăminte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naturale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spații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verzi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plantate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spații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publice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organizare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șantier</w:t>
            </w:r>
            <w:proofErr w:type="spellEnd"/>
          </w:p>
        </w:tc>
      </w:tr>
      <w:tr w:rsidR="00BD4241" w14:paraId="18FED438" w14:textId="77777777">
        <w:trPr>
          <w:cantSplit/>
        </w:trPr>
        <w:tc>
          <w:tcPr>
            <w:tcW w:w="9636" w:type="dxa"/>
            <w:shd w:val="clear" w:color="auto" w:fill="F4F4F4"/>
          </w:tcPr>
          <w:p w14:paraId="284C7A5C" w14:textId="77777777" w:rsidR="00BD4241" w:rsidRDefault="00F4705D">
            <w:pPr>
              <w:keepNext/>
            </w:pPr>
            <w:r>
              <w:rPr>
                <w:sz w:val="16"/>
              </w:rPr>
              <w:t xml:space="preserve"> D ·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inginerești</w:t>
            </w:r>
            <w:proofErr w:type="spellEnd"/>
          </w:p>
        </w:tc>
      </w:tr>
      <w:tr w:rsidR="00BD4241" w:rsidRPr="00917520" w14:paraId="4831990D" w14:textId="77777777">
        <w:trPr>
          <w:cantSplit/>
        </w:trPr>
        <w:tc>
          <w:tcPr>
            <w:tcW w:w="9636" w:type="dxa"/>
          </w:tcPr>
          <w:p w14:paraId="0320360C" w14:textId="77777777" w:rsidR="00BD4241" w:rsidRPr="00A256C2" w:rsidRDefault="00F4705D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infrastructură</w:t>
            </w:r>
            <w:proofErr w:type="spellEnd"/>
            <w:r w:rsidRPr="00A256C2">
              <w:rPr>
                <w:sz w:val="16"/>
                <w:lang w:val="fr-FR"/>
              </w:rPr>
              <w:t xml:space="preserve"> de transport</w:t>
            </w:r>
          </w:p>
          <w:p w14:paraId="05C62BB3" w14:textId="77777777" w:rsidR="00BD4241" w:rsidRPr="00A256C2" w:rsidRDefault="00F4705D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infrastructură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energetică</w:t>
            </w:r>
            <w:proofErr w:type="spellEnd"/>
          </w:p>
          <w:p w14:paraId="1E87347E" w14:textId="77777777" w:rsidR="00BD4241" w:rsidRPr="00A256C2" w:rsidRDefault="00F4705D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rețele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comunicații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electronice</w:t>
            </w:r>
            <w:proofErr w:type="spellEnd"/>
          </w:p>
          <w:p w14:paraId="43F594AA" w14:textId="77777777" w:rsidR="00BD4241" w:rsidRPr="00A256C2" w:rsidRDefault="00F4705D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gospodărirea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apelor</w:t>
            </w:r>
            <w:proofErr w:type="spellEnd"/>
          </w:p>
          <w:p w14:paraId="3F55129D" w14:textId="77777777" w:rsidR="00BD4241" w:rsidRPr="00A256C2" w:rsidRDefault="00F4705D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hidrotehnice</w:t>
            </w:r>
            <w:proofErr w:type="spellEnd"/>
          </w:p>
          <w:p w14:paraId="3DB7F2E4" w14:textId="77777777" w:rsidR="00BD4241" w:rsidRPr="00A256C2" w:rsidRDefault="00F4705D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miniere</w:t>
            </w:r>
            <w:proofErr w:type="spellEnd"/>
          </w:p>
          <w:p w14:paraId="54EDF735" w14:textId="77777777" w:rsidR="00BD4241" w:rsidRPr="00A256C2" w:rsidRDefault="00F4705D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alte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lucrări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inginerești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necesare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realizării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unor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obiective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interes</w:t>
            </w:r>
            <w:proofErr w:type="spellEnd"/>
            <w:r w:rsidRPr="00A256C2">
              <w:rPr>
                <w:sz w:val="16"/>
                <w:lang w:val="fr-FR"/>
              </w:rPr>
              <w:t xml:space="preserve"> public</w:t>
            </w:r>
          </w:p>
        </w:tc>
      </w:tr>
    </w:tbl>
    <w:p w14:paraId="31C957AC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81ADD5E" w14:textId="77777777">
        <w:trPr>
          <w:cantSplit/>
        </w:trPr>
        <w:tc>
          <w:tcPr>
            <w:tcW w:w="9636" w:type="dxa"/>
            <w:shd w:val="clear" w:color="auto" w:fill="F4F4F4"/>
          </w:tcPr>
          <w:p w14:paraId="1435340F" w14:textId="77777777" w:rsidR="00BD4241" w:rsidRDefault="00F4705D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BD4241" w:rsidRPr="00917520" w14:paraId="5B0ED88D" w14:textId="77777777">
        <w:trPr>
          <w:cantSplit/>
        </w:trPr>
        <w:tc>
          <w:tcPr>
            <w:tcW w:w="9636" w:type="dxa"/>
          </w:tcPr>
          <w:p w14:paraId="19DE41B0" w14:textId="77777777" w:rsidR="00200AB0" w:rsidRDefault="00F4705D">
            <w:pPr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A256C2">
              <w:rPr>
                <w:sz w:val="16"/>
                <w:lang w:val="fr-FR"/>
              </w:rPr>
              <w:t>funciară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actualizat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  <w:p w14:paraId="0D86EE92" w14:textId="62B10523" w:rsidR="00A256C2" w:rsidRPr="00A256C2" w:rsidRDefault="00200AB0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☐ plan de </w:t>
            </w:r>
            <w:proofErr w:type="spellStart"/>
            <w:r w:rsidRPr="00A256C2">
              <w:rPr>
                <w:sz w:val="16"/>
                <w:lang w:val="fr-FR"/>
              </w:rPr>
              <w:t>situație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propus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amprenta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gramStart"/>
            <w:r w:rsidRPr="00A256C2">
              <w:rPr>
                <w:sz w:val="16"/>
                <w:lang w:val="fr-FR"/>
              </w:rPr>
              <w:t>la</w:t>
            </w:r>
            <w:proofErr w:type="gramEnd"/>
            <w:r w:rsidRPr="00A256C2">
              <w:rPr>
                <w:sz w:val="16"/>
                <w:lang w:val="fr-FR"/>
              </w:rPr>
              <w:t xml:space="preserve"> sol a </w:t>
            </w:r>
            <w:proofErr w:type="spellStart"/>
            <w:r w:rsidRPr="00A256C2">
              <w:rPr>
                <w:sz w:val="16"/>
                <w:lang w:val="fr-FR"/>
              </w:rPr>
              <w:t>corpurilor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r w:rsidR="00A256C2">
              <w:rPr>
                <w:sz w:val="16"/>
                <w:lang w:val="fr-FR"/>
              </w:rPr>
              <w:t xml:space="preserve">de </w:t>
            </w:r>
            <w:proofErr w:type="spellStart"/>
            <w:r w:rsidR="00A256C2">
              <w:rPr>
                <w:sz w:val="16"/>
                <w:lang w:val="fr-FR"/>
              </w:rPr>
              <w:t>clădire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propuse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spre</w:t>
            </w:r>
            <w:proofErr w:type="spellEnd"/>
            <w:r>
              <w:rPr>
                <w:sz w:val="16"/>
                <w:lang w:val="fr-FR"/>
              </w:rPr>
              <w:t xml:space="preserve"> construire /</w:t>
            </w:r>
            <w:proofErr w:type="spellStart"/>
            <w:r>
              <w:rPr>
                <w:sz w:val="16"/>
                <w:lang w:val="fr-FR"/>
              </w:rPr>
              <w:t>desființare</w:t>
            </w:r>
            <w:proofErr w:type="spellEnd"/>
            <w:r>
              <w:rPr>
                <w:sz w:val="16"/>
                <w:lang w:val="fr-FR"/>
              </w:rPr>
              <w:t xml:space="preserve"> / </w:t>
            </w:r>
            <w:proofErr w:type="spellStart"/>
            <w:r>
              <w:rPr>
                <w:sz w:val="16"/>
                <w:lang w:val="fr-FR"/>
              </w:rPr>
              <w:t>extindere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    </w:t>
            </w:r>
          </w:p>
          <w:p w14:paraId="19AB48A6" w14:textId="5112B693" w:rsidR="00BD4241" w:rsidRPr="00232B9E" w:rsidRDefault="00A256C2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Pr="00232B9E">
              <w:rPr>
                <w:sz w:val="16"/>
                <w:lang w:val="fr-FR"/>
              </w:rPr>
              <w:t xml:space="preserve">☐ plan de </w:t>
            </w:r>
            <w:proofErr w:type="spellStart"/>
            <w:r w:rsidRPr="00232B9E">
              <w:rPr>
                <w:sz w:val="16"/>
                <w:lang w:val="fr-FR"/>
              </w:rPr>
              <w:t>încadrare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în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zonă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în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sistem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Stereo</w:t>
            </w:r>
            <w:proofErr w:type="spellEnd"/>
            <w:r w:rsidR="00745F29">
              <w:rPr>
                <w:sz w:val="16"/>
                <w:lang w:val="fr-FR"/>
              </w:rPr>
              <w:t xml:space="preserve"> 70</w:t>
            </w:r>
            <w:r w:rsidRPr="00232B9E">
              <w:rPr>
                <w:sz w:val="16"/>
                <w:lang w:val="fr-FR"/>
              </w:rPr>
              <w:t xml:space="preserve">     ☐ </w:t>
            </w:r>
            <w:proofErr w:type="spellStart"/>
            <w:r w:rsidRPr="00232B9E">
              <w:rPr>
                <w:sz w:val="16"/>
                <w:lang w:val="fr-FR"/>
              </w:rPr>
              <w:t>descrierea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succintă</w:t>
            </w:r>
            <w:proofErr w:type="spellEnd"/>
            <w:r w:rsidRPr="00232B9E">
              <w:rPr>
                <w:sz w:val="16"/>
                <w:lang w:val="fr-FR"/>
              </w:rPr>
              <w:t xml:space="preserve"> a </w:t>
            </w:r>
            <w:proofErr w:type="spellStart"/>
            <w:r w:rsidRPr="00232B9E">
              <w:rPr>
                <w:sz w:val="16"/>
                <w:lang w:val="fr-FR"/>
              </w:rPr>
              <w:t>investiției</w:t>
            </w:r>
            <w:proofErr w:type="spellEnd"/>
            <w:r w:rsidRPr="00232B9E">
              <w:rPr>
                <w:sz w:val="16"/>
                <w:lang w:val="fr-FR"/>
              </w:rPr>
              <w:t xml:space="preserve">     ☐ </w:t>
            </w:r>
            <w:proofErr w:type="spellStart"/>
            <w:r w:rsidRPr="00232B9E">
              <w:rPr>
                <w:sz w:val="16"/>
                <w:lang w:val="fr-FR"/>
              </w:rPr>
              <w:t>împuternicirea</w:t>
            </w:r>
            <w:proofErr w:type="spellEnd"/>
            <w:r w:rsidRPr="00232B9E">
              <w:rPr>
                <w:sz w:val="16"/>
                <w:lang w:val="fr-FR"/>
              </w:rPr>
              <w:t xml:space="preserve">, </w:t>
            </w:r>
            <w:proofErr w:type="spellStart"/>
            <w:r w:rsidRPr="00232B9E">
              <w:rPr>
                <w:sz w:val="16"/>
                <w:lang w:val="fr-FR"/>
              </w:rPr>
              <w:t>dacă</w:t>
            </w:r>
            <w:proofErr w:type="spellEnd"/>
            <w:r w:rsidRPr="00232B9E">
              <w:rPr>
                <w:sz w:val="16"/>
                <w:lang w:val="fr-FR"/>
              </w:rPr>
              <w:t xml:space="preserve"> este </w:t>
            </w:r>
            <w:proofErr w:type="spellStart"/>
            <w:r w:rsidRPr="00232B9E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14:paraId="639687AA" w14:textId="77777777"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387B745F" w14:textId="77777777">
        <w:trPr>
          <w:cantSplit/>
        </w:trPr>
        <w:tc>
          <w:tcPr>
            <w:tcW w:w="9636" w:type="dxa"/>
            <w:shd w:val="clear" w:color="auto" w:fill="F4F4F4"/>
          </w:tcPr>
          <w:p w14:paraId="20DF7AEC" w14:textId="77777777" w:rsidR="00BD4241" w:rsidRDefault="00F4705D">
            <w:pPr>
              <w:keepNext/>
            </w:pPr>
            <w:r w:rsidRPr="00232B9E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BD4241" w:rsidRPr="00917520" w14:paraId="7F3B093B" w14:textId="77777777">
        <w:trPr>
          <w:cantSplit/>
        </w:trPr>
        <w:tc>
          <w:tcPr>
            <w:tcW w:w="9636" w:type="dxa"/>
          </w:tcPr>
          <w:p w14:paraId="732C22AC" w14:textId="77777777" w:rsidR="00BD4241" w:rsidRPr="00A256C2" w:rsidRDefault="00F4705D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format </w:t>
            </w:r>
            <w:proofErr w:type="spellStart"/>
            <w:r w:rsidRPr="00A256C2">
              <w:rPr>
                <w:sz w:val="16"/>
                <w:lang w:val="fr-FR"/>
              </w:rPr>
              <w:t>scris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prin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poștă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format digital, la </w:t>
            </w:r>
            <w:proofErr w:type="spellStart"/>
            <w:proofErr w:type="gramStart"/>
            <w:r w:rsidRPr="00A256C2">
              <w:rPr>
                <w:sz w:val="16"/>
                <w:lang w:val="fr-FR"/>
              </w:rPr>
              <w:t>adresa</w:t>
            </w:r>
            <w:proofErr w:type="spellEnd"/>
            <w:r w:rsidRPr="00A256C2">
              <w:rPr>
                <w:sz w:val="16"/>
                <w:lang w:val="fr-FR"/>
              </w:rPr>
              <w:t xml:space="preserve"> de e-mail </w:t>
            </w:r>
            <w:proofErr w:type="spellStart"/>
            <w:r w:rsidRPr="00A256C2">
              <w:rPr>
                <w:sz w:val="16"/>
                <w:lang w:val="fr-FR"/>
              </w:rPr>
              <w:t>indicată</w:t>
            </w:r>
            <w:proofErr w:type="spellEnd"/>
            <w:r w:rsidRPr="00A256C2">
              <w:rPr>
                <w:sz w:val="16"/>
                <w:lang w:val="fr-FR"/>
              </w:rPr>
              <w:t xml:space="preserve">    </w:t>
            </w:r>
            <w:proofErr w:type="gramEnd"/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ridicare</w:t>
            </w:r>
            <w:proofErr w:type="spellEnd"/>
            <w:r w:rsidRPr="00A256C2">
              <w:rPr>
                <w:sz w:val="16"/>
                <w:lang w:val="fr-FR"/>
              </w:rPr>
              <w:t xml:space="preserve"> de la </w:t>
            </w:r>
            <w:proofErr w:type="spellStart"/>
            <w:r w:rsidRPr="00A256C2">
              <w:rPr>
                <w:sz w:val="16"/>
                <w:lang w:val="fr-FR"/>
              </w:rPr>
              <w:t>sediul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16DE1A3E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BD4241" w14:paraId="0930033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1A16F19" w14:textId="77777777" w:rsidR="00BD4241" w:rsidRDefault="00F4705D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BD4241" w14:paraId="334442A2" w14:textId="77777777">
        <w:trPr>
          <w:cantSplit/>
          <w:trHeight w:val="510"/>
        </w:trPr>
        <w:tc>
          <w:tcPr>
            <w:tcW w:w="1606" w:type="dxa"/>
          </w:tcPr>
          <w:p w14:paraId="11F88630" w14:textId="77777777" w:rsidR="00BD4241" w:rsidRDefault="00F4705D">
            <w:r>
              <w:rPr>
                <w:b/>
                <w:color w:val="0D5F78"/>
              </w:rPr>
              <w:t>Data</w:t>
            </w:r>
          </w:p>
          <w:p w14:paraId="0640A92C" w14:textId="77777777" w:rsidR="00BD4241" w:rsidRDefault="00BD4241"/>
        </w:tc>
        <w:tc>
          <w:tcPr>
            <w:tcW w:w="4818" w:type="dxa"/>
          </w:tcPr>
          <w:p w14:paraId="79A6A644" w14:textId="77777777" w:rsidR="00BD4241" w:rsidRDefault="00F4705D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09458222" w14:textId="77777777" w:rsidR="00BD4241" w:rsidRDefault="00BD4241"/>
        </w:tc>
        <w:tc>
          <w:tcPr>
            <w:tcW w:w="3212" w:type="dxa"/>
          </w:tcPr>
          <w:p w14:paraId="4A9DF68B" w14:textId="77777777" w:rsidR="00BD4241" w:rsidRDefault="00F4705D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29080212" w14:textId="77777777" w:rsidR="00BD4241" w:rsidRDefault="00BD4241"/>
        </w:tc>
      </w:tr>
    </w:tbl>
    <w:p w14:paraId="5CBD0F60" w14:textId="77777777" w:rsidR="00BD4241" w:rsidRDefault="00BD4241">
      <w:pPr>
        <w:spacing w:line="168" w:lineRule="auto"/>
      </w:pPr>
    </w:p>
    <w:p w14:paraId="0089CE3A" w14:textId="77777777" w:rsidR="00F93EE2" w:rsidRDefault="00F93EE2">
      <w:pPr>
        <w:spacing w:line="168" w:lineRule="auto"/>
      </w:pPr>
    </w:p>
    <w:p w14:paraId="3FE587BD" w14:textId="77777777" w:rsidR="00F83523" w:rsidRPr="00F83523" w:rsidRDefault="00F83523" w:rsidP="00F83523">
      <w:pPr>
        <w:spacing w:after="60"/>
        <w:jc w:val="center"/>
        <w:rPr>
          <w:rFonts w:ascii="Arial" w:hAnsi="Arial" w:cs="Arial"/>
          <w:b/>
          <w:sz w:val="16"/>
          <w:szCs w:val="16"/>
        </w:rPr>
      </w:pPr>
      <w:bookmarkStart w:id="0" w:name="_Hlk239066132"/>
      <w:r w:rsidRPr="00F83523">
        <w:rPr>
          <w:rFonts w:ascii="Arial" w:hAnsi="Arial" w:cs="Arial"/>
          <w:b/>
          <w:sz w:val="16"/>
          <w:szCs w:val="16"/>
        </w:rPr>
        <w:t>NOTĂ DE INFORMARE</w:t>
      </w:r>
    </w:p>
    <w:p w14:paraId="6D990584" w14:textId="4F9F09E4" w:rsidR="00F83523" w:rsidRPr="00F83523" w:rsidRDefault="00F83523" w:rsidP="00F83523">
      <w:pPr>
        <w:spacing w:after="60"/>
        <w:jc w:val="center"/>
        <w:rPr>
          <w:rFonts w:ascii="Arial" w:hAnsi="Arial" w:cs="Arial"/>
          <w:b/>
          <w:sz w:val="16"/>
          <w:szCs w:val="16"/>
        </w:rPr>
      </w:pPr>
      <w:proofErr w:type="spellStart"/>
      <w:r w:rsidRPr="00F83523">
        <w:rPr>
          <w:rFonts w:ascii="Arial" w:hAnsi="Arial" w:cs="Arial"/>
          <w:b/>
          <w:sz w:val="16"/>
          <w:szCs w:val="16"/>
        </w:rPr>
        <w:t>În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cazul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depunerii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documentațiilor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>/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cererilor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care se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vor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soluționa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proofErr w:type="gramStart"/>
      <w:r w:rsidRPr="00F83523">
        <w:rPr>
          <w:rFonts w:ascii="Arial" w:hAnsi="Arial" w:cs="Arial"/>
          <w:b/>
          <w:sz w:val="16"/>
          <w:szCs w:val="16"/>
        </w:rPr>
        <w:t>prin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r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Compartimentului</w:t>
      </w:r>
      <w:proofErr w:type="spellEnd"/>
      <w:proofErr w:type="gramEnd"/>
      <w:r w:rsidRPr="00F83523">
        <w:rPr>
          <w:rFonts w:ascii="Arial" w:hAnsi="Arial" w:cs="Arial"/>
          <w:b/>
          <w:sz w:val="16"/>
          <w:szCs w:val="16"/>
        </w:rPr>
        <w:t xml:space="preserve"> Urbanism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și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Amenajarea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Teritoriului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din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</w:t>
      </w:r>
      <w:r w:rsidR="0059799E">
        <w:rPr>
          <w:rFonts w:ascii="Arial" w:hAnsi="Arial" w:cs="Arial"/>
          <w:b/>
          <w:sz w:val="16"/>
          <w:szCs w:val="16"/>
        </w:rPr>
        <w:t>adrul</w:t>
      </w:r>
      <w:proofErr w:type="spellEnd"/>
      <w:r w:rsidR="0059799E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="0059799E">
        <w:rPr>
          <w:rFonts w:ascii="Arial" w:hAnsi="Arial" w:cs="Arial"/>
          <w:b/>
          <w:sz w:val="16"/>
          <w:szCs w:val="16"/>
        </w:rPr>
        <w:t>Primăriei</w:t>
      </w:r>
      <w:proofErr w:type="spellEnd"/>
      <w:r w:rsidR="0059799E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="0059799E">
        <w:rPr>
          <w:rFonts w:ascii="Arial" w:hAnsi="Arial" w:cs="Arial"/>
          <w:b/>
          <w:sz w:val="16"/>
          <w:szCs w:val="16"/>
        </w:rPr>
        <w:t>Orasul</w:t>
      </w:r>
      <w:proofErr w:type="spellEnd"/>
      <w:r w:rsidR="0059799E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="0059799E">
        <w:rPr>
          <w:rFonts w:ascii="Arial" w:hAnsi="Arial" w:cs="Arial"/>
          <w:b/>
          <w:sz w:val="16"/>
          <w:szCs w:val="16"/>
        </w:rPr>
        <w:t>Tautii</w:t>
      </w:r>
      <w:proofErr w:type="spellEnd"/>
      <w:r w:rsidR="0059799E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="0059799E">
        <w:rPr>
          <w:rFonts w:ascii="Arial" w:hAnsi="Arial" w:cs="Arial"/>
          <w:b/>
          <w:sz w:val="16"/>
          <w:szCs w:val="16"/>
        </w:rPr>
        <w:t>Magheraus</w:t>
      </w:r>
      <w:proofErr w:type="spellEnd"/>
    </w:p>
    <w:p w14:paraId="2FD3484C" w14:textId="58805BF9" w:rsidR="00F83523" w:rsidRDefault="001F0342" w:rsidP="00F83523">
      <w:pPr>
        <w:spacing w:after="60"/>
        <w:jc w:val="both"/>
        <w:rPr>
          <w:rFonts w:cs="Times New Roman"/>
          <w:bCs/>
          <w:sz w:val="18"/>
          <w:szCs w:val="18"/>
        </w:rPr>
      </w:pPr>
      <w:proofErr w:type="spellStart"/>
      <w:r>
        <w:rPr>
          <w:rFonts w:cs="Times New Roman"/>
          <w:bCs/>
          <w:sz w:val="18"/>
          <w:szCs w:val="18"/>
        </w:rPr>
        <w:t>Primăria</w:t>
      </w:r>
      <w:proofErr w:type="spellEnd"/>
      <w:r>
        <w:rPr>
          <w:rFonts w:cs="Times New Roman"/>
          <w:bCs/>
          <w:sz w:val="18"/>
          <w:szCs w:val="18"/>
        </w:rPr>
        <w:t xml:space="preserve"> </w:t>
      </w:r>
      <w:proofErr w:type="spellStart"/>
      <w:r>
        <w:rPr>
          <w:rFonts w:cs="Times New Roman"/>
          <w:bCs/>
          <w:sz w:val="18"/>
          <w:szCs w:val="18"/>
        </w:rPr>
        <w:t>Orasului</w:t>
      </w:r>
      <w:proofErr w:type="spellEnd"/>
      <w:r>
        <w:rPr>
          <w:rFonts w:cs="Times New Roman"/>
          <w:bCs/>
          <w:sz w:val="18"/>
          <w:szCs w:val="18"/>
        </w:rPr>
        <w:t xml:space="preserve"> </w:t>
      </w:r>
      <w:proofErr w:type="spellStart"/>
      <w:r>
        <w:rPr>
          <w:rFonts w:cs="Times New Roman"/>
          <w:bCs/>
          <w:sz w:val="18"/>
          <w:szCs w:val="18"/>
        </w:rPr>
        <w:t>Tautii</w:t>
      </w:r>
      <w:proofErr w:type="spellEnd"/>
      <w:r>
        <w:rPr>
          <w:rFonts w:cs="Times New Roman"/>
          <w:bCs/>
          <w:sz w:val="18"/>
          <w:szCs w:val="18"/>
        </w:rPr>
        <w:t xml:space="preserve"> </w:t>
      </w:r>
      <w:proofErr w:type="spellStart"/>
      <w:r>
        <w:rPr>
          <w:rFonts w:cs="Times New Roman"/>
          <w:bCs/>
          <w:sz w:val="18"/>
          <w:szCs w:val="18"/>
        </w:rPr>
        <w:t>Magheraus</w:t>
      </w:r>
      <w:proofErr w:type="spellEnd"/>
      <w:r>
        <w:rPr>
          <w:rFonts w:cs="Times New Roman"/>
          <w:bCs/>
          <w:sz w:val="18"/>
          <w:szCs w:val="18"/>
        </w:rPr>
        <w:t xml:space="preserve">, </w:t>
      </w:r>
      <w:proofErr w:type="spellStart"/>
      <w:r>
        <w:rPr>
          <w:rFonts w:cs="Times New Roman"/>
          <w:bCs/>
          <w:sz w:val="18"/>
          <w:szCs w:val="18"/>
        </w:rPr>
        <w:t>județul</w:t>
      </w:r>
      <w:proofErr w:type="spellEnd"/>
      <w:r>
        <w:rPr>
          <w:rFonts w:cs="Times New Roman"/>
          <w:bCs/>
          <w:sz w:val="18"/>
          <w:szCs w:val="18"/>
        </w:rPr>
        <w:t xml:space="preserve"> Maramures</w:t>
      </w:r>
      <w:bookmarkStart w:id="1" w:name="_GoBack"/>
      <w:bookmarkEnd w:id="1"/>
      <w:r w:rsidR="00F83523"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prelucrează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datele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dumneavoastră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cu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caracter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personalprin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prezenta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cerere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prin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mijloace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automatizate</w:t>
      </w:r>
      <w:proofErr w:type="spellEnd"/>
      <w:r w:rsidR="00F83523" w:rsidRPr="00F83523">
        <w:rPr>
          <w:rFonts w:cs="Times New Roman"/>
          <w:bCs/>
          <w:sz w:val="18"/>
          <w:szCs w:val="18"/>
        </w:rPr>
        <w:t>/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manuale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destinate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îndeplinirii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obligațiilor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legale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. Este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necesar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să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ne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furnizați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datele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deoarece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refuzul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dumneavoastră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determină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imposibilitatea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soluționării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cererii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Informațiile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înregistrate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sunt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destinate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utilizării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de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către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operator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dar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pot fi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comunicate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și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altor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instituții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societăți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sau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terți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în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baza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și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în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limitele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prevederilor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legale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Datele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sunt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păstrate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doar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pentru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perioada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necesară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îndeplinirii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scopurilor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scopurilor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pentru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care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au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fost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colectate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, cu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respectarea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legislației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înn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vigoare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. Conform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Regulamentului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General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privind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Protecția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Datelor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(UE) 679/2016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privind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protecția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persoanelor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fizice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în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ceea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ce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privește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prelucrarea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datelor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cu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caracter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personal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și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privind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libera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circulație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a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acestor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date,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beneficiați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de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dreptul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de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acces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dreptul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rectificarea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și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ștergerea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datelor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, la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restricționarea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prelucrării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, la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portabilitatea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datelor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dreptul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opoziție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și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dreptul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de a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nu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fi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supus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unui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proces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individual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automatizat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Pentru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execrcitarea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acestor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drepturi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vă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puteți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adresa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cu o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cerere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scrisă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datată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și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semnată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sediul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primăriei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sau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adresa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de e-</w:t>
      </w:r>
      <w:proofErr w:type="gramStart"/>
      <w:r w:rsidR="00F83523" w:rsidRPr="00F83523">
        <w:rPr>
          <w:rFonts w:cs="Times New Roman"/>
          <w:bCs/>
          <w:sz w:val="18"/>
          <w:szCs w:val="18"/>
        </w:rPr>
        <w:t xml:space="preserve">mail </w:t>
      </w:r>
      <w:r w:rsidR="0059799E">
        <w:t xml:space="preserve"> </w:t>
      </w:r>
      <w:proofErr w:type="gramEnd"/>
      <w:r w:rsidR="0059799E">
        <w:fldChar w:fldCharType="begin"/>
      </w:r>
      <w:r w:rsidR="0059799E">
        <w:instrText xml:space="preserve"> HYPERLINK "mailto:primaria@tautiimagheraus.ro" </w:instrText>
      </w:r>
      <w:r w:rsidR="0059799E">
        <w:fldChar w:fldCharType="separate"/>
      </w:r>
      <w:r w:rsidR="0059799E" w:rsidRPr="00F15181">
        <w:rPr>
          <w:rStyle w:val="Hyperlink"/>
        </w:rPr>
        <w:t>primaria@tautiimagheraus.ro</w:t>
      </w:r>
      <w:r w:rsidR="0059799E">
        <w:fldChar w:fldCharType="end"/>
      </w:r>
      <w:r w:rsidR="0059799E">
        <w:t xml:space="preserve"> </w:t>
      </w:r>
      <w:r w:rsidR="00F83523" w:rsidRPr="00F83523">
        <w:rPr>
          <w:rFonts w:cs="Times New Roman"/>
          <w:bCs/>
          <w:sz w:val="18"/>
          <w:szCs w:val="18"/>
        </w:rPr>
        <w:t xml:space="preserve">De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asemenea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vă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este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recunoscut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dreptul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de a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vă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adresa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ANSPDCP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și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justiției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Datele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dumneavoastră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nu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sunt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transferate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în</w:t>
      </w:r>
      <w:proofErr w:type="spellEnd"/>
      <w:r w:rsidR="00F83523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83523" w:rsidRPr="00F83523">
        <w:rPr>
          <w:rFonts w:cs="Times New Roman"/>
          <w:bCs/>
          <w:sz w:val="18"/>
          <w:szCs w:val="18"/>
        </w:rPr>
        <w:t>străinătate</w:t>
      </w:r>
      <w:proofErr w:type="spellEnd"/>
      <w:r w:rsidR="00F83523" w:rsidRPr="00F83523">
        <w:rPr>
          <w:rFonts w:cs="Times New Roman"/>
          <w:bCs/>
          <w:sz w:val="18"/>
          <w:szCs w:val="18"/>
        </w:rPr>
        <w:t>.</w:t>
      </w:r>
    </w:p>
    <w:p w14:paraId="1C97D871" w14:textId="77777777" w:rsidR="00D51051" w:rsidRPr="00F83523" w:rsidRDefault="00D51051" w:rsidP="00F83523">
      <w:pPr>
        <w:spacing w:after="60"/>
        <w:jc w:val="both"/>
        <w:rPr>
          <w:rFonts w:cs="Times New Roman"/>
          <w:bCs/>
          <w:sz w:val="18"/>
          <w:szCs w:val="18"/>
        </w:rPr>
      </w:pPr>
    </w:p>
    <w:p w14:paraId="525D9D72" w14:textId="0AA97589" w:rsidR="00F83523" w:rsidRPr="00D51051" w:rsidRDefault="00F83523" w:rsidP="00F83523">
      <w:pPr>
        <w:spacing w:after="60"/>
        <w:ind w:firstLine="720"/>
        <w:jc w:val="both"/>
        <w:rPr>
          <w:bCs/>
          <w:i/>
          <w:iCs/>
          <w:sz w:val="20"/>
          <w:szCs w:val="20"/>
        </w:rPr>
      </w:pPr>
      <w:r w:rsidRPr="00F83523">
        <w:rPr>
          <w:rFonts w:ascii="Arial" w:hAnsi="Arial" w:cs="Arial"/>
          <w:b/>
          <w:sz w:val="20"/>
          <w:szCs w:val="20"/>
        </w:rPr>
        <w:t xml:space="preserve"> </w:t>
      </w:r>
      <w:r w:rsidRPr="00D51051">
        <w:rPr>
          <w:bCs/>
          <w:i/>
          <w:iCs/>
          <w:sz w:val="20"/>
          <w:szCs w:val="20"/>
        </w:rPr>
        <w:t>Subsemnata/Subsemnatul.....................................................................................................................</w:t>
      </w:r>
      <w:r w:rsidRPr="00D51051">
        <w:rPr>
          <w:bCs/>
          <w:i/>
          <w:iCs/>
          <w:sz w:val="20"/>
          <w:szCs w:val="20"/>
          <w:vertAlign w:val="superscript"/>
        </w:rPr>
        <w:t>1</w:t>
      </w:r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având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codul</w:t>
      </w:r>
      <w:proofErr w:type="spellEnd"/>
      <w:r w:rsidRPr="00D51051">
        <w:rPr>
          <w:bCs/>
          <w:i/>
          <w:iCs/>
          <w:sz w:val="20"/>
          <w:szCs w:val="20"/>
        </w:rPr>
        <w:t xml:space="preserve"> numeric personal ......................................................................</w:t>
      </w:r>
      <w:r w:rsidRPr="00D51051">
        <w:rPr>
          <w:bCs/>
          <w:i/>
          <w:iCs/>
          <w:sz w:val="20"/>
          <w:szCs w:val="20"/>
          <w:vertAlign w:val="superscript"/>
        </w:rPr>
        <w:t>1</w:t>
      </w:r>
      <w:proofErr w:type="gramStart"/>
      <w:r w:rsidRPr="00D51051">
        <w:rPr>
          <w:bCs/>
          <w:i/>
          <w:iCs/>
          <w:sz w:val="20"/>
          <w:szCs w:val="20"/>
        </w:rPr>
        <w:t xml:space="preserve">,  </w:t>
      </w:r>
      <w:proofErr w:type="spellStart"/>
      <w:r w:rsidRPr="00D51051">
        <w:rPr>
          <w:bCs/>
          <w:i/>
          <w:iCs/>
          <w:sz w:val="20"/>
          <w:szCs w:val="20"/>
        </w:rPr>
        <w:t>declar</w:t>
      </w:r>
      <w:proofErr w:type="spellEnd"/>
      <w:proofErr w:type="gram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prin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prezenta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pe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propria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răspundere</w:t>
      </w:r>
      <w:proofErr w:type="spellEnd"/>
      <w:r w:rsidRPr="00D51051">
        <w:rPr>
          <w:bCs/>
          <w:i/>
          <w:iCs/>
          <w:sz w:val="20"/>
          <w:szCs w:val="20"/>
        </w:rPr>
        <w:t xml:space="preserve">, </w:t>
      </w:r>
      <w:proofErr w:type="spellStart"/>
      <w:r w:rsidRPr="00D51051">
        <w:rPr>
          <w:bCs/>
          <w:i/>
          <w:iCs/>
          <w:sz w:val="20"/>
          <w:szCs w:val="20"/>
        </w:rPr>
        <w:t>că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toate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documentele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furnizate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și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consemnate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în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prezenta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cerere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/>
          <w:bCs/>
          <w:i/>
          <w:iCs/>
          <w:sz w:val="20"/>
          <w:szCs w:val="20"/>
        </w:rPr>
        <w:t>sunt</w:t>
      </w:r>
      <w:proofErr w:type="spellEnd"/>
      <w:r w:rsidRPr="00D51051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/>
          <w:bCs/>
          <w:i/>
          <w:iCs/>
          <w:sz w:val="20"/>
          <w:szCs w:val="20"/>
        </w:rPr>
        <w:t>corecte</w:t>
      </w:r>
      <w:proofErr w:type="spellEnd"/>
      <w:r w:rsidRPr="00D51051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/>
          <w:bCs/>
          <w:i/>
          <w:iCs/>
          <w:sz w:val="20"/>
          <w:szCs w:val="20"/>
        </w:rPr>
        <w:t>și</w:t>
      </w:r>
      <w:proofErr w:type="spellEnd"/>
      <w:r w:rsidRPr="00D51051">
        <w:rPr>
          <w:b/>
          <w:bCs/>
          <w:i/>
          <w:iCs/>
          <w:sz w:val="20"/>
          <w:szCs w:val="20"/>
        </w:rPr>
        <w:t xml:space="preserve"> complete</w:t>
      </w:r>
      <w:r w:rsidRPr="00D51051">
        <w:rPr>
          <w:bCs/>
          <w:i/>
          <w:iCs/>
          <w:sz w:val="20"/>
          <w:szCs w:val="20"/>
        </w:rPr>
        <w:t xml:space="preserve">. </w:t>
      </w:r>
      <w:proofErr w:type="spellStart"/>
      <w:r w:rsidRPr="00D51051">
        <w:rPr>
          <w:bCs/>
          <w:i/>
          <w:iCs/>
          <w:sz w:val="20"/>
          <w:szCs w:val="20"/>
        </w:rPr>
        <w:t>Înțeleg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că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omisiunea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sau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incorectitudinea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în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prezentarea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documentelor</w:t>
      </w:r>
      <w:proofErr w:type="spellEnd"/>
      <w:r w:rsidRPr="00D51051">
        <w:rPr>
          <w:bCs/>
          <w:i/>
          <w:iCs/>
          <w:sz w:val="20"/>
          <w:szCs w:val="20"/>
        </w:rPr>
        <w:t xml:space="preserve">, </w:t>
      </w:r>
      <w:proofErr w:type="spellStart"/>
      <w:r w:rsidRPr="00D51051">
        <w:rPr>
          <w:bCs/>
          <w:i/>
          <w:iCs/>
          <w:sz w:val="20"/>
          <w:szCs w:val="20"/>
        </w:rPr>
        <w:t>în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scopul</w:t>
      </w:r>
      <w:proofErr w:type="spellEnd"/>
      <w:r w:rsidRPr="00D51051">
        <w:rPr>
          <w:bCs/>
          <w:i/>
          <w:iCs/>
          <w:sz w:val="20"/>
          <w:szCs w:val="20"/>
        </w:rPr>
        <w:t xml:space="preserve"> de </w:t>
      </w:r>
      <w:proofErr w:type="gramStart"/>
      <w:r w:rsidRPr="00D51051">
        <w:rPr>
          <w:bCs/>
          <w:i/>
          <w:iCs/>
          <w:sz w:val="20"/>
          <w:szCs w:val="20"/>
        </w:rPr>
        <w:t>a</w:t>
      </w:r>
      <w:proofErr w:type="gram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obține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avantaje</w:t>
      </w:r>
      <w:proofErr w:type="spellEnd"/>
      <w:r w:rsidRPr="00D51051">
        <w:rPr>
          <w:bCs/>
          <w:i/>
          <w:iCs/>
          <w:sz w:val="20"/>
          <w:szCs w:val="20"/>
        </w:rPr>
        <w:t xml:space="preserve"> se </w:t>
      </w:r>
      <w:proofErr w:type="spellStart"/>
      <w:r w:rsidRPr="00D51051">
        <w:rPr>
          <w:bCs/>
          <w:i/>
          <w:iCs/>
          <w:sz w:val="20"/>
          <w:szCs w:val="20"/>
        </w:rPr>
        <w:t>pedepsește</w:t>
      </w:r>
      <w:proofErr w:type="spellEnd"/>
      <w:r w:rsidRPr="00D51051">
        <w:rPr>
          <w:bCs/>
          <w:i/>
          <w:iCs/>
          <w:sz w:val="20"/>
          <w:szCs w:val="20"/>
        </w:rPr>
        <w:t xml:space="preserve"> conform </w:t>
      </w:r>
      <w:proofErr w:type="spellStart"/>
      <w:r w:rsidRPr="00D51051">
        <w:rPr>
          <w:bCs/>
          <w:i/>
          <w:iCs/>
          <w:sz w:val="20"/>
          <w:szCs w:val="20"/>
        </w:rPr>
        <w:t>legii</w:t>
      </w:r>
      <w:proofErr w:type="spellEnd"/>
      <w:r w:rsidRPr="00D51051">
        <w:rPr>
          <w:bCs/>
          <w:i/>
          <w:iCs/>
          <w:sz w:val="20"/>
          <w:szCs w:val="20"/>
        </w:rPr>
        <w:t>.</w:t>
      </w:r>
    </w:p>
    <w:p w14:paraId="6C6DF926" w14:textId="2010F067" w:rsidR="00F83523" w:rsidRPr="00D51051" w:rsidRDefault="00F83523" w:rsidP="00F83523">
      <w:pPr>
        <w:spacing w:after="60"/>
        <w:ind w:firstLine="720"/>
        <w:jc w:val="both"/>
        <w:rPr>
          <w:rFonts w:cs="Times New Roman"/>
          <w:b/>
          <w:i/>
          <w:iCs/>
          <w:sz w:val="20"/>
          <w:szCs w:val="20"/>
        </w:rPr>
      </w:pP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Prin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prezenta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declar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că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am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fost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informat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/ă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că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datele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cu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caracter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personal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sunt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prelucrate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în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scopul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și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pentru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îndeplinirea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atribuțiilor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legale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ale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instituției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. Am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luat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la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cunoștiință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că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informațiile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din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cererea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depusă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și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din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actele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anexate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la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aceasta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vor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fi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prelucrate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de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către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Primăria</w:t>
      </w:r>
      <w:r w:rsidR="0059799E">
        <w:rPr>
          <w:rFonts w:cs="Times New Roman"/>
          <w:b/>
          <w:i/>
          <w:iCs/>
          <w:sz w:val="20"/>
          <w:szCs w:val="20"/>
        </w:rPr>
        <w:t>Orasului</w:t>
      </w:r>
      <w:proofErr w:type="spellEnd"/>
      <w:r w:rsidR="0059799E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="0059799E">
        <w:rPr>
          <w:rFonts w:cs="Times New Roman"/>
          <w:b/>
          <w:i/>
          <w:iCs/>
          <w:sz w:val="20"/>
          <w:szCs w:val="20"/>
        </w:rPr>
        <w:t>Tautii</w:t>
      </w:r>
      <w:proofErr w:type="spellEnd"/>
      <w:r w:rsidR="0059799E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="0059799E">
        <w:rPr>
          <w:rFonts w:cs="Times New Roman"/>
          <w:b/>
          <w:i/>
          <w:iCs/>
          <w:sz w:val="20"/>
          <w:szCs w:val="20"/>
        </w:rPr>
        <w:t>Magheraus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, cu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respectarea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prevederilor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Regulamentului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(UE) 679/2016.</w:t>
      </w:r>
    </w:p>
    <w:p w14:paraId="51406BBF" w14:textId="77777777" w:rsidR="00F83523" w:rsidRPr="00D51051" w:rsidRDefault="00F83523" w:rsidP="00F83523">
      <w:pPr>
        <w:tabs>
          <w:tab w:val="left" w:pos="935"/>
          <w:tab w:val="left" w:pos="1122"/>
          <w:tab w:val="left" w:pos="1309"/>
        </w:tabs>
        <w:jc w:val="both"/>
        <w:rPr>
          <w:bCs/>
          <w:i/>
          <w:iCs/>
          <w:sz w:val="20"/>
          <w:szCs w:val="20"/>
        </w:rPr>
      </w:pPr>
      <w:r w:rsidRPr="00D51051">
        <w:rPr>
          <w:bCs/>
          <w:i/>
          <w:iCs/>
          <w:sz w:val="20"/>
          <w:szCs w:val="20"/>
        </w:rPr>
        <w:t xml:space="preserve">Data ........, </w:t>
      </w:r>
      <w:r w:rsidRPr="00D51051">
        <w:rPr>
          <w:bCs/>
          <w:i/>
          <w:iCs/>
          <w:sz w:val="20"/>
          <w:szCs w:val="20"/>
        </w:rPr>
        <w:tab/>
      </w:r>
      <w:r w:rsidRPr="00D51051">
        <w:rPr>
          <w:bCs/>
          <w:i/>
          <w:iCs/>
          <w:sz w:val="20"/>
          <w:szCs w:val="20"/>
        </w:rPr>
        <w:tab/>
      </w:r>
      <w:r w:rsidRPr="00D51051">
        <w:rPr>
          <w:bCs/>
          <w:i/>
          <w:iCs/>
          <w:sz w:val="20"/>
          <w:szCs w:val="20"/>
        </w:rPr>
        <w:tab/>
      </w:r>
      <w:r w:rsidRPr="00D51051">
        <w:rPr>
          <w:bCs/>
          <w:i/>
          <w:iCs/>
          <w:sz w:val="20"/>
          <w:szCs w:val="20"/>
        </w:rPr>
        <w:tab/>
      </w:r>
      <w:r w:rsidRPr="00D51051">
        <w:rPr>
          <w:bCs/>
          <w:i/>
          <w:iCs/>
          <w:sz w:val="20"/>
          <w:szCs w:val="20"/>
        </w:rPr>
        <w:tab/>
      </w:r>
      <w:r w:rsidRPr="00D51051">
        <w:rPr>
          <w:bCs/>
          <w:i/>
          <w:iCs/>
          <w:sz w:val="20"/>
          <w:szCs w:val="20"/>
        </w:rPr>
        <w:tab/>
      </w:r>
      <w:r w:rsidRPr="00D51051">
        <w:rPr>
          <w:bCs/>
          <w:i/>
          <w:iCs/>
          <w:sz w:val="20"/>
          <w:szCs w:val="20"/>
        </w:rPr>
        <w:tab/>
      </w:r>
      <w:r w:rsidRPr="00D51051">
        <w:rPr>
          <w:bCs/>
          <w:i/>
          <w:iCs/>
          <w:sz w:val="20"/>
          <w:szCs w:val="20"/>
        </w:rPr>
        <w:tab/>
      </w:r>
      <w:r w:rsidRPr="00D51051">
        <w:rPr>
          <w:bCs/>
          <w:i/>
          <w:iCs/>
          <w:sz w:val="20"/>
          <w:szCs w:val="20"/>
        </w:rPr>
        <w:tab/>
      </w:r>
      <w:r w:rsidRPr="00D51051">
        <w:rPr>
          <w:bCs/>
          <w:i/>
          <w:iCs/>
          <w:sz w:val="20"/>
          <w:szCs w:val="20"/>
        </w:rPr>
        <w:tab/>
        <w:t xml:space="preserve"> </w:t>
      </w:r>
      <w:r w:rsidRPr="00D51051">
        <w:rPr>
          <w:bCs/>
          <w:i/>
          <w:iCs/>
          <w:sz w:val="20"/>
          <w:szCs w:val="20"/>
        </w:rPr>
        <w:sym w:font="Wingdings" w:char="F03F"/>
      </w:r>
      <w:r w:rsidRPr="00D51051">
        <w:rPr>
          <w:bCs/>
          <w:i/>
          <w:iCs/>
          <w:sz w:val="20"/>
          <w:szCs w:val="20"/>
        </w:rPr>
        <w:t xml:space="preserve"> ................................</w:t>
      </w:r>
      <w:r w:rsidRPr="00D51051">
        <w:rPr>
          <w:bCs/>
          <w:i/>
          <w:iCs/>
          <w:sz w:val="20"/>
          <w:szCs w:val="20"/>
          <w:vertAlign w:val="superscript"/>
        </w:rPr>
        <w:t>3</w:t>
      </w:r>
      <w:r w:rsidRPr="00D51051">
        <w:rPr>
          <w:bCs/>
          <w:i/>
          <w:iCs/>
          <w:sz w:val="20"/>
          <w:szCs w:val="20"/>
        </w:rPr>
        <w:t xml:space="preserve"> </w:t>
      </w:r>
    </w:p>
    <w:p w14:paraId="2F725F0C" w14:textId="77777777" w:rsidR="00F83523" w:rsidRPr="00A73A85" w:rsidRDefault="00F83523" w:rsidP="00F83523">
      <w:pPr>
        <w:tabs>
          <w:tab w:val="left" w:pos="935"/>
          <w:tab w:val="left" w:pos="1122"/>
          <w:tab w:val="left" w:pos="1309"/>
        </w:tabs>
        <w:jc w:val="both"/>
        <w:rPr>
          <w:bCs/>
          <w:i/>
          <w:iCs/>
          <w:sz w:val="24"/>
          <w:szCs w:val="24"/>
        </w:rPr>
      </w:pPr>
    </w:p>
    <w:p w14:paraId="51B50EF9" w14:textId="77777777" w:rsidR="00F83523" w:rsidRPr="00D51051" w:rsidRDefault="00F83523" w:rsidP="00F83523">
      <w:pPr>
        <w:tabs>
          <w:tab w:val="left" w:pos="935"/>
          <w:tab w:val="left" w:pos="1122"/>
          <w:tab w:val="left" w:pos="1309"/>
        </w:tabs>
        <w:jc w:val="both"/>
        <w:rPr>
          <w:bCs/>
          <w:sz w:val="14"/>
          <w:szCs w:val="14"/>
        </w:rPr>
      </w:pPr>
      <w:r w:rsidRPr="00D51051">
        <w:rPr>
          <w:bCs/>
          <w:sz w:val="14"/>
          <w:szCs w:val="14"/>
          <w:vertAlign w:val="superscript"/>
        </w:rPr>
        <w:t>1</w:t>
      </w:r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Prenumele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și</w:t>
      </w:r>
      <w:proofErr w:type="spellEnd"/>
      <w:r w:rsidRPr="00D51051">
        <w:rPr>
          <w:bCs/>
          <w:sz w:val="14"/>
          <w:szCs w:val="14"/>
        </w:rPr>
        <w:t xml:space="preserve"> NUMELE, </w:t>
      </w:r>
      <w:proofErr w:type="spellStart"/>
      <w:r w:rsidRPr="00D51051">
        <w:rPr>
          <w:bCs/>
          <w:sz w:val="14"/>
          <w:szCs w:val="14"/>
        </w:rPr>
        <w:t>în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clar</w:t>
      </w:r>
      <w:proofErr w:type="spellEnd"/>
      <w:r w:rsidRPr="00D51051">
        <w:rPr>
          <w:bCs/>
          <w:sz w:val="14"/>
          <w:szCs w:val="14"/>
        </w:rPr>
        <w:t xml:space="preserve">. </w:t>
      </w:r>
      <w:r w:rsidRPr="00D51051">
        <w:rPr>
          <w:bCs/>
          <w:sz w:val="14"/>
          <w:szCs w:val="14"/>
          <w:vertAlign w:val="superscript"/>
        </w:rPr>
        <w:t>2</w:t>
      </w:r>
      <w:r w:rsidRPr="00D51051">
        <w:rPr>
          <w:bCs/>
          <w:sz w:val="14"/>
          <w:szCs w:val="14"/>
        </w:rPr>
        <w:t xml:space="preserve">Potrivit </w:t>
      </w:r>
      <w:proofErr w:type="spellStart"/>
      <w:r w:rsidRPr="00D51051">
        <w:rPr>
          <w:bCs/>
          <w:sz w:val="14"/>
          <w:szCs w:val="14"/>
        </w:rPr>
        <w:t>datelor</w:t>
      </w:r>
      <w:proofErr w:type="spellEnd"/>
      <w:r w:rsidRPr="00D51051">
        <w:rPr>
          <w:bCs/>
          <w:sz w:val="14"/>
          <w:szCs w:val="14"/>
        </w:rPr>
        <w:t xml:space="preserve"> din </w:t>
      </w:r>
      <w:proofErr w:type="spellStart"/>
      <w:r w:rsidRPr="00D51051">
        <w:rPr>
          <w:bCs/>
          <w:sz w:val="14"/>
          <w:szCs w:val="14"/>
        </w:rPr>
        <w:t>actul</w:t>
      </w:r>
      <w:proofErr w:type="spellEnd"/>
      <w:r w:rsidRPr="00D51051">
        <w:rPr>
          <w:bCs/>
          <w:sz w:val="14"/>
          <w:szCs w:val="14"/>
        </w:rPr>
        <w:t xml:space="preserve"> de </w:t>
      </w:r>
      <w:proofErr w:type="spellStart"/>
      <w:r w:rsidRPr="00D51051">
        <w:rPr>
          <w:bCs/>
          <w:sz w:val="14"/>
          <w:szCs w:val="14"/>
        </w:rPr>
        <w:t>identitate</w:t>
      </w:r>
      <w:proofErr w:type="spellEnd"/>
      <w:r w:rsidRPr="00D51051">
        <w:rPr>
          <w:bCs/>
          <w:sz w:val="14"/>
          <w:szCs w:val="14"/>
        </w:rPr>
        <w:t>;</w:t>
      </w:r>
    </w:p>
    <w:p w14:paraId="2A0C4877" w14:textId="77777777" w:rsidR="00F83523" w:rsidRPr="00D51051" w:rsidRDefault="00F83523" w:rsidP="00F83523">
      <w:pPr>
        <w:tabs>
          <w:tab w:val="left" w:pos="935"/>
          <w:tab w:val="left" w:pos="1122"/>
          <w:tab w:val="left" w:pos="1309"/>
        </w:tabs>
        <w:jc w:val="both"/>
        <w:rPr>
          <w:bCs/>
          <w:sz w:val="14"/>
          <w:szCs w:val="14"/>
        </w:rPr>
      </w:pPr>
      <w:r w:rsidRPr="00D51051">
        <w:rPr>
          <w:bCs/>
          <w:sz w:val="14"/>
          <w:szCs w:val="14"/>
          <w:vertAlign w:val="superscript"/>
        </w:rPr>
        <w:t>3</w:t>
      </w:r>
      <w:r w:rsidRPr="00D51051">
        <w:rPr>
          <w:bCs/>
          <w:sz w:val="14"/>
          <w:szCs w:val="14"/>
        </w:rPr>
        <w:t xml:space="preserve">Prin </w:t>
      </w:r>
      <w:proofErr w:type="spellStart"/>
      <w:r w:rsidRPr="00D51051">
        <w:rPr>
          <w:bCs/>
          <w:sz w:val="14"/>
          <w:szCs w:val="14"/>
        </w:rPr>
        <w:t>semnare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consimt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și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prelucrarea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datelor</w:t>
      </w:r>
      <w:proofErr w:type="spellEnd"/>
      <w:r w:rsidRPr="00D51051">
        <w:rPr>
          <w:bCs/>
          <w:sz w:val="14"/>
          <w:szCs w:val="14"/>
        </w:rPr>
        <w:t xml:space="preserve"> cu </w:t>
      </w:r>
      <w:proofErr w:type="spellStart"/>
      <w:r w:rsidRPr="00D51051">
        <w:rPr>
          <w:bCs/>
          <w:sz w:val="14"/>
          <w:szCs w:val="14"/>
        </w:rPr>
        <w:t>caracter</w:t>
      </w:r>
      <w:proofErr w:type="spellEnd"/>
      <w:r w:rsidRPr="00D51051">
        <w:rPr>
          <w:bCs/>
          <w:sz w:val="14"/>
          <w:szCs w:val="14"/>
        </w:rPr>
        <w:t xml:space="preserve"> personal.</w:t>
      </w:r>
    </w:p>
    <w:p w14:paraId="3444C730" w14:textId="77777777" w:rsidR="00F83523" w:rsidRPr="00F83523" w:rsidRDefault="00F83523" w:rsidP="00F83523">
      <w:pPr>
        <w:tabs>
          <w:tab w:val="left" w:pos="935"/>
          <w:tab w:val="left" w:pos="1122"/>
          <w:tab w:val="left" w:pos="1309"/>
        </w:tabs>
        <w:jc w:val="both"/>
        <w:rPr>
          <w:bCs/>
          <w:sz w:val="16"/>
          <w:szCs w:val="16"/>
        </w:rPr>
      </w:pPr>
    </w:p>
    <w:p w14:paraId="36644631" w14:textId="3E15F0F7" w:rsidR="00F83523" w:rsidRPr="00F83523" w:rsidRDefault="00F83523" w:rsidP="00F83523">
      <w:pPr>
        <w:jc w:val="both"/>
        <w:rPr>
          <w:sz w:val="16"/>
          <w:szCs w:val="16"/>
        </w:rPr>
      </w:pPr>
      <w:r w:rsidRPr="00F83523">
        <w:rPr>
          <w:b/>
          <w:sz w:val="16"/>
          <w:szCs w:val="16"/>
        </w:rPr>
        <w:t xml:space="preserve">FOARTE IMPORTANT: </w:t>
      </w:r>
      <w:proofErr w:type="spellStart"/>
      <w:r w:rsidRPr="00F83523">
        <w:rPr>
          <w:b/>
          <w:sz w:val="16"/>
          <w:szCs w:val="16"/>
        </w:rPr>
        <w:t>Potrivit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prevederilor</w:t>
      </w:r>
      <w:proofErr w:type="spellEnd"/>
      <w:r w:rsidRPr="00F83523">
        <w:rPr>
          <w:b/>
          <w:sz w:val="16"/>
          <w:szCs w:val="16"/>
        </w:rPr>
        <w:t xml:space="preserve"> art. 1 </w:t>
      </w:r>
      <w:proofErr w:type="spellStart"/>
      <w:r w:rsidRPr="00F83523">
        <w:rPr>
          <w:b/>
          <w:sz w:val="16"/>
          <w:szCs w:val="16"/>
        </w:rPr>
        <w:t>alin</w:t>
      </w:r>
      <w:proofErr w:type="spellEnd"/>
      <w:r w:rsidRPr="00F83523">
        <w:rPr>
          <w:b/>
          <w:sz w:val="16"/>
          <w:szCs w:val="16"/>
        </w:rPr>
        <w:t xml:space="preserve">. (1) din </w:t>
      </w:r>
      <w:proofErr w:type="spellStart"/>
      <w:r w:rsidRPr="00F83523">
        <w:rPr>
          <w:b/>
          <w:sz w:val="16"/>
          <w:szCs w:val="16"/>
        </w:rPr>
        <w:t>Legea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contenciosului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administrativ</w:t>
      </w:r>
      <w:proofErr w:type="spellEnd"/>
      <w:r w:rsidRPr="00F83523">
        <w:rPr>
          <w:b/>
          <w:sz w:val="16"/>
          <w:szCs w:val="16"/>
        </w:rPr>
        <w:t xml:space="preserve"> nr. 554/2004, cu </w:t>
      </w:r>
      <w:proofErr w:type="spellStart"/>
      <w:r w:rsidRPr="00F83523">
        <w:rPr>
          <w:b/>
          <w:sz w:val="16"/>
          <w:szCs w:val="16"/>
        </w:rPr>
        <w:t>modificările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și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completările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ulterioare</w:t>
      </w:r>
      <w:proofErr w:type="spellEnd"/>
      <w:r w:rsidRPr="00F83523">
        <w:rPr>
          <w:b/>
          <w:sz w:val="16"/>
          <w:szCs w:val="16"/>
        </w:rPr>
        <w:t xml:space="preserve">: </w:t>
      </w:r>
      <w:proofErr w:type="spellStart"/>
      <w:r w:rsidRPr="00F83523">
        <w:rPr>
          <w:b/>
          <w:sz w:val="16"/>
          <w:szCs w:val="16"/>
        </w:rPr>
        <w:t>Petentul</w:t>
      </w:r>
      <w:proofErr w:type="spellEnd"/>
      <w:r w:rsidRPr="00F83523">
        <w:rPr>
          <w:b/>
          <w:sz w:val="16"/>
          <w:szCs w:val="16"/>
        </w:rPr>
        <w:t xml:space="preserve"> care se </w:t>
      </w:r>
      <w:proofErr w:type="spellStart"/>
      <w:r w:rsidRPr="00F83523">
        <w:rPr>
          <w:b/>
          <w:sz w:val="16"/>
          <w:szCs w:val="16"/>
        </w:rPr>
        <w:t>consideră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vătămat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într</w:t>
      </w:r>
      <w:proofErr w:type="spellEnd"/>
      <w:r w:rsidRPr="00F83523">
        <w:rPr>
          <w:b/>
          <w:sz w:val="16"/>
          <w:szCs w:val="16"/>
        </w:rPr>
        <w:t xml:space="preserve">-un </w:t>
      </w:r>
      <w:proofErr w:type="spellStart"/>
      <w:r w:rsidRPr="00F83523">
        <w:rPr>
          <w:b/>
          <w:sz w:val="16"/>
          <w:szCs w:val="16"/>
        </w:rPr>
        <w:t>drept</w:t>
      </w:r>
      <w:proofErr w:type="spellEnd"/>
      <w:r w:rsidRPr="00F83523">
        <w:rPr>
          <w:b/>
          <w:sz w:val="16"/>
          <w:szCs w:val="16"/>
        </w:rPr>
        <w:t xml:space="preserve"> al </w:t>
      </w:r>
      <w:proofErr w:type="spellStart"/>
      <w:r w:rsidRPr="00F83523">
        <w:rPr>
          <w:b/>
          <w:sz w:val="16"/>
          <w:szCs w:val="16"/>
        </w:rPr>
        <w:t>său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ori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într</w:t>
      </w:r>
      <w:proofErr w:type="spellEnd"/>
      <w:r w:rsidRPr="00F83523">
        <w:rPr>
          <w:b/>
          <w:sz w:val="16"/>
          <w:szCs w:val="16"/>
        </w:rPr>
        <w:t xml:space="preserve">-un </w:t>
      </w:r>
      <w:proofErr w:type="spellStart"/>
      <w:r w:rsidRPr="00F83523">
        <w:rPr>
          <w:b/>
          <w:sz w:val="16"/>
          <w:szCs w:val="16"/>
        </w:rPr>
        <w:t>interes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legitim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prin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solicitarea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acestei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declarații</w:t>
      </w:r>
      <w:proofErr w:type="spellEnd"/>
      <w:r w:rsidRPr="00F83523">
        <w:rPr>
          <w:b/>
          <w:sz w:val="16"/>
          <w:szCs w:val="16"/>
        </w:rPr>
        <w:t xml:space="preserve">, se </w:t>
      </w:r>
      <w:proofErr w:type="spellStart"/>
      <w:r w:rsidRPr="00F83523">
        <w:rPr>
          <w:b/>
          <w:sz w:val="16"/>
          <w:szCs w:val="16"/>
        </w:rPr>
        <w:t>poate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adresa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instanței</w:t>
      </w:r>
      <w:proofErr w:type="spellEnd"/>
      <w:r w:rsidRPr="00F83523">
        <w:rPr>
          <w:b/>
          <w:sz w:val="16"/>
          <w:szCs w:val="16"/>
        </w:rPr>
        <w:t xml:space="preserve"> de </w:t>
      </w:r>
      <w:proofErr w:type="spellStart"/>
      <w:r w:rsidRPr="00F83523">
        <w:rPr>
          <w:b/>
          <w:sz w:val="16"/>
          <w:szCs w:val="16"/>
        </w:rPr>
        <w:t>contencios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administrativ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competente</w:t>
      </w:r>
      <w:proofErr w:type="spellEnd"/>
      <w:r w:rsidRPr="00F83523">
        <w:rPr>
          <w:b/>
          <w:sz w:val="16"/>
          <w:szCs w:val="16"/>
        </w:rPr>
        <w:t>.</w:t>
      </w:r>
      <w:bookmarkEnd w:id="0"/>
    </w:p>
    <w:sectPr w:rsidR="00F83523" w:rsidRPr="00F83523" w:rsidSect="00034616"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AE54C0" w14:textId="77777777" w:rsidR="00124236" w:rsidRDefault="00124236">
      <w:r>
        <w:separator/>
      </w:r>
    </w:p>
  </w:endnote>
  <w:endnote w:type="continuationSeparator" w:id="0">
    <w:p w14:paraId="766CA1C4" w14:textId="77777777" w:rsidR="00124236" w:rsidRDefault="00124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OlSt BT">
    <w:altName w:val="Georgia"/>
    <w:charset w:val="00"/>
    <w:family w:val="roman"/>
    <w:pitch w:val="variable"/>
    <w:sig w:usb0="00000087" w:usb1="00000000" w:usb2="00000000" w:usb3="00000000" w:csb0="0000001B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F060EA" w14:textId="77777777" w:rsidR="00BD4241" w:rsidRDefault="00F4705D">
    <w:pPr>
      <w:pStyle w:val="Footer"/>
      <w:tabs>
        <w:tab w:val="right" w:pos="9639"/>
      </w:tabs>
    </w:pPr>
    <w:r>
      <w:rPr>
        <w:color w:val="595959"/>
      </w:rPr>
      <w:t xml:space="preserve">F_CU_04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1F0342">
      <w:rPr>
        <w:noProof/>
        <w:color w:val="595959"/>
      </w:rPr>
      <w:t>2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1F0342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C7DA2E" w14:textId="77777777" w:rsidR="00124236" w:rsidRDefault="00124236">
      <w:r>
        <w:separator/>
      </w:r>
    </w:p>
  </w:footnote>
  <w:footnote w:type="continuationSeparator" w:id="0">
    <w:p w14:paraId="5B2A39B6" w14:textId="77777777" w:rsidR="00124236" w:rsidRDefault="001242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1444F"/>
    <w:rsid w:val="00124236"/>
    <w:rsid w:val="0015074B"/>
    <w:rsid w:val="001F0342"/>
    <w:rsid w:val="00200AB0"/>
    <w:rsid w:val="00232B9E"/>
    <w:rsid w:val="0029639D"/>
    <w:rsid w:val="00326F90"/>
    <w:rsid w:val="003A43CF"/>
    <w:rsid w:val="004232B2"/>
    <w:rsid w:val="004408E8"/>
    <w:rsid w:val="00462384"/>
    <w:rsid w:val="0059799E"/>
    <w:rsid w:val="005A469D"/>
    <w:rsid w:val="006C103E"/>
    <w:rsid w:val="00730580"/>
    <w:rsid w:val="00745F29"/>
    <w:rsid w:val="00850B64"/>
    <w:rsid w:val="00917520"/>
    <w:rsid w:val="009511F8"/>
    <w:rsid w:val="00A011DF"/>
    <w:rsid w:val="00A256C2"/>
    <w:rsid w:val="00AA1D8D"/>
    <w:rsid w:val="00B20B4C"/>
    <w:rsid w:val="00B47730"/>
    <w:rsid w:val="00BD4241"/>
    <w:rsid w:val="00BE46BF"/>
    <w:rsid w:val="00CB0664"/>
    <w:rsid w:val="00D50DD0"/>
    <w:rsid w:val="00D51051"/>
    <w:rsid w:val="00F4705D"/>
    <w:rsid w:val="00F83523"/>
    <w:rsid w:val="00F93EE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525E0B5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rsid w:val="00F93EE2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79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79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rsid w:val="00F93EE2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79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79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F747974-01F2-4523-AAD3-5FED9BDD7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1095</Words>
  <Characters>6242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7323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Atanasoaie Maria</dc:creator>
  <cp:keywords/>
  <cp:lastModifiedBy>user</cp:lastModifiedBy>
  <cp:revision>9</cp:revision>
  <cp:lastPrinted>2026-09-08T07:27:00Z</cp:lastPrinted>
  <dcterms:created xsi:type="dcterms:W3CDTF">2026-08-31T07:38:00Z</dcterms:created>
  <dcterms:modified xsi:type="dcterms:W3CDTF">2026-10-12T06:03:00Z</dcterms:modified>
  <cp:category/>
</cp:coreProperties>
</file>